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Employer Support Letter for O-1 Visa Petition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Re: O-1A [or B] Nonimmigrant Visa Petition of [name of employer] on Behalf of Beneficiary [name of foreign national]</w:t>
      </w:r>
    </w:p>
    <w:p>
      <w:pPr>
        <w:keepNext w:val="0"/>
        <w:spacing w:before="120" w:after="0" w:line="260" w:lineRule="exact"/>
        <w:ind w:left="36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write this letter in support of the petition of [name of organization] (the Organization or Petitioner) to accord O-1 nonimmigrant visa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extraordinary ability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extraordinary achievement] to [name of foreign national] (the Beneficiary),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citizen of [name of country] (see copy of passport biographic page enclosed) so that he or she may serve in the position of [position title] with the Organization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basis (i.e.,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finite period) upon receipt of approval of the petition. Mr./Ms./Dr. [family name of the Beneficiary] is currently employed in the position of [position title] by [name of other organization]. He or she has held this position since [date] [see copy of original admission stamp from passport page, and Form I-94 enclosed, if the Beneficiary is already residing temporarily in the United States]. The nature of our company’s activities and the extraordinary ability [or extraordinary achievement] duties that [Mr./Ms.] [family name] will perform are detailed below.</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Petitioner’s Background.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U.S. organization] is engaged in the business of [insert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or two paragraph description of the organization’s product[s] and/or service[s], including the date established and where it conducts business in the United States].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currently employ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staff of [number]. For the last tax [fiscal] year ending [date], our organization had gross annual revenues of $[dollar amount]. See copy of [annual report, or tax return, or financial statement] enclosed.</w:t>
      </w:r>
    </w:p>
    <w:p>
      <w:pPr>
        <w:keepNext w:val="0"/>
        <w:spacing w:before="200" w:after="0" w:line="260" w:lineRule="exact"/>
        <w:ind w:left="720" w:right="0" w:firstLine="0"/>
        <w:jc w:val="both"/>
      </w:pPr>
      <w:r>
        <w:rPr>
          <w:rFonts w:ascii="Times New Roman" w:hAnsi="Times New Roman" w:eastAsia="Times New Roman" w:cs="Times New Roman"/>
          <w:b w:val="0"/>
          <w:sz w:val="24"/>
        </w:rPr>
        <w:t>Please see the enclosed copy of our annual report, or printouts from our website for more detailed information about [name of U.S. organization].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Position as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Individual of Extraordinary Ability in the United States.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U.S. organization] wishes to [continue to] employ Mr./Ms./Dr. [family name] in the position of [position title]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basis for [number] years. Enclosed please find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written contract [or summary of the terms of the oral agreement] between our company and the Beneficiary for the proposed employment. He or she will be responsible for the following duties: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[insert six to nine bullet points of the proposed job duties]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Mr./Ms./Dr. [family name] will be compensated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salary of $[dollar amount], which is commensurate with the role of and qualifications for the extraordinary ability position of [position title] with our company. He or she will report directly to the [title of supervisor].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Organization] requires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at the very top of his or her field of expertise in [name of field] as demonstrated by his or her sustained national [or international] acclaim as detailed below, with extensive publication of scholarly articles, and practical experience in such field,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of distinction with recognition in the field of the arts].</w:t>
      </w:r>
    </w:p>
    <w:p>
      <w:pPr>
        <w:keepNext w:val="0"/>
        <w:spacing w:before="200" w:after="0" w:line="260" w:lineRule="exact"/>
        <w:ind w:left="720" w:right="0" w:firstLine="0"/>
        <w:jc w:val="both"/>
      </w:pPr>
      <w:r>
        <w:rPr>
          <w:rFonts w:ascii="Times New Roman" w:hAnsi="Times New Roman" w:eastAsia="Times New Roman" w:cs="Times New Roman"/>
          <w:b w:val="0"/>
          <w:sz w:val="24"/>
        </w:rPr>
        <w:t>Kindly refer to the enclosed advisory opinion by [name of individual] from the [name of the consulting entity] in support of the petition for O-1 visa classification.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Qualifications of Mr./Ms./Dr. [foreign national’s full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Based upon his or her outstanding credentials and national [or international] stature, we find that Mr./Ms./Dr. [family name] is the ideal candidate to assume the highly regarded position of [position title] with [name of organization]. Mr./Ms./Dr. [family name] brings to his or her position directly relevant and superlative academic achievements. He or she was awarded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Bachelor’s [Master’s, or Doctoral] degree, majoring in [field of study] by [name of university] in [city/state/country] in (year(s)). His or her coursework included studies in: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[five to seven relevant classes]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His or her degree(s) has [have] been evaluated as equivalent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Bachelor’s [Master’s, or Doctoral] degree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U.S. academic institution of higher education. Mr./Ms./Dr. [family name]’(s) academic achievements provided him/her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very strong foundation for the type of critical employment he or she has succeeded in for prior positions, and for which he or she will continue to engage in during the period of proffered employment with [name of organization] in the field of [name of study] as [position title]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of extraordinary ability. We enclose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Mr./Ms./Dr. [family name]’s academic credentials, with translation, and certificate of translation, along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evaluation of his or her foreign credentials.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further evidence of his or her extraordinary ability in the sciences [or education or business or athletics], we provide documentation of the following: [insert either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internationally recognized award as indicated at 8 C.F.R. § 214.2(o)(3)(</w:t>
      </w:r>
      <w:r>
        <w:rPr>
          <w:rFonts w:ascii="Times New Roman" w:hAnsi="Times New Roman" w:eastAsia="Times New Roman" w:cs="Times New Roman"/>
          <w:b/>
          <w:sz w:val="24"/>
        </w:rPr>
        <w:t>A</w:t>
      </w:r>
      <w:r>
        <w:rPr>
          <w:rFonts w:ascii="Times New Roman" w:hAnsi="Times New Roman" w:eastAsia="Times New Roman" w:cs="Times New Roman"/>
          <w:b w:val="0"/>
          <w:sz w:val="24"/>
        </w:rPr>
        <w:t>), or at least three of the optional eight forms of alternative evidence enumerated at 8 C.F.R. § 214.2(o)(3)(iii)(B))].</w:t>
      </w:r>
    </w:p>
    <w:p>
      <w:pPr>
        <w:keepNext w:val="0"/>
        <w:spacing w:before="120" w:after="0" w:line="260" w:lineRule="exact"/>
        <w:ind w:left="36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demonstrated by the above and enclosed documentation, Mr./Ms./Dr. [family name of foreign national],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[or internationally] recognized individual with extraordinary ability [or achievement] in the field of [name of field]. Due to his or her unparalleled renown [or prominence] [or demonstrated record of achievement], we believe that Mr./Ms./Dr. [family name of foreign national] is uniquely [or distinctly or eminently] qualified to [continue to] hold the position of [position title] with [name of U.S. organization]. Accordingly, we respectfully request your approval of our petition [extension] for O-1 nonimmigrant visa classification on behalf of Mr./Ms./Dr. [family name of foreign national].</w:t>
      </w:r>
    </w:p>
    <w:p>
      <w:pPr>
        <w:keepNext w:val="0"/>
        <w:spacing w:before="120" w:after="0" w:line="260" w:lineRule="exact"/>
        <w:ind w:left="360" w:right="0" w:firstLine="0"/>
        <w:jc w:val="left"/>
      </w:pPr>
      <w:r>
        <w:rPr>
          <w:rFonts w:ascii="Times New Roman" w:hAnsi="Times New Roman" w:eastAsia="Times New Roman" w:cs="Times New Roman"/>
          <w:b w:val="0"/>
          <w:sz w:val="24"/>
        </w:rPr>
        <w:t>Sincerely yours,</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Signatory: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