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r>
        <w:rPr>
          <w:rFonts w:ascii="Times New Roman" w:hAnsi="Times New Roman" w:eastAsia="Times New Roman" w:cs="Times New Roman"/>
          <w:sz w:val="24"/>
        </w:rPr>
        <w:t xml:space="preserve">Employment Agreement </w:t>
      </w:r>
    </w:p>
    <w:p>
      <w:pPr/>
      <w:r>
        <w:rPr>
          <w:rFonts w:ascii="Times New Roman" w:hAnsi="Times New Roman" w:eastAsia="Times New Roman" w:cs="Times New Roman"/>
          <w:sz w:val="24"/>
        </w:rPr>
        <w:t>Agreement dated as of [Month Day, 20__] by and between [name of production company], a [name of state] corporation (“Production Company”) and [name of employee] (“Employee”).</w:t>
      </w:r>
    </w:p>
    <w:p>
      <w:pPr/>
      <w:r>
        <w:rPr>
          <w:rFonts w:ascii="Times New Roman" w:hAnsi="Times New Roman" w:eastAsia="Times New Roman" w:cs="Times New Roman"/>
          <w:sz w:val="24"/>
        </w:rPr>
        <w:t>Engagement/Employment.</w:t>
      </w:r>
      <w:r>
        <w:rPr>
          <w:rFonts w:ascii="Times New Roman" w:hAnsi="Times New Roman" w:eastAsia="Times New Roman" w:cs="Times New Roman"/>
          <w:sz w:val="24"/>
        </w:rPr>
        <w:t xml:space="preserve"> Production Company hereby engages [Lender to provide Artist’s / Employee to render his or her] services for Production Company as a [specify position or services provided by Artist/Employee (e.g., makeup artist for the principal actors and actresses or costume designer)] in connection with a motion picture presently entitled “[name of picture].” The services to be rendered by [Lender and Artist / Employee] hereunder shall include all services usually and customarily rendered by and required of persons employed in this capacity in the motion picture industry, and such other services as may be required of [Lender and Artist / Employee] by Production Company from time to time. [Lender and Artist hereby accept / Employee hereby accepts] such [engagement or employment] upon all the terms and conditions herein contained, and [agree / agrees] to keep and perform all [their / Employee’s] material obligations and agreements hereunder.</w:t>
      </w:r>
    </w:p>
    <w:p>
      <w:pPr/>
      <w:r>
        <w:rPr>
          <w:rFonts w:ascii="Times New Roman" w:hAnsi="Times New Roman" w:eastAsia="Times New Roman" w:cs="Times New Roman"/>
          <w:sz w:val="24"/>
        </w:rPr>
        <w:t>Term.</w:t>
      </w:r>
      <w:r>
        <w:rPr>
          <w:rFonts w:ascii="Times New Roman" w:hAnsi="Times New Roman" w:eastAsia="Times New Roman" w:cs="Times New Roman"/>
          <w:sz w:val="24"/>
        </w:rPr>
        <w:t xml:space="preserve"> The term (“Term”) of [employment or engagement] hereunder shall commence on or about [Month Day, 20</w:t>
      </w:r>
      <w:r>
        <w:rPr>
          <w:rFonts w:ascii="Times New Roman" w:hAnsi="Times New Roman" w:eastAsia="Times New Roman" w:cs="Times New Roman"/>
          <w:sz w:val="24"/>
        </w:rPr>
        <w:t>__</w:t>
      </w:r>
      <w:r>
        <w:rPr>
          <w:rFonts w:ascii="Times New Roman" w:hAnsi="Times New Roman" w:eastAsia="Times New Roman" w:cs="Times New Roman"/>
          <w:sz w:val="24"/>
        </w:rPr>
        <w:t xml:space="preserve">], as Production Company may elect, in Production Company’s sole discretion, and shall continue thereafter </w:t>
      </w:r>
      <w:r>
        <w:rPr>
          <w:rFonts w:ascii="Times New Roman" w:hAnsi="Times New Roman" w:eastAsia="Times New Roman" w:cs="Times New Roman"/>
          <w:sz w:val="24"/>
        </w:rPr>
        <w:t>for so long as [Artist’s/Employee’s] services are required hereunder to provide for [services (e.g., the makeup or the costumes for the actors and actresses appearing in the Picture)]. Production Company shall notify [Lender and Artist / Employee] in advance of the exact starting date.</w:t>
      </w:r>
    </w:p>
    <w:p>
      <w:pPr/>
      <w:r>
        <w:rPr>
          <w:rFonts w:ascii="Times New Roman" w:hAnsi="Times New Roman" w:eastAsia="Times New Roman" w:cs="Times New Roman"/>
          <w:sz w:val="24"/>
        </w:rPr>
        <w:t>Services.</w:t>
      </w:r>
      <w:r>
        <w:rPr>
          <w:rFonts w:ascii="Times New Roman" w:hAnsi="Times New Roman" w:eastAsia="Times New Roman" w:cs="Times New Roman"/>
          <w:sz w:val="24"/>
        </w:rPr>
        <w:t xml:space="preserve"> During the Term hereof, [Lender will provide Artist’s / Employee will render his or her] services solely and exclusively for Production Company and will not [provide Artist’s / render] services of any kind whatsoever for any person, firm or corporation other than Production Company or for or on [Lender’s and Artist’s / Employee’s] own behalf. [Lender and Artist agree / Employee agrees] to render [their / his or her] services hereunder as and when and wherever required by Production Company and pursuant to Production Company’s direction and requests and to advise Production Company of [Artist’s / Employee’s] whereabouts so that [Artist / Employee] may be reached at any reasonable time. Such services will be rendered in a diligent and conscientious manner under the direction, supervision and control of and/or in collaboration with such person(s) as Production Company designates, and [Lender and Artist / Employee] will promptly comply with all instructions, directions, requests, rules and regulations, including matters relating to artistic and/or creative taste and judgment, made or issued by Production Company or its designees.</w:t>
      </w:r>
    </w:p>
    <w:p>
      <w:pPr/>
      <w:r>
        <w:rPr>
          <w:rFonts w:ascii="Times New Roman" w:hAnsi="Times New Roman" w:eastAsia="Times New Roman" w:cs="Times New Roman"/>
          <w:sz w:val="24"/>
        </w:rPr>
        <w:t>Compensation.</w:t>
      </w:r>
      <w:r>
        <w:rPr>
          <w:rFonts w:ascii="Times New Roman" w:hAnsi="Times New Roman" w:eastAsia="Times New Roman" w:cs="Times New Roman"/>
          <w:sz w:val="24"/>
        </w:rPr>
        <w:t xml:space="preserve"> During the Term, on condition that [Lender and Artist keep and perform / Employee keeps and performs] each and all [their / his or her] obligations and agreements hereunder, Production Company agrees to pay [Lender/Employee] and [Lender/Employee] agrees to accept as full compensation for all services and all rights granted hereunder, for services rendered by [Artist/Employee] on location the sum of [amount (e.g., Three Thousand Dollars ($3,000.00)] per week [for a six (6) day work week], prorated for </w:t>
      </w:r>
      <w:r>
        <w:rPr>
          <w:rFonts w:ascii="Times New Roman" w:hAnsi="Times New Roman" w:eastAsia="Times New Roman" w:cs="Times New Roman"/>
          <w:sz w:val="24"/>
        </w:rPr>
        <w:t>fractional weeks on a one-fifth (1/5) or one-sixth (1/6) basis for each day of such services prior to termination.</w:t>
      </w:r>
    </w:p>
    <w:p>
      <w:pPr/>
      <w:r>
        <w:rPr>
          <w:rFonts w:ascii="Times New Roman" w:hAnsi="Times New Roman" w:eastAsia="Times New Roman" w:cs="Times New Roman"/>
          <w:sz w:val="24"/>
        </w:rPr>
        <w:t>Incapacity; Disability; Force Majeure.</w:t>
      </w:r>
      <w:r>
        <w:rPr>
          <w:rFonts w:ascii="Times New Roman" w:hAnsi="Times New Roman" w:eastAsia="Times New Roman" w:cs="Times New Roman"/>
          <w:sz w:val="24"/>
        </w:rPr>
        <w:t xml:space="preserve"> Production Company shall have the right to suspend [Lender’s and Artist’s / Employee’s] employment and no compensation shall accrue or be payable to [Lender/Employee] for any period or periods during which [Artist/Employee] shall fail, refuse or neglect or be unable for any reason including, without limitation, illness, accident, or mental or physical disability, to render [Artist’s/Employee’s] services as required or desired by Production Company or following any statement made by [Artist/Employee] that [Artist/Employee] will refuse to render such services or comply with [Lender’s and Artist’s / Employee’s] obligations hereunder, and for any period during which Production Company shall be hampered or interrupted in the preparation or production of the Picture or in the conduct or operation of Production Company’s business generally by any so-called “force majeure” event, or by the death, illness or incapacity of the director or director of photography or any principal cast member. Any suspension hereunder shall continue until the cause therefor shall have ceased to exist or at Production Company’s election, prior thereto, and [Artist / Employee] shall have reported back to work at Production Company’s request. Production Company shall have the right to extend the Term by a period equal to the aggregate of any such suspensions. If [Lender and Artist / Employee] shall at any time during the Term hereof allege that [Artist / Employee] is, or if [Artist / Employee] shall at any time actually be, incapacitated by illness or other disability from fully performing [his or her] services hereunder or complying with any of [his or her] obligations and agreements hereunder, then Production Company shall have the right and privilege to have medical examinations of [Artist / Employee] made by such physicians as Production Company may designate. Except as expressly provided in this paragraph, this Agreement shall continue in full force and effect during any period of suspension hereunder. If any failure, refusal or neglect or illness or other event of suspension continues for a consecutive period of [three (3)] days] or longer or for an aggregate period of [five (5) days] or longer during the Term hereof or any event of force majeure continues for [four (4) weeks] or longer or for an aggregate period of [eight (8) weeks] or longer during the Term hereof, or [Artist’s / Employee’s] death occurs during the Term hereof, Production Company shall have the right, at its election, to terminate this agreement and [Lender’s and Artist’s / Employee’s] employment and compensation hereunder. If this agreement and [Lender’s and Artist’s / Employee’s] employment shall be terminated as hereinabove provided, then [Lender and Artist / Employee] and Production Company shall each be relieved of any further obligations to the other hereunder, except as expressly provided in Clause </w:t>
      </w:r>
      <w:r>
        <w:rPr>
          <w:rFonts w:ascii="Times New Roman" w:hAnsi="Times New Roman" w:eastAsia="Times New Roman" w:cs="Times New Roman"/>
          <w:sz w:val="24"/>
        </w:rPr>
        <w:t>17</w:t>
      </w:r>
      <w:r>
        <w:rPr>
          <w:rFonts w:ascii="Times New Roman" w:hAnsi="Times New Roman" w:eastAsia="Times New Roman" w:cs="Times New Roman"/>
          <w:sz w:val="24"/>
        </w:rPr>
        <w:t>. below.</w:t>
      </w:r>
    </w:p>
    <w:p>
      <w:pPr/>
      <w:r>
        <w:rPr>
          <w:rFonts w:ascii="Times New Roman" w:hAnsi="Times New Roman" w:eastAsia="Times New Roman" w:cs="Times New Roman"/>
          <w:sz w:val="24"/>
        </w:rPr>
        <w:t>Travel and Expenses.</w:t>
      </w:r>
      <w:r>
        <w:rPr>
          <w:rFonts w:ascii="Times New Roman" w:hAnsi="Times New Roman" w:eastAsia="Times New Roman" w:cs="Times New Roman"/>
          <w:sz w:val="24"/>
        </w:rPr>
        <w:t xml:space="preserve"> If Production Company requires [Artist/Employee] to travel to perform any services hereunder in any place outside of a radius of [fifty (50) miles] from [principal residence of Artist/Employee (e.g., Los Angeles, California)], Production Company shall furnish or reimburse [Lender/Employee] for round trip transportation, if used, for [Artist/Employee] to and from the location of principal photography and reasonable living expenses for [Artist/Employee] while rendering services on such location, provided, however, that no such payments shall be made during any period of suspension hereunder.</w:t>
      </w:r>
    </w:p>
    <w:p>
      <w:pPr/>
      <w:r>
        <w:rPr>
          <w:rFonts w:ascii="Times New Roman" w:hAnsi="Times New Roman" w:eastAsia="Times New Roman" w:cs="Times New Roman"/>
          <w:sz w:val="24"/>
        </w:rPr>
        <w:t>Proceeds of Services.</w:t>
      </w:r>
      <w:r>
        <w:rPr>
          <w:rFonts w:ascii="Times New Roman" w:hAnsi="Times New Roman" w:eastAsia="Times New Roman" w:cs="Times New Roman"/>
          <w:sz w:val="24"/>
        </w:rPr>
        <w:t xml:space="preserve"> Production Company shall own, and [Lender and Artist hereby transfer and assign / Employee hereby transfers and assigns] to Production Company, all rights of every kind and character throughout the world in perpetuity, in any and all languages and media, whether now known or hereafter discovered, in and to any material and/or ideas written, suggested or submitted by [Artist/Employee] hereunder, and all results and proceeds of [Lender’s and Artist’s / Employee’s] services hereunder, including [any specific material (e.g., all costumes designed, conceived and created by Artist/Employee hereunder)]. Without in any way limiting the generality of the foregoing, the rights herein granted to Production Company shall include all motion picture, television, radio, dramatic, publication, merchandising, and all other rights in and to such material, ideas and/or results and proceeds, including the sole and exclusive right to photograph and record the same with or without dialogue, music and other sounds synchronously recorded, and to perform, exhibit, distribute, reproduce, transmit, broadcast or otherwise communicate the same and/or motion picture, dramatic or other versions or adaptations thereof, theatrically, non-theatrically and/or by means of television, radio, the legitimate stage and/or any other means now known or hereafter devised and to manufacture, publish and vend printed and/or recorded versions or adaptations thereof, either publicly or privately and for profit or otherwise. Production Company and Production Company’s licensees and assigns shall have the right to adapt, change, revise, delete from, add to and/or rearrange [any specific material (e.g., the costumes and/or)] material or any part thereof submitted by [Lender and Artist / Employee] hereunder, and to combine the same with other [any specific material (e.g., costumes and/or)] material to any extent, and in this connection [Lender and Artist hereby waive / Employee hereby waives] any so-called “moral rights” of authors.</w:t>
      </w:r>
    </w:p>
    <w:p>
      <w:pPr/>
      <w:r>
        <w:rPr>
          <w:rFonts w:ascii="Times New Roman" w:hAnsi="Times New Roman" w:eastAsia="Times New Roman" w:cs="Times New Roman"/>
          <w:sz w:val="24"/>
        </w:rPr>
        <w:t>[Lender and Artist agree / Employee agrees] to execute and deliver to Production Company such assignments or other instruments as Production Company may require from time to time to evidence Production Company’s ownership of the results and proceeds of [Lender’s and Artist’s / Employee’s] services including, without limitation, certificates in substantially the following form with respect to any material written or submitted by [Lender and Artist / Employee] hereunder:</w:t>
      </w:r>
    </w:p>
    <w:p>
      <w:pPr/>
      <w:r>
        <w:rPr>
          <w:rFonts w:ascii="Times New Roman" w:hAnsi="Times New Roman" w:eastAsia="Times New Roman" w:cs="Times New Roman"/>
          <w:sz w:val="24"/>
        </w:rPr>
        <w:t>“I hereby certify that I wrote all literary and/or musical material and conceived and created the other materials [and designs] submitted by me in connection with the motion picture photoplay tentatively entitled “[name of motion picture]” as an employee of [name of production company].”</w:t>
      </w:r>
    </w:p>
    <w:p>
      <w:pPr/>
      <w:r>
        <w:rPr>
          <w:rFonts w:ascii="Times New Roman" w:hAnsi="Times New Roman" w:eastAsia="Times New Roman" w:cs="Times New Roman"/>
          <w:sz w:val="24"/>
        </w:rPr>
        <w:t>“I further certify that all of said literary and/or musical material was written by me and all of said material was [and designs were] created by me in the regular course of my employment pursuant to an employment agreement dated [Month Day, 20__], and that said employer, above named, is the author thereof and is entitled to the copyright thereon (and all renewals and/or extensions thereof), with the right to make such changes therein and uses thereof as it may from time to time determine as such author.”</w:t>
      </w:r>
    </w:p>
    <w:p>
      <w:pPr/>
      <w:r>
        <w:rPr>
          <w:rFonts w:ascii="Times New Roman" w:hAnsi="Times New Roman" w:eastAsia="Times New Roman" w:cs="Times New Roman"/>
          <w:sz w:val="24"/>
        </w:rPr>
        <w:t>Use of Name, Voice and Likeness.</w:t>
      </w:r>
      <w:r>
        <w:rPr>
          <w:rFonts w:ascii="Times New Roman" w:hAnsi="Times New Roman" w:eastAsia="Times New Roman" w:cs="Times New Roman"/>
          <w:sz w:val="24"/>
        </w:rPr>
        <w:t xml:space="preserve"> [Lender and Artist agree / Employee agrees] that Production Company shall have the right, but not the obligation, to use [Artist’s / Employee’s] name, voice and likeness in and in connection with the Picture and any motion picture, television or other production hereunder and/or any other use or exploitation of the results and proceeds of [Lender’s and Artist’s / Employee’s] services hereunder, and in </w:t>
      </w:r>
      <w:r>
        <w:rPr>
          <w:rFonts w:ascii="Times New Roman" w:hAnsi="Times New Roman" w:eastAsia="Times New Roman" w:cs="Times New Roman"/>
          <w:sz w:val="24"/>
        </w:rPr>
        <w:t>connection with the advertising, exhibition and/or other exploitation of any of the foregoing, including commercial advertising and publicity tie-ups relating thereto. [Lender and Artist agree / Employee agrees] that Production Company shall have the sole and exclusive right to issue publicity concerning [Artist / Employee] with respect to [Artist’s / Employee’s] services hereunder and any such motion picture, television or other production or other results and proceeds of [Lender’s and Artist’s / Employee’s] services hereunder.</w:t>
      </w:r>
    </w:p>
    <w:p>
      <w:pPr/>
      <w:r>
        <w:rPr>
          <w:rFonts w:ascii="Times New Roman" w:hAnsi="Times New Roman" w:eastAsia="Times New Roman" w:cs="Times New Roman"/>
          <w:sz w:val="24"/>
        </w:rPr>
        <w:t>Credit.</w:t>
      </w:r>
      <w:r>
        <w:rPr>
          <w:rFonts w:ascii="Times New Roman" w:hAnsi="Times New Roman" w:eastAsia="Times New Roman" w:cs="Times New Roman"/>
          <w:sz w:val="24"/>
        </w:rPr>
        <w:t xml:space="preserve"> </w:t>
      </w:r>
      <w:r>
        <w:rPr>
          <w:rFonts w:ascii="Times New Roman" w:hAnsi="Times New Roman" w:eastAsia="Times New Roman" w:cs="Times New Roman"/>
          <w:sz w:val="24"/>
        </w:rPr>
        <w:t>On condition that [Lender and Artist fully perform / Employee fully performs] all of [their / his or her] obligations and agreements hereunder and on condition that [specify Artist’s/Employee’s services (e.g., the makeup of the actors and actresses, or all the costumes)] contained in the Picture as released in its first general release to the public [specify milestone for completion of Artist’s/Employee’s services (e.g., is completed by Artist/Employee, or are costumes designed by Artist/Employee)] hereunder, [Artist / Employee] shall receive credit on all positive prints of the Picture distributed and released to the public, on a separate card, in substantially the following form: [form of credit, e.g., “Costumes designed by (name of Artist/Employee)” or “Make up: (name of Artist/Employee)”]. Production Company shall determine, in its sole discretion, the size, style, manner, position, prominence, mode and placement of presenting such credit. Failure of persons or entitles other than Production Company to comply with their agreements with Production Company shall not constitute a breach of this clause by Production Company. No casual or inadvertent failure to comply with the provisions of this clause shall constitute a breach of this Agreement. If there is a failure or omission by Production Company constituting a breach of its obligations under this clause, [Lender and Artist specifically recognize and agree / Employee specifically recognizes and agrees] that the damage caused [Lender and Artist / Employee] by such breach is not irreparable or sufficient to entitle [Lender or Artist / Employee] to injunctive or other equitable relief, and [Lender and Artist therefore agree / Employee therefore agrees] that [Lender’s and Artist’s / Employee’s] rights and remedies hereunder shall be limited to the right, if any, to obtain damages at law. Consequently, [Lender and Artist / Employee] shall have no right in such event to injunctive relief or to rescind this Agreement or any of the rights granted or assigned to Production Company hereunder.</w:t>
      </w:r>
    </w:p>
    <w:p>
      <w:pPr/>
      <w:r>
        <w:rPr>
          <w:rFonts w:ascii="Times New Roman" w:hAnsi="Times New Roman" w:eastAsia="Times New Roman" w:cs="Times New Roman"/>
          <w:sz w:val="24"/>
        </w:rPr>
        <w:t>Production Company’s Obligations.</w:t>
      </w:r>
      <w:r>
        <w:rPr>
          <w:rFonts w:ascii="Times New Roman" w:hAnsi="Times New Roman" w:eastAsia="Times New Roman" w:cs="Times New Roman"/>
          <w:sz w:val="24"/>
        </w:rPr>
        <w:t xml:space="preserve"> Production Company shall not be required to utilize [Artist’s/Employee’s] services hereunder or to utilize in any manner any results and proceeds of [Artist’s/Employee’s] </w:t>
      </w:r>
      <w:r>
        <w:rPr>
          <w:rFonts w:ascii="Times New Roman" w:hAnsi="Times New Roman" w:eastAsia="Times New Roman" w:cs="Times New Roman"/>
          <w:sz w:val="24"/>
        </w:rPr>
        <w:t xml:space="preserve">services, or to produce, release, market, distribute or otherwise exploit any motion picture or any other production in connection with which [Artist/Employee] renders services hereunder. Nothing herein shall be deemed to relieve Production Company of its obligation to pay [Lender and Artist / Employee] the compensation payable to [Lender and Artist / Employee] for the period set forth in Clause </w:t>
      </w:r>
      <w:r>
        <w:rPr>
          <w:rFonts w:ascii="Times New Roman" w:hAnsi="Times New Roman" w:eastAsia="Times New Roman" w:cs="Times New Roman"/>
          <w:sz w:val="24"/>
        </w:rPr>
        <w:t>2</w:t>
      </w:r>
      <w:r>
        <w:rPr>
          <w:rFonts w:ascii="Times New Roman" w:hAnsi="Times New Roman" w:eastAsia="Times New Roman" w:cs="Times New Roman"/>
          <w:sz w:val="24"/>
        </w:rPr>
        <w:t>. hereof during which [Lender actually provides Artist’s services hereunder / Employee is actually employed and renders services hereunder], subject, however, to such rights of suspension, extension and termination as are contained herein.</w:t>
      </w:r>
    </w:p>
    <w:p>
      <w:pPr/>
      <w:r>
        <w:rPr>
          <w:rFonts w:ascii="Times New Roman" w:hAnsi="Times New Roman" w:eastAsia="Times New Roman" w:cs="Times New Roman"/>
          <w:sz w:val="24"/>
        </w:rPr>
        <w:t>Assignment.</w:t>
      </w:r>
      <w:r>
        <w:rPr>
          <w:rFonts w:ascii="Times New Roman" w:hAnsi="Times New Roman" w:eastAsia="Times New Roman" w:cs="Times New Roman"/>
          <w:sz w:val="24"/>
        </w:rPr>
        <w:t xml:space="preserve"> Production Company may assign this Agreement or license or assign all or any part of its rights hereunder and/or loan any and/or all of [Lender’s and Artist’s / Employee’s] services hereunder to any persons, firms or corporations whatsoever, and this Agreement </w:t>
      </w:r>
      <w:r>
        <w:rPr>
          <w:rFonts w:ascii="Times New Roman" w:hAnsi="Times New Roman" w:eastAsia="Times New Roman" w:cs="Times New Roman"/>
          <w:sz w:val="24"/>
        </w:rPr>
        <w:t>shall inure to the benefit of and be binding upon Production Company’s successors, licensees and assigns.</w:t>
      </w:r>
    </w:p>
    <w:p>
      <w:pPr/>
      <w:r>
        <w:rPr>
          <w:rFonts w:ascii="Times New Roman" w:hAnsi="Times New Roman" w:eastAsia="Times New Roman" w:cs="Times New Roman"/>
          <w:sz w:val="24"/>
        </w:rPr>
        <w:t>Notices.</w:t>
      </w:r>
      <w:r>
        <w:rPr>
          <w:rFonts w:ascii="Times New Roman" w:hAnsi="Times New Roman" w:eastAsia="Times New Roman" w:cs="Times New Roman"/>
          <w:sz w:val="24"/>
        </w:rPr>
        <w:t xml:space="preserve"> All notices which Production Company is required or may desire to give to [Lender and Artist / Employee] hereunder may be served by delivering them to [Lender and Artist / Employee] personally or by sending them to [Lender and Artist / Employee] by mail or by facsimile transmission (with written verification of delivery) at [Lender’s and Artist’s / Employee’s] address as first indicated hereinabove, or such other address(es) as [Lender and Artist / Employee] may from time to time designate in writing. A courtesy copy of such notice to [Lender and Artist / Employee] shall be provided to [name and address</w:t>
      </w:r>
      <w:r>
        <w:rPr>
          <w:rFonts w:ascii="Times New Roman" w:hAnsi="Times New Roman" w:eastAsia="Times New Roman" w:cs="Times New Roman"/>
          <w:sz w:val="24"/>
        </w:rPr>
        <w:t xml:space="preserve"> of attorney who represents Lender and Artist / Employee].</w:t>
      </w:r>
    </w:p>
    <w:p>
      <w:pPr/>
      <w:r>
        <w:rPr>
          <w:rFonts w:ascii="Times New Roman" w:hAnsi="Times New Roman" w:eastAsia="Times New Roman" w:cs="Times New Roman"/>
          <w:sz w:val="24"/>
        </w:rPr>
        <w:t>All notices which [Lender and Artist are / Employee is] required or may desire to serve upon Production Company hereunder may be served by delivering them to Production Company personally or by sending them to Production Company by mail or by facsimile transmission (with written verification of delivery) at [address of Production Company] or at such other address(es) as Production Company may from time to time designate in writing. A courtesy copy of each such notice to Production Company shall be provided to [name and address of attorney who represents Production Company].</w:t>
      </w:r>
    </w:p>
    <w:p>
      <w:pPr/>
      <w:r>
        <w:rPr>
          <w:rFonts w:ascii="Times New Roman" w:hAnsi="Times New Roman" w:eastAsia="Times New Roman" w:cs="Times New Roman"/>
          <w:sz w:val="24"/>
        </w:rPr>
        <w:t>The date of personal service, three days after mailing or the date of facsimile transmission (with verification of delivery) of such notice, as the case may be, shall be deemed the date of service of such notice.</w:t>
      </w:r>
    </w:p>
    <w:p>
      <w:pPr/>
      <w:r>
        <w:rPr>
          <w:rFonts w:ascii="Times New Roman" w:hAnsi="Times New Roman" w:eastAsia="Times New Roman" w:cs="Times New Roman"/>
          <w:sz w:val="24"/>
        </w:rPr>
        <w:t>Employment of Others.</w:t>
      </w:r>
      <w:r>
        <w:rPr>
          <w:rFonts w:ascii="Times New Roman" w:hAnsi="Times New Roman" w:eastAsia="Times New Roman" w:cs="Times New Roman"/>
          <w:sz w:val="24"/>
        </w:rPr>
        <w:t xml:space="preserve"> [Lender and Artist acknowledge and agree / Employee acknowledges and agrees] that [Lender and Artist have / Employee has] no right or authority to, and that [Lender and Artist / Employee] will not, enter into any agreements for Production Company or on Production Company’s behalf whereby Production Company may be required to perform any obligations or to pay any monies or other consideration including, without limitation, any agreement for the employment of any person or the purchase or rental of any article or material, without Production Company’s prior written consent.</w:t>
      </w:r>
    </w:p>
    <w:p>
      <w:pPr/>
      <w:r>
        <w:rPr>
          <w:rFonts w:ascii="Times New Roman" w:hAnsi="Times New Roman" w:eastAsia="Times New Roman" w:cs="Times New Roman"/>
          <w:sz w:val="24"/>
        </w:rPr>
        <w:t>[Lender and Artist / Employee] Warranties.</w:t>
      </w:r>
      <w:r>
        <w:rPr>
          <w:rFonts w:ascii="Times New Roman" w:hAnsi="Times New Roman" w:eastAsia="Times New Roman" w:cs="Times New Roman"/>
          <w:sz w:val="24"/>
        </w:rPr>
        <w:t xml:space="preserve"> [Lender and Artist represent and warrant / Employee represents and warrants] that [Lender and Artist are / Employee is] free to enter into this Agreement, that [Artist/Employee] is a United States citizen and has, or shall timely obtain prior to the commencement of [Artist’s/Employee’s] services hereunder, a valid labor permit to work on this Picture in the United States and/or such other countries in which Production Company requires [Artist’s/Employee’s] services, and that [Lender and Artist have / Employee has] not made and will not hereafter make any agreement or commitment in conflict with the provisions hereof or which could or might interfere with the full and complete use and enjoyment of any rights and services herein granted to Production Company. [Lender and Artist further represent and warrant / Employee further represents and warrants] that all material and/or ideas, of whatever kind, written, prepared, created, composed and/or submitted by [Artist/Employee] hereunder for or to Production Company, shall be wholly original with [Artist/Employee] and shall not be copied in whole or in part from any other work and shall not constitute a libel against, or an invasion of the right of privacy of any person, firm or corporation, or violate or infringe upon any copyright, </w:t>
      </w:r>
      <w:r>
        <w:rPr>
          <w:rFonts w:ascii="Times New Roman" w:hAnsi="Times New Roman" w:eastAsia="Times New Roman" w:cs="Times New Roman"/>
          <w:sz w:val="24"/>
        </w:rPr>
        <w:t>common law or statutory, or any other right of any person, firm or corporation. The foregoing warranties shall not apply to any material taken directly by [Artist/Employee] from any material assigned by Production Company to [Artist/Employee] for adaptation or revision, but shall apply to all material, incidents, characterizations and treatments which [Artist/Employee] may add to or interpolate in such assigned material. [Lender and Artist agree / Employee agrees] to indemnify and hold Production Company harmless from and against any loss, liability, judgment, cost or expense of any kind and character suffered or incurred by Production Company by reason of any breach or alleged breach of any of the foregoing warranties by [Lender and Artist / Employee].</w:t>
      </w:r>
    </w:p>
    <w:p>
      <w:pPr/>
      <w:r>
        <w:rPr>
          <w:rFonts w:ascii="Times New Roman" w:hAnsi="Times New Roman" w:eastAsia="Times New Roman" w:cs="Times New Roman"/>
          <w:sz w:val="24"/>
        </w:rPr>
        <w:t>Remedies, Waiver.</w:t>
      </w:r>
      <w:r>
        <w:rPr>
          <w:rFonts w:ascii="Times New Roman" w:hAnsi="Times New Roman" w:eastAsia="Times New Roman" w:cs="Times New Roman"/>
          <w:sz w:val="24"/>
        </w:rPr>
        <w:t xml:space="preserve"> It is specifically understood and agreed that the services to be rendered by [Artist/Employee] hereunder and the rights and privileges herein granted to Production Company by [Lender and Artist / Employee] are of a special, unique, unusual, extraordinary and intellectual character which gives them a peculiar value, the loss of which cannot be reasonably or adequately compensated at law, and that a breach by [Lender and Artist / Employee] of any of the provisions contained herein will cause Production Company irreparable injury and damage. [Lender and Artist expressly agree / Employee expressly agrees] that Production Company shall be entitled to injunctive or other equitable relief to prevent a breach of this Agreement by [Lender and Artist / Employee] or to halt such a breach, but resort to such equitable relief shall not be construed as a waiver of any other rights or remedies which Production Company may have for damages or otherwise. No waiver by Production Company of any breach of any term or provision of this Agreement shall be construed as a waiver of any preceding or succeeding breach of the same or of any other term or provision. Production Company’s various rights and remedies hereunder shall be construed to be cumulative, and no one of them exclusive of any other or of any right or remedies allowed by law.</w:t>
      </w:r>
    </w:p>
    <w:p>
      <w:pPr/>
      <w:r>
        <w:rPr>
          <w:rFonts w:ascii="Times New Roman" w:hAnsi="Times New Roman" w:eastAsia="Times New Roman" w:cs="Times New Roman"/>
          <w:sz w:val="24"/>
        </w:rPr>
        <w:t>Termination.</w:t>
      </w:r>
      <w:r>
        <w:rPr>
          <w:rFonts w:ascii="Times New Roman" w:hAnsi="Times New Roman" w:eastAsia="Times New Roman" w:cs="Times New Roman"/>
          <w:sz w:val="24"/>
        </w:rPr>
        <w:t xml:space="preserve"> The termination of this Agreement for any cause, or expiration of the Term of [Artist’s/Employee’s] services/employment hereunder, shall not affect Production Company’s exclusive ownership of the results and proceeds of [Artist’s/Employee’s] services hereunder, or alter any of Production Company’s rights, licenses, or privileges in connection therewith. If this Agreement is terminated under any provisions herein, then [Lender and Artist / Employee] and Production Company shall each be relieved of any further obligations hereunder, except that such termination shall not relieve Production Company of its obligation to pay to [Lender and Artist / Employee] any of [Lender’s and Artist’s / Employee’s] compensation which accrues prior to such termination unless such termination was occasioned by [Lender’s and Artist’s / Employee’s] failure, refusal or neglect to perform services or obligations hereunder, nor shall such termination relieve [Lender and Artist / Employee] of [Lender’s and Artist’s / Employee’s] obligations pursuant to [Lender’s and Artist’s / Employee’s] representations and warranties hereunder. Such termination shall also not affect any other rights or remedies which Production Company may have at law or in equity, including, without limitation, any rights to damages or offsets which Production Company may have in the event of [Lender’s and Artist’s / Employee’s] breach or default.</w:t>
      </w:r>
    </w:p>
    <w:p>
      <w:pPr/>
      <w:r>
        <w:rPr>
          <w:rFonts w:ascii="Times New Roman" w:hAnsi="Times New Roman" w:eastAsia="Times New Roman" w:cs="Times New Roman"/>
          <w:sz w:val="24"/>
        </w:rPr>
        <w:t xml:space="preserve">Employment </w:t>
      </w:r>
      <w:r>
        <w:rPr>
          <w:rFonts w:ascii="Times New Roman" w:hAnsi="Times New Roman" w:eastAsia="Times New Roman" w:cs="Times New Roman"/>
          <w:sz w:val="24"/>
        </w:rPr>
        <w:t>Eligiblity</w:t>
      </w: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All of Production Company’s obligations herein are expressly conditioned upon [Artist’s/Employee’s] completion, to Production Company’s satisfaction, </w:t>
      </w:r>
      <w:r>
        <w:rPr>
          <w:rFonts w:ascii="Times New Roman" w:hAnsi="Times New Roman" w:eastAsia="Times New Roman" w:cs="Times New Roman"/>
          <w:sz w:val="24"/>
        </w:rPr>
        <w:t>of the I-9 form (Employee Eligibility Verification Form), and upon [Artist’s/Employee’s] submission to Production Company of original documents satisfactory to demonstrate to Production Company [Artist’s/Employee’s] employment eligibility.</w:t>
      </w:r>
    </w:p>
    <w:p>
      <w:pPr/>
      <w:r>
        <w:rPr>
          <w:rFonts w:ascii="Times New Roman" w:hAnsi="Times New Roman" w:eastAsia="Times New Roman" w:cs="Times New Roman"/>
          <w:sz w:val="24"/>
        </w:rPr>
        <w:t>Insurance.</w:t>
      </w:r>
      <w:r>
        <w:rPr>
          <w:rFonts w:ascii="Times New Roman" w:hAnsi="Times New Roman" w:eastAsia="Times New Roman" w:cs="Times New Roman"/>
          <w:sz w:val="24"/>
        </w:rPr>
        <w:t xml:space="preserve"> Since Employee shall be employed directly by Production Company, Production Company shall be responsible for all applicable payroll taxes and insurance requirements.</w:t>
      </w:r>
    </w:p>
    <w:p>
      <w:pPr/>
      <w:r>
        <w:rPr>
          <w:rFonts w:ascii="Times New Roman" w:hAnsi="Times New Roman" w:eastAsia="Times New Roman" w:cs="Times New Roman"/>
          <w:sz w:val="24"/>
        </w:rPr>
        <w:t>Exclusivity of Services.</w:t>
      </w:r>
      <w:r>
        <w:rPr>
          <w:rFonts w:ascii="Times New Roman" w:hAnsi="Times New Roman" w:eastAsia="Times New Roman" w:cs="Times New Roman"/>
          <w:sz w:val="24"/>
        </w:rPr>
        <w:t xml:space="preserve"> During the term of this Agreement, [Artist/Employee] shall render services exclusively to Production Company as and when requested. Nonetheless, provided it shall not interfere with [Lender’s and Artist’s / Employee’s] services on the Picture, Production Company acknowledges that [Lender and Artist / Employee] may render non-exclusive services in preparation for another picture while on location on the Picture.</w:t>
      </w:r>
    </w:p>
    <w:p>
      <w:pPr/>
      <w:r>
        <w:rPr>
          <w:rFonts w:ascii="Times New Roman" w:hAnsi="Times New Roman" w:eastAsia="Times New Roman" w:cs="Times New Roman"/>
          <w:sz w:val="24"/>
        </w:rPr>
        <w:t>Entire Agreement.</w:t>
      </w:r>
      <w:r>
        <w:rPr>
          <w:rFonts w:ascii="Times New Roman" w:hAnsi="Times New Roman" w:eastAsia="Times New Roman" w:cs="Times New Roman"/>
          <w:sz w:val="24"/>
        </w:rPr>
        <w:t xml:space="preserve"> This Agreement contains the full and complete understanding between the parties with reference to the subject matter within, supersedes all prior agreements and understandings, whether written or oral, pertaining thereto, and cannot be modified except by a written instrument signed by the parties. [Lender and Artist acknowledge / Employee acknowledges] that no representation or promise not expressly contained in this Agreement has been made by Production Company or any of Production Company’s agents, employees or representatives. Any amendments should be in writing signed by the parties.</w:t>
      </w:r>
    </w:p>
    <w:p>
      <w:pPr/>
      <w:r>
        <w:rPr>
          <w:rFonts w:ascii="Times New Roman" w:hAnsi="Times New Roman" w:eastAsia="Times New Roman" w:cs="Times New Roman"/>
          <w:sz w:val="24"/>
        </w:rPr>
        <w:t>Confidentiality.</w:t>
      </w:r>
      <w:r>
        <w:rPr>
          <w:rFonts w:ascii="Times New Roman" w:hAnsi="Times New Roman" w:eastAsia="Times New Roman" w:cs="Times New Roman"/>
          <w:sz w:val="24"/>
        </w:rPr>
        <w:t xml:space="preserve"> [Lender and Artist agree / Employee agrees] that [Lender and Artist / Employee] will not divulge or make known to any person or entity any matters of a confidential nature pertaining to Production Company’s business.</w:t>
      </w:r>
    </w:p>
    <w:p>
      <w:pPr/>
      <w:r>
        <w:rPr>
          <w:rFonts w:ascii="Times New Roman" w:hAnsi="Times New Roman" w:eastAsia="Times New Roman" w:cs="Times New Roman"/>
          <w:sz w:val="24"/>
        </w:rPr>
        <w:t>Governing Law.</w:t>
      </w:r>
      <w:r>
        <w:rPr>
          <w:rFonts w:ascii="Times New Roman" w:hAnsi="Times New Roman" w:eastAsia="Times New Roman" w:cs="Times New Roman"/>
          <w:sz w:val="24"/>
        </w:rPr>
        <w:t xml:space="preserve"> This Agreement shall be governed by and construed under the internal laws and judicial decisions of the State of [name of state] applicable to contracts wholly performed therein.</w:t>
      </w:r>
    </w:p>
    <w:p>
      <w:pPr/>
      <w:r>
        <w:rPr>
          <w:rFonts w:ascii="Times New Roman" w:hAnsi="Times New Roman" w:eastAsia="Times New Roman" w:cs="Times New Roman"/>
          <w:sz w:val="24"/>
        </w:rPr>
        <w:t>Attorneys’ Fees.</w:t>
      </w:r>
      <w:r>
        <w:rPr>
          <w:rFonts w:ascii="Times New Roman" w:hAnsi="Times New Roman" w:eastAsia="Times New Roman" w:cs="Times New Roman"/>
          <w:sz w:val="24"/>
        </w:rPr>
        <w:t xml:space="preserve"> If any litigation is commenced in connection with this Agreement, the prevailing party shall be entitled to recover reasonable outside attorneys’ fees and costs.</w:t>
      </w:r>
    </w:p>
    <w:p>
      <w:pPr/>
      <w:r>
        <w:rPr>
          <w:rFonts w:ascii="Times New Roman" w:hAnsi="Times New Roman" w:eastAsia="Times New Roman" w:cs="Times New Roman"/>
          <w:sz w:val="24"/>
        </w:rPr>
        <w:t>Clause Headings.</w:t>
      </w:r>
      <w:r>
        <w:rPr>
          <w:rFonts w:ascii="Times New Roman" w:hAnsi="Times New Roman" w:eastAsia="Times New Roman" w:cs="Times New Roman"/>
          <w:sz w:val="24"/>
        </w:rPr>
        <w:t xml:space="preserve"> The captions used for the Clauses are for convenience only.</w:t>
      </w:r>
    </w:p>
    <w:p>
      <w:pPr/>
      <w:r>
        <w:rPr>
          <w:rFonts w:ascii="Times New Roman" w:hAnsi="Times New Roman" w:eastAsia="Times New Roman" w:cs="Times New Roman"/>
          <w:sz w:val="24"/>
        </w:rPr>
        <w:t>Additional Documents.</w:t>
      </w:r>
      <w:r>
        <w:rPr>
          <w:rFonts w:ascii="Times New Roman" w:hAnsi="Times New Roman" w:eastAsia="Times New Roman" w:cs="Times New Roman"/>
          <w:sz w:val="24"/>
        </w:rPr>
        <w:t xml:space="preserve"> [Lender and Artist agree / Employee agrees] to duly execute, acknowledge and deliver to Production Company any and all agreements and/or other documents necessary or expedient, in Production Company’s judgment, to carry out and effectuate the purposes and intent of this Agreement.</w:t>
      </w:r>
    </w:p>
    <w:p>
      <w:pPr/>
    </w:p>
    <w:p>
      <w:pPr/>
      <w:r>
        <w:rPr>
          <w:rFonts w:ascii="Times New Roman" w:hAnsi="Times New Roman" w:eastAsia="Times New Roman" w:cs="Times New Roman"/>
          <w:sz w:val="24"/>
        </w:rPr>
        <w:t>Executed as of the date first above written at [place of execution].</w:t>
      </w:r>
    </w:p>
    <w:p>
      <w:pPr/>
    </w:p>
    <w:p>
      <w:pPr/>
      <w:r>
        <w:rPr>
          <w:rFonts w:ascii="Times New Roman" w:hAnsi="Times New Roman" w:eastAsia="Times New Roman" w:cs="Times New Roman"/>
          <w:sz w:val="24"/>
        </w:rPr>
        <w:t>[name of production company]</w:t>
      </w:r>
    </w:p>
    <w:p>
      <w:pP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