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[Name and address of production company]</w:t>
      </w:r>
    </w:p>
    <w:p>
      <w:pPr/>
      <w:r>
        <w:rPr>
          <w:rFonts w:ascii="Times New Roman" w:hAnsi="Times New Roman" w:eastAsia="Times New Roman" w:cs="Times New Roman"/>
          <w:sz w:val="24"/>
        </w:rPr>
        <w:t>[Month Day, 20</w:t>
      </w:r>
      <w:r>
        <w:rPr>
          <w:rFonts w:ascii="Times New Roman" w:hAnsi="Times New Roman" w:eastAsia="Times New Roman" w:cs="Times New Roman"/>
          <w:sz w:val="24"/>
        </w:rPr>
        <w:t>_____</w:t>
      </w:r>
      <w:r>
        <w:rPr>
          <w:rFonts w:ascii="Times New Roman" w:hAnsi="Times New Roman" w:eastAsia="Times New Roman" w:cs="Times New Roman"/>
          <w:sz w:val="24"/>
        </w:rPr>
        <w:t>]</w:t>
      </w:r>
    </w:p>
    <w:p>
      <w:pPr/>
      <w:r>
        <w:rPr>
          <w:rFonts w:ascii="Times New Roman" w:hAnsi="Times New Roman" w:eastAsia="Times New Roman" w:cs="Times New Roman"/>
          <w:sz w:val="24"/>
        </w:rPr>
        <w:t>[Name and address of employee or loan-out company]</w:t>
      </w:r>
    </w:p>
    <w:p>
      <w:pPr/>
      <w:r>
        <w:rPr>
          <w:rFonts w:ascii="Times New Roman" w:hAnsi="Times New Roman" w:eastAsia="Times New Roman" w:cs="Times New Roman"/>
          <w:sz w:val="24"/>
        </w:rPr>
        <w:t>Re: [Name of picture / name of production company]</w:t>
      </w:r>
    </w:p>
    <w:p>
      <w:pPr/>
      <w:r>
        <w:rPr>
          <w:rFonts w:ascii="Times New Roman" w:hAnsi="Times New Roman" w:eastAsia="Times New Roman" w:cs="Times New Roman"/>
          <w:sz w:val="24"/>
        </w:rPr>
        <w:t>Dear [Name of artist/employee]:</w:t>
      </w:r>
    </w:p>
    <w:p>
      <w:pPr/>
      <w:r>
        <w:rPr>
          <w:rFonts w:ascii="Times New Roman" w:hAnsi="Times New Roman" w:eastAsia="Times New Roman" w:cs="Times New Roman"/>
          <w:sz w:val="24"/>
        </w:rPr>
        <w:t>This letter will confirm the agreement between [name of production company] (“Production Company”) and [name of employee] (“Employee”) in connection with Employee’s services for the Motion Picture currently entitled “[name of motion picture]” (the “Picture”), as follows:</w:t>
      </w:r>
    </w:p>
    <w:p>
      <w:pPr/>
      <w:r>
        <w:rPr>
          <w:rFonts w:ascii="Times New Roman" w:hAnsi="Times New Roman" w:eastAsia="Times New Roman" w:cs="Times New Roman"/>
          <w:sz w:val="24"/>
        </w:rPr>
        <w:t>Services.</w:t>
      </w:r>
      <w:r>
        <w:rPr>
          <w:rFonts w:ascii="Times New Roman" w:hAnsi="Times New Roman" w:eastAsia="Times New Roman" w:cs="Times New Roman"/>
          <w:sz w:val="24"/>
        </w:rPr>
        <w:t xml:space="preserve"> Production Company [has employed Lender, and Lender agrees, to provide the services of / shall employ] [name of Artist/Employee], as [specify function or services of Artist/Employee (e.g., costume designer or director of photography)] on the Picture, commencing [Month Day, 20</w:t>
      </w:r>
      <w:r>
        <w:rPr>
          <w:rFonts w:ascii="Times New Roman" w:hAnsi="Times New Roman" w:eastAsia="Times New Roman" w:cs="Times New Roman"/>
          <w:sz w:val="24"/>
        </w:rPr>
        <w:t>_____</w:t>
      </w:r>
      <w:r>
        <w:rPr>
          <w:rFonts w:ascii="Times New Roman" w:hAnsi="Times New Roman" w:eastAsia="Times New Roman" w:cs="Times New Roman"/>
          <w:sz w:val="24"/>
        </w:rPr>
        <w:t xml:space="preserve"> / as Production Company shall direct] and continuing in [specify location(s) where services are to be provided, including any distant locations]. [Artist/Employee] shall [perform his or her services / be employed] on a week-to-week basis until completion of principal photography.</w:t>
      </w:r>
    </w:p>
    <w:p>
      <w:pPr/>
      <w:r>
        <w:rPr>
          <w:rFonts w:ascii="Times New Roman" w:hAnsi="Times New Roman" w:eastAsia="Times New Roman" w:cs="Times New Roman"/>
          <w:sz w:val="24"/>
        </w:rPr>
        <w:t>Compensation.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t>Production Company shall pay [Lender/Employee] the sum of [amount (e.g., $5,000 per week for a costume designer, $10,000 per week for a director of photography)], for [a six (6) day week], for each week worked up to [number of weeks] weeks worked.</w:t>
      </w:r>
    </w:p>
    <w:p>
      <w:pPr/>
      <w:r>
        <w:rPr>
          <w:rFonts w:ascii="Times New Roman" w:hAnsi="Times New Roman" w:eastAsia="Times New Roman" w:cs="Times New Roman"/>
          <w:sz w:val="24"/>
        </w:rPr>
        <w:t>Contingent Compensation.</w:t>
      </w:r>
      <w:r>
        <w:rPr>
          <w:rFonts w:ascii="Times New Roman" w:hAnsi="Times New Roman" w:eastAsia="Times New Roman" w:cs="Times New Roman"/>
          <w:sz w:val="24"/>
        </w:rPr>
        <w:t xml:space="preserve"> If [Lender and Artist / Employee] shall substantially render services on the Picture as [specify services or function (e.g., costume designer or director of photography)], and [Lender and Artist are / Employee is] not in default of this Agreement, Production Company shall pay [Lender/Employee] an amount equal to [percentage (e.g., 1%)] of 100% of Production Company’s share of Net Profits from the Picture until such time as [Lender’s/Employee’s] profit participation shall equal [maximum amount of contingent compensation (e.g., $50,000)]. Thereafter, Production Company shall pay [Lender/Employee] an amount equal to [percentage (e.g., .5%)] of 100% of Production Company’s share of Net Profits from the Picture.</w:t>
      </w:r>
    </w:p>
    <w:p>
      <w:pPr/>
      <w:r>
        <w:rPr>
          <w:rFonts w:ascii="Times New Roman" w:hAnsi="Times New Roman" w:eastAsia="Times New Roman" w:cs="Times New Roman"/>
          <w:sz w:val="24"/>
        </w:rPr>
        <w:t xml:space="preserve">[Percentage (e.g., One percent)] of 100% of Production Company’s share of Net Profits shall mean [percentage (e.g., 1%)] of 100% of Net Profits, and [percentage (e.g., .5%)] of 100% of Production Company’s share of Net Profits shall mean [percentage (e.g., .5%)] of 100% of Net Profits, defined, computed and paid in accordance with [e.g., the “Profit Sharing Agreement” between (name of financing company) and Production Company with regard to the Picture], and if and only if such Net Profits are actually paid by [name of financing company] to Production Company. Production Company agrees to make payment and account to [Lender/Employee] within [thirty (30) days] of Production Company’s receipt of </w:t>
      </w:r>
      <w:r>
        <w:rPr>
          <w:rFonts w:ascii="Times New Roman" w:hAnsi="Times New Roman" w:eastAsia="Times New Roman" w:cs="Times New Roman"/>
          <w:sz w:val="24"/>
        </w:rPr>
        <w:t>each statement, with accompanying payment, if any, from [name of financing company]. Production Company makes no warranties, representations or guarantees that there will be Net Profits. [Lender/Employee] shall not have any right to audit [name of financing company] relating to Net Profits.</w:t>
      </w:r>
    </w:p>
    <w:p>
      <w:pPr/>
      <w:r>
        <w:rPr>
          <w:rFonts w:ascii="Times New Roman" w:hAnsi="Times New Roman" w:eastAsia="Times New Roman" w:cs="Times New Roman"/>
          <w:sz w:val="24"/>
        </w:rPr>
        <w:t>Expenses.</w:t>
      </w:r>
      <w:r>
        <w:rPr>
          <w:rFonts w:ascii="Times New Roman" w:hAnsi="Times New Roman" w:eastAsia="Times New Roman" w:cs="Times New Roman"/>
          <w:sz w:val="24"/>
        </w:rPr>
        <w:t xml:space="preserve"> Since the Picture will be photographed on distant location, it is anticipated that [Artist/Employee] will render services outside [specify the Production Company’s principal place of business (e.g., the Los Angeles area)]. Production Company shall provide [Lender and Artist / Employee] with one round-trip [business class] air transportation from [Los Angeles] to the distant location, and [Artist/Employee] shall be provided with accommodations equal to that of all other key crew members and per diem [amount of per diem or how calculated (e.g., equal to that provided to all other key crew members or the director)]. While on location, Production Company shall provide transportation to [Artist/Employee] to and from the set each day.</w:t>
      </w:r>
    </w:p>
    <w:p>
      <w:pPr/>
      <w:r>
        <w:rPr>
          <w:rFonts w:ascii="Times New Roman" w:hAnsi="Times New Roman" w:eastAsia="Times New Roman" w:cs="Times New Roman"/>
          <w:sz w:val="24"/>
        </w:rPr>
        <w:t>Credit.</w:t>
      </w:r>
      <w:r>
        <w:rPr>
          <w:rFonts w:ascii="Times New Roman" w:hAnsi="Times New Roman" w:eastAsia="Times New Roman" w:cs="Times New Roman"/>
          <w:sz w:val="24"/>
        </w:rPr>
        <w:t xml:space="preserve"> Provided [Lender and Artist substantially render / Employee substantially renders] services on the Picture as [specify nature of services or function to be provided by Artist/Employee (e.g., costume designer or director of photography)], and [Lender and Artist are / Employee is] not in default of this Agreement, [Lender and Artist / Employee] shall be accorded credit on the positive prints of the Picture, on screen, on a separate card in the form [form of credit, e.g., “Costume Designer—(name of Artist/Employee)” or “Director of Photography—(name of Artist/Employee)”]. Production Company shall determine, in its sole discretion, the size, style, manner, position, prominence, mode and placement of presenting such credit.</w:t>
      </w:r>
    </w:p>
    <w:p>
      <w:pPr/>
      <w:r>
        <w:rPr>
          <w:rFonts w:ascii="Times New Roman" w:hAnsi="Times New Roman" w:eastAsia="Times New Roman" w:cs="Times New Roman"/>
          <w:sz w:val="24"/>
        </w:rPr>
        <w:t>Production Company agrees to use best efforts to obtain approval from the financiers of the Picture and grant to [Lender and Artist / Employee] credit in paid advertising issued in connection with the Picture on [specify paid advertising locations (e.g., one sheets, billboards, newspaper advertising of at least 1/4 page and in trade ads)], subject to all customary exclusions.</w:t>
      </w:r>
    </w:p>
    <w:p>
      <w:pPr/>
      <w:r>
        <w:rPr>
          <w:rFonts w:ascii="Times New Roman" w:hAnsi="Times New Roman" w:eastAsia="Times New Roman" w:cs="Times New Roman"/>
          <w:sz w:val="24"/>
        </w:rPr>
        <w:t>No casual or inadvertent failure, nor failure of any third party, to give the applicable credit shall constitute a breach of this Agreement. In the event of a breach by Production Company of any provision of this Agreement, [Lender’s and Artist’s / Employee’s] sole remedy shall be through an action at law for damages, and [Lender and Artist / Employee] shall have no right to seek or obtain an injunction or other equitable relief.</w:t>
      </w:r>
    </w:p>
    <w:p>
      <w:pPr/>
      <w:r>
        <w:rPr>
          <w:rFonts w:ascii="Times New Roman" w:hAnsi="Times New Roman" w:eastAsia="Times New Roman" w:cs="Times New Roman"/>
          <w:sz w:val="24"/>
        </w:rPr>
        <w:t>Insurance.</w:t>
      </w:r>
      <w:r>
        <w:rPr>
          <w:rFonts w:ascii="Times New Roman" w:hAnsi="Times New Roman" w:eastAsia="Times New Roman" w:cs="Times New Roman"/>
          <w:sz w:val="24"/>
        </w:rPr>
        <w:t xml:space="preserve"> Since Employee shall be employed directly by Production Company, Production Company shall be responsible for all applicable payroll taxes and insurance requirements.</w:t>
      </w:r>
    </w:p>
    <w:p>
      <w:pPr/>
      <w:r>
        <w:rPr>
          <w:rFonts w:ascii="Times New Roman" w:hAnsi="Times New Roman" w:eastAsia="Times New Roman" w:cs="Times New Roman"/>
          <w:sz w:val="24"/>
        </w:rPr>
        <w:t>Payment/Notices.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t>All payments and notices to [Lender and Artist / Employee] shall be personally delivered to [Lender and Artist / Employee] or mailed to [Lender and Artist / Employee] at [address].</w:t>
      </w:r>
    </w:p>
    <w:p>
      <w:pPr/>
      <w:r>
        <w:rPr>
          <w:rFonts w:ascii="Times New Roman" w:hAnsi="Times New Roman" w:eastAsia="Times New Roman" w:cs="Times New Roman"/>
          <w:sz w:val="24"/>
        </w:rPr>
        <w:t>Rights</w:t>
      </w:r>
      <w:r>
        <w:rPr>
          <w:rFonts w:ascii="Times New Roman" w:hAnsi="Times New Roman" w:eastAsia="Times New Roman" w:cs="Times New Roman"/>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t xml:space="preserve">Production Company shall be the sole owner of any and all rights in and to the results and proceeds of [Lender’s and Artist’s / Employee’s] services, and it shall have the </w:t>
      </w:r>
      <w:r>
        <w:rPr>
          <w:rFonts w:ascii="Times New Roman" w:hAnsi="Times New Roman" w:eastAsia="Times New Roman" w:cs="Times New Roman"/>
          <w:sz w:val="24"/>
        </w:rPr>
        <w:t>sole right to use, exploit, advertise and exhibit the foregoing in any and all media, whether now known or hereafter devised, throughout the world, in all languages, as Production Company in its sole and unfettered discretion shall determine.</w:t>
      </w:r>
    </w:p>
    <w:p>
      <w:pPr/>
      <w:r>
        <w:rPr>
          <w:rFonts w:ascii="Times New Roman" w:hAnsi="Times New Roman" w:eastAsia="Times New Roman" w:cs="Times New Roman"/>
          <w:sz w:val="24"/>
        </w:rPr>
        <w:t>Intent To Execute Formal Agreement.</w:t>
      </w:r>
      <w:r>
        <w:rPr>
          <w:rFonts w:ascii="Times New Roman" w:hAnsi="Times New Roman" w:eastAsia="Times New Roman" w:cs="Times New Roman"/>
          <w:sz w:val="24"/>
        </w:rPr>
        <w:t xml:space="preserve"> The parties may enter into a more formal contract incorporating the foregoing provisions, as well as other provisions customary in agreements of this nature. Unless and until such more formal contract is entered into, this Agreement, as supplemented by customary industry practice, when signed by the parties shall constitute the agreement between them.</w:t>
      </w:r>
    </w:p>
    <w:p>
      <w:pPr/>
    </w:p>
    <w:p>
      <w:pPr/>
      <w:r>
        <w:rPr>
          <w:rFonts w:ascii="Times New Roman" w:hAnsi="Times New Roman" w:eastAsia="Times New Roman" w:cs="Times New Roman"/>
          <w:sz w:val="24"/>
        </w:rPr>
        <w:t>The signature of the parties hereon shall confirm this Agreement.</w:t>
      </w:r>
    </w:p>
    <w:p>
      <w:pPr/>
      <w:r>
        <w:rPr>
          <w:rFonts w:ascii="Times New Roman" w:hAnsi="Times New Roman" w:eastAsia="Times New Roman" w:cs="Times New Roman"/>
          <w:sz w:val="24"/>
        </w:rPr>
        <w:t>Cordially,</w:t>
      </w:r>
    </w:p>
    <w:p>
      <w:pPr/>
      <w:r>
        <w:rPr>
          <w:rFonts w:ascii="Times New Roman" w:hAnsi="Times New Roman" w:eastAsia="Times New Roman" w:cs="Times New Roman"/>
          <w:sz w:val="24"/>
        </w:rPr>
        <w:t>[name of production company]</w:t>
      </w:r>
    </w:p>
    <w:p>
      <w:pPr/>
    </w:p>
    <w:p>
      <w:pPr/>
    </w:p>
    <w:p>
      <w:pPr/>
      <w:r>
        <w:rPr>
          <w:rFonts w:ascii="Times New Roman" w:hAnsi="Times New Roman" w:eastAsia="Times New Roman" w:cs="Times New Roman"/>
          <w:sz w:val="24"/>
        </w:rPr>
        <w:t>AGREED AND ACCEPTED:</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