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Employment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[company address]</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[offeree name]</w:t>
      </w:r>
    </w:p>
    <w:p>
      <w:pPr>
        <w:keepNext w:val="0"/>
        <w:spacing w:before="200" w:after="0" w:line="260" w:lineRule="exact"/>
        <w:ind w:left="360" w:right="0" w:firstLine="0"/>
        <w:jc w:val="both"/>
      </w:pPr>
      <w:r>
        <w:rPr>
          <w:rFonts w:ascii="Times New Roman" w:hAnsi="Times New Roman" w:eastAsia="Times New Roman" w:cs="Times New Roman"/>
          <w:b w:val="0"/>
          <w:sz w:val="24"/>
        </w:rPr>
        <w:t>[offeree address]</w:t>
      </w:r>
    </w:p>
    <w:p>
      <w:pPr>
        <w:keepNext w:val="0"/>
        <w:spacing w:before="200" w:after="0" w:line="260" w:lineRule="exact"/>
        <w:ind w:left="360" w:right="0" w:firstLine="0"/>
        <w:jc w:val="both"/>
      </w:pPr>
      <w:r>
        <w:rPr>
          <w:rFonts w:ascii="Times New Roman" w:hAnsi="Times New Roman" w:eastAsia="Times New Roman" w:cs="Times New Roman"/>
          <w:b w:val="0"/>
          <w:sz w:val="24"/>
        </w:rPr>
        <w:t>Re: Offer Letter and Employment Agreement</w:t>
      </w:r>
    </w:p>
    <w:p>
      <w:pPr>
        <w:keepNext w:val="0"/>
        <w:spacing w:before="200" w:after="0" w:line="260" w:lineRule="exact"/>
        <w:ind w:left="360" w:right="0" w:firstLine="0"/>
        <w:jc w:val="both"/>
      </w:pPr>
      <w:r>
        <w:rPr>
          <w:rFonts w:ascii="Times New Roman" w:hAnsi="Times New Roman" w:eastAsia="Times New Roman" w:cs="Times New Roman"/>
          <w:b w:val="0"/>
          <w:sz w:val="24"/>
        </w:rPr>
        <w:t>Dear [first name of offeree]:</w:t>
      </w:r>
    </w:p>
    <w:p>
      <w:pPr>
        <w:keepNext w:val="0"/>
        <w:spacing w:before="200" w:after="0" w:line="260" w:lineRule="exact"/>
        <w:ind w:left="360" w:right="0" w:firstLine="0"/>
        <w:jc w:val="both"/>
      </w:pPr>
      <w:r>
        <w:rPr>
          <w:rFonts w:ascii="Times New Roman" w:hAnsi="Times New Roman" w:eastAsia="Times New Roman" w:cs="Times New Roman"/>
          <w:b w:val="0"/>
          <w:sz w:val="24"/>
        </w:rPr>
        <w:t>We are pleased to offer you employment with [company name] (the Company) as [job title]. The terms and conditions of the Company's offer of employment to you are outlined in this Offer Letter and Employment Agreement, together with all of its enclosures (collectively,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Start Date.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start date [will be OR will be no later than] [date] (Start Date).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Position and Duties.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Company is offering you employment with the Company in the [full-time OR part-time] position of [job title] at [workplace address]. You are expected to render services that are consistent with the duties and responsibilities of such position.</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Salary.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 will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base salary of $[annual salary], payable [payroll time period (e.g., bi-weekly)] in accordance with the Company's regular payroll practices, as may be amended from time to time.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Benefits.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provides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competitive benefits package for its eligible employees. You will be eligible to participate in all of the Company's employee benefit programs, on the same terms and conditions as these programs are available to other [full-time OR part-time] employees of the Company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job position as you, subject to the conditions of these plans. We have enclosed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Benefits.</w:t>
      </w:r>
    </w:p>
    <w:p>
      <w:pPr>
        <w:keepNext w:val="0"/>
        <w:spacing w:before="200" w:after="0" w:line="260" w:lineRule="exact"/>
        <w:ind w:left="720" w:right="0" w:firstLine="0"/>
        <w:jc w:val="both"/>
      </w:pPr>
      <w:r>
        <w:rPr>
          <w:rFonts w:ascii="Times New Roman" w:hAnsi="Times New Roman" w:eastAsia="Times New Roman" w:cs="Times New Roman"/>
          <w:b w:val="0"/>
          <w:sz w:val="24"/>
        </w:rPr>
        <w:t>You understand and acknowledge that the Company retains the right to amend, modify, rescind, delete, supplement or add to any of its existing employee benefit programs, at the Company's sole and absolute discretion, as permitted by law. The Company also retains the discretion to interpret any terms or language used in this letter, and any such interpretation will be binding on you.</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 of Prior Employers' Confidential Information; No Conflicting Obligations.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 will not disclose to the Company or induce the Company to use any confidential or proprietary information belonging to your former employer, any of your prior employers, or any other third party. You also represent and warrant that you have not taken or retained, and are not in possession of, any business materials or documents belonging to [former employer] or any other prior employer or third party. You acknowledge that the Company has advised you that you are strictly prohibited from bringing such materials or documents onto the Company's premises, providing such materials or documents to Company personnel, or using them in connection with your employment with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Further, you represent and warrant to the Company that the performance of your job duties for the Company will not violate, cause the breach of, or conflict with any prior agreement, contract, or understanding between you and any third party or otherwise violate any confidence of another. You represent and warrant that you are not subject to any post-employment restrictions that would prohibit or limit your employment by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Moreover, you agree that you will not enter into any agreement either written or oral in conflict with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At-Will.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Offer and Agreement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of employment for any period of time. Your employment with the Company will be on at at-will basis which means your employment may be terminated at any time by you or the Company, with or without cause and with or without advance notice. The at-will nature of the employment relationship may not be modified or amended except by written agreement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officer of the Company and you.</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Payments Subject to Withholdings and Deductions.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amount of any payment made to you by the Company as set forth in this Offer and Agreement will be reduced by any required taxes, withholdings, and other authorized employee deductions as may be required by law or as you have elected under the applicable benefit plans.</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Company Policies.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At all times during your employment, you are expected to observe, respect and comply with all policies and procedures of the Company, whether written or oral.</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Eligibility.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Your employment with the Company is contingent upon completing the Form I-9 (Employment Eligibility Verification) within your first three days of employment. Review the "List of Acceptable Documents" contained on the enclosed I-9 Form. On your first day of employment, bring the Form I-9 plus the required original documentation specified in the "List of Acceptable Documents." You must complete, sign, and date Section 1 of Form I-9 in front of your immediate manager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designee and present the original required documentation to establish your identity and employment authorization.</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Employment Screening.</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Your employment at the Company is contingent upon your satisfactory completion and passing of employment screening that includes [list of applicable requirements, e.g., criminal background, reference checks, employment and education history verification, medical exams, drug testing, credit checks, or other pre-employment screenings]. You understand and agree that, during your employment, the Company may require you to consent to and satisfactorily complete additional periodic employment screening.</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validity, interpretation, construction and performance of this Offer and Agreement will be governed by the laws of [state], without regard to its choice-of-law rules.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 waiver by the Company of any breach of this Offer and Agreement will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Offer and Agreement will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will not be required to give notice to enforce strict adherence to all terms of this Offer and Agreement.</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term, covenant or obligation of this Offer and Agreement, or its application, is held invalid, unenforceable, or unlawful, such invalidity, unenforceability or unlawfulness, shall not affect the other provisions, terms, covenants or obligations of this Offer and Agreement, or their application, which all shall remain valid and enforceable in full force and effect to the extent permitted by law.</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will be binding upon your heirs, executors, administrators, and other legal representatives and will be for the benefit of the Company, its successors, and its assigns.</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provisions of this Offer and Agreement shall survive the assignment of this Offer and Agreement by the Company to any successor in interest or other assignee and, to the extent applicable, shall survive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termination of your employment with the Company.</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Section Headings.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section headings appearing in this Offer and Agreement have been inserted for the purpose of convenience and reference only and shall not limit or affect the meaning or interpretation of this Offer and Agreement in any way whatsoever.</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 Act Trade Secret Disclosure Notice.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Offer and Agreement, which includes all enclosures, sets forth the entire agreement between the parties with respect to the subject matter hereof and supersedes all prior agreements of the parties, whether oral or written.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Please signify your acceptance of this Offer and Agreement by signing below and returning the signed document to [name and title of company representative] at [address] on or before [date].</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 and title of person presenting job offer]</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Acceptance Signature by [offeree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of Acceptance Signature</w:t>
      </w:r>
    </w:p>
    <w:p>
      <w:pPr>
        <w:keepNext w:val="0"/>
        <w:spacing w:before="200" w:after="0" w:line="260" w:lineRule="exact"/>
        <w:ind w:left="360" w:right="0" w:firstLine="0"/>
        <w:jc w:val="both"/>
      </w:pPr>
      <w:r>
        <w:rPr>
          <w:rFonts w:ascii="Times New Roman" w:hAnsi="Times New Roman" w:eastAsia="Times New Roman" w:cs="Times New Roman"/>
          <w:b w:val="0"/>
          <w:sz w:val="24"/>
        </w:rPr>
        <w:t>Enclosures</w:t>
      </w:r>
    </w:p>
    <w:p>
      <w:pPr>
        <w:keepNext w:val="0"/>
        <w:spacing w:before="200" w:after="0" w:line="260" w:lineRule="exact"/>
        <w:ind w:left="360" w:right="0" w:firstLine="0"/>
        <w:jc w:val="both"/>
      </w:pPr>
      <w:r>
        <w:rPr>
          <w:rFonts w:ascii="Times New Roman" w:hAnsi="Times New Roman" w:eastAsia="Times New Roman" w:cs="Times New Roman"/>
          <w:b w:val="0"/>
          <w:sz w:val="24"/>
        </w:rPr>
        <w:t>[list of enclosures]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