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[Address of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Employee]</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offer you employment with [Company]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employment start date will be [date or "no later than [date]"] (Start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 Job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is offering you employment with the Company in the [full-time/part-time] position of [job title/position] at [address of where employee will be working]. You are expected to render services that are consistent with the position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policies.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competitive benefits package for its eligible full [and part-time] employees. You will be eligible to participate in all of the Company's employee benefit programs, on the same terms and conditions as these programs are available to other [full- time/part-time]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and No Conflicting Obligation.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[title] and you.</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[one or more of the following, if permitted in your jurisdiction: criminal background, reference checks, employment and education history verification, medical exams, drug testing, credit checks, and/or other applicable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[name of state].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p>
    <w:p>
      <w:pPr>
        <w:keepNext w:val="0"/>
        <w:spacing w:before="200" w:after="0" w:line="260" w:lineRule="exact"/>
        <w:ind w:left="360" w:right="0" w:firstLine="0"/>
        <w:jc w:val="both"/>
      </w:pPr>
      <w:r>
        <w:rPr>
          <w:rFonts w:ascii="Times New Roman" w:hAnsi="Times New Roman" w:eastAsia="Times New Roman" w:cs="Times New Roman"/>
          <w:b/>
          <w:sz w:val="24"/>
        </w:rPr>
        <w:t>Please signify your acceptance of this Offer and Agreement by signing below and returning the signed document to</w:t>
      </w:r>
      <w:r>
        <w:rPr>
          <w:rFonts w:ascii="Times New Roman" w:hAnsi="Times New Roman" w:eastAsia="Times New Roman" w:cs="Times New Roman"/>
          <w:b w:val="0"/>
          <w:sz w:val="24"/>
        </w:rPr>
        <w:t xml:space="preserve"> [Name], [Title] </w:t>
      </w:r>
      <w:r>
        <w:rPr>
          <w:rFonts w:ascii="Times New Roman" w:hAnsi="Times New Roman" w:eastAsia="Times New Roman" w:cs="Times New Roman"/>
          <w:b/>
          <w:sz w:val="24"/>
        </w:rPr>
        <w:t>at</w:t>
      </w:r>
      <w:r>
        <w:rPr>
          <w:rFonts w:ascii="Times New Roman" w:hAnsi="Times New Roman" w:eastAsia="Times New Roman" w:cs="Times New Roman"/>
          <w:b w:val="0"/>
          <w:sz w:val="24"/>
        </w:rPr>
        <w:t xml:space="preserve"> [Address] </w:t>
      </w:r>
      <w:r>
        <w:rPr>
          <w:rFonts w:ascii="Times New Roman" w:hAnsi="Times New Roman" w:eastAsia="Times New Roman" w:cs="Times New Roman"/>
          <w:b/>
          <w:sz w:val="24"/>
        </w:rPr>
        <w:t>on or before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[Title/Position]</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