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Employment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[company address]</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[offeree name]</w:t>
      </w:r>
    </w:p>
    <w:p>
      <w:pPr>
        <w:keepNext w:val="0"/>
        <w:spacing w:before="200" w:after="0" w:line="260" w:lineRule="exact"/>
        <w:ind w:left="360" w:right="0" w:firstLine="0"/>
        <w:jc w:val="both"/>
      </w:pPr>
      <w:r>
        <w:rPr>
          <w:rFonts w:ascii="Times New Roman" w:hAnsi="Times New Roman" w:eastAsia="Times New Roman" w:cs="Times New Roman"/>
          <w:b w:val="0"/>
          <w:sz w:val="24"/>
        </w:rPr>
        <w:t>[offeree address]</w:t>
      </w:r>
    </w:p>
    <w:p>
      <w:pPr>
        <w:keepNext w:val="0"/>
        <w:spacing w:before="200" w:after="0" w:line="260" w:lineRule="exact"/>
        <w:ind w:left="360" w:right="0" w:firstLine="0"/>
        <w:jc w:val="both"/>
      </w:pPr>
      <w:r>
        <w:rPr>
          <w:rFonts w:ascii="Times New Roman" w:hAnsi="Times New Roman" w:eastAsia="Times New Roman" w:cs="Times New Roman"/>
          <w:b/>
          <w:sz w:val="24"/>
        </w:rPr>
        <w:t>Re: Offer Letter and Employment Agreement</w:t>
      </w:r>
    </w:p>
    <w:p>
      <w:pPr>
        <w:keepNext w:val="0"/>
        <w:spacing w:before="200" w:after="0" w:line="260" w:lineRule="exact"/>
        <w:ind w:left="360" w:right="0" w:firstLine="0"/>
        <w:jc w:val="both"/>
      </w:pPr>
      <w:r>
        <w:rPr>
          <w:rFonts w:ascii="Times New Roman" w:hAnsi="Times New Roman" w:eastAsia="Times New Roman" w:cs="Times New Roman"/>
          <w:b w:val="0"/>
          <w:sz w:val="24"/>
        </w:rPr>
        <w:t>Dear [first name of offeree]:</w:t>
      </w:r>
    </w:p>
    <w:p>
      <w:pPr>
        <w:keepNext w:val="0"/>
        <w:spacing w:before="200" w:after="0" w:line="260" w:lineRule="exact"/>
        <w:ind w:left="360" w:right="0" w:firstLine="0"/>
        <w:jc w:val="both"/>
      </w:pPr>
      <w:r>
        <w:rPr>
          <w:rFonts w:ascii="Times New Roman" w:hAnsi="Times New Roman" w:eastAsia="Times New Roman" w:cs="Times New Roman"/>
          <w:b w:val="0"/>
          <w:sz w:val="24"/>
        </w:rPr>
        <w:t>We are pleased to offer you employment with [company name] (the Company) as [job title]. The terms and conditions of the Company's offer of employment to you are outlined in this Offer Letter and Employment Agreement, together with all of its enclosures (collectively, Offer and Agreement).</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Start Date.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Your employment start date [will be OR will be no later than] [date] (Start Date).</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Position and Duties.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Company is offering you employment with the Company in the [full-time OR part-time] position of [job title] at [workplace address]. You are expected to render services that are consistent with the duties and responsibilities of such position.</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Salary.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You will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base salary of $[annual salary], payable [payroll time-period (e.g., bi-weekly)] in accordance with the Company's regular payroll practices, as may be amended from time to time.</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Benefits.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Company provides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competitive benefits package for its eligible employees. You will be eligible to participate in all of the Company's employee benefit programs, on the same terms and conditions as these programs are available to other [full-time OR part-time] employees of the Company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job position as you, subject to the conditions of these plans. We have enclosed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of Benefits.</w:t>
      </w:r>
    </w:p>
    <w:p>
      <w:pPr>
        <w:keepNext w:val="0"/>
        <w:spacing w:before="200" w:after="0" w:line="260" w:lineRule="exact"/>
        <w:ind w:left="720" w:right="0" w:firstLine="0"/>
        <w:jc w:val="both"/>
      </w:pPr>
      <w:r>
        <w:rPr>
          <w:rFonts w:ascii="Times New Roman" w:hAnsi="Times New Roman" w:eastAsia="Times New Roman" w:cs="Times New Roman"/>
          <w:b w:val="0"/>
          <w:sz w:val="24"/>
        </w:rPr>
        <w:t>You understand and acknowledge that the Company retains the right to amend, modify, rescind, delete, supplement or add to any of its existing employee benefit programs, at the Company's sole and absolute discretion, as permitted by law. The Company also retains the discretion to interpret any terms or language used in this letter, and any such interpretation will be binding on you.</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Nondisclosure of Prior Employers' Confidential Information; No Conflicting Obligation.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You will not disclose to the Company or induce the Company to use any confidential or proprietary information belonging to your former employer, any of your prior employers, or any other third party. You also represent and warrant that you have not taken or retained, and are not in possession of, any business materials or documents belonging to [former employer] or any other prior employer or third party. You acknowledge that the Company has advised you that you are strictly prohibited from bringing such materials or documents onto the Company's premises, providing such materials or documents to Company personnel, or using them in connection with your employment with the Company.</w:t>
      </w:r>
    </w:p>
    <w:p>
      <w:pPr>
        <w:keepNext w:val="0"/>
        <w:spacing w:before="200" w:after="0" w:line="260" w:lineRule="exact"/>
        <w:ind w:left="360" w:right="0" w:firstLine="0"/>
        <w:jc w:val="both"/>
      </w:pPr>
      <w:r>
        <w:rPr>
          <w:rFonts w:ascii="Times New Roman" w:hAnsi="Times New Roman" w:eastAsia="Times New Roman" w:cs="Times New Roman"/>
          <w:b w:val="0"/>
          <w:sz w:val="24"/>
        </w:rPr>
        <w:t>Further, you represent and warrant to the Company that the performance of your job duties for the Company will not violate, cause the breach of, or conflict with any prior agreement, contract, or understanding between you and any third party or otherwise violate any confidence of another. You represent and warrant that you are not subject to any post-employment restrictions that would prohibit or limit your employment by the Company.</w:t>
      </w:r>
    </w:p>
    <w:p>
      <w:pPr>
        <w:keepNext w:val="0"/>
        <w:spacing w:before="200" w:after="0" w:line="260" w:lineRule="exact"/>
        <w:ind w:left="360" w:right="0" w:firstLine="0"/>
        <w:jc w:val="both"/>
      </w:pPr>
      <w:r>
        <w:rPr>
          <w:rFonts w:ascii="Times New Roman" w:hAnsi="Times New Roman" w:eastAsia="Times New Roman" w:cs="Times New Roman"/>
          <w:b w:val="0"/>
          <w:sz w:val="24"/>
        </w:rPr>
        <w:t>Moreover, you agree that you will not enter into any agreement either written or oral in conflict with this Offer and Agreement.</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At-Will.</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Offer and Agreement does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of employment for any period of time. Your employment with the Company will be on at at-will basis which means your employment may be terminated at any time by you or the Company, with or without cause and with or without advance notice. The at-will nature of the employment relationship may not be modified or amended except by written agreement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officer of the Company and you.</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Subject to Withholdings and Deductions.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amount of any payment made to you by the Company as set forth in this Offer and Agreement will be reduced by any required taxes, withholdings, and other authorized employee deductions as may be required by law or as you have elected under the applicable benefit plans.</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Policies.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At all times during your employment, you are expected to observe, respect and comply with all policies and procedures of the Company, whether written or oral.</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Eligibility.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Your employment with the Company is contingent upon completing the Form I-9 (Employment Eligibility Verification) within your first three days of employment. Review the "List of Acceptable Documents" contained on the enclosed I-9 Form. On your first day of employment, bring the Form I-9 plus the required original documentation specified in the "List of Acceptable Documents." You must complete, sign, and date Section 1 of Form I-9 in front of your immediate manager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designee and present the original required documentation to establish your identity and employment authorization.</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Screening.</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Your employment at the Company is contingent upon your satisfactory completion and passing of employment screening that includes [list of applicable requirements, e.g., criminal background, reference checks, employment and education history verification, medical exams, drug testing, credit checks, or other pre-employment screenings]. You understand and agree that, during your employment, the Company may require you to consent to and satisfactorily complete additional periodic employment screening.</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validity, interpretation, construction and performance of this Offer and Agreement will be governed by the laws of [state], without regard to its choice-of-law rules.</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 waiver by the Company of any breach of this Offer and Agreement will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preceding or succeeding breach. No waiver by the Company of any right under this Offer and Agreement will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other right. The Company will not be required to give notice to enforce strict adherence to all terms of this Offer and Agreement.</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If any provision, term, covenant or obligation of this Offer and Agreement, or its application, is held invalid, unenforceable, or unlawful, such invalidity, unenforceability or unlawfulness, shall not affect the other provisions, terms, covenants or obligations of this Offer and Agreement, or their application, which all shall remain valid and enforceable in full force and effect to the extent permitted by law.</w:t>
      </w:r>
    </w:p>
    <w:p>
      <w:pPr>
        <w:keepNext w:val="0"/>
        <w:spacing w:before="120" w:after="0" w:line="260" w:lineRule="exact"/>
        <w:ind w:left="36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Offer and Agreement will be binding upon your heirs, executors, administrators, and other legal representatives and will be for the benefit of the Company, its successors, and its assigns.</w:t>
      </w:r>
    </w:p>
    <w:p>
      <w:pPr>
        <w:keepNext w:val="0"/>
        <w:spacing w:before="120" w:after="0" w:line="260" w:lineRule="exact"/>
        <w:ind w:left="36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provisions of this Offer and Agreement shall survive the assignment of this Offer and Agreement by the Company to any successor in interest or other assignee and, to the extent applicable, shall survive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termination of your employment with the Company.</w:t>
      </w:r>
    </w:p>
    <w:p>
      <w:pPr>
        <w:keepNext w:val="0"/>
        <w:spacing w:before="120" w:after="0" w:line="260" w:lineRule="exact"/>
        <w:ind w:left="36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Section Headings.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section headings appearing in this Offer and Agreement have been inserted for the purpose of convenience and reference only and shall not limit or affect the meaning or interpretation of this Offer and Agreement in any way whatsoever.</w:t>
      </w:r>
    </w:p>
    <w:p>
      <w:pPr>
        <w:keepNext w:val="0"/>
        <w:spacing w:before="120" w:after="0" w:line="260" w:lineRule="exact"/>
        <w:ind w:left="36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Any notices required or permitted hereunder shall be given to the appropriate party at the address specified below or at such other address as the party shall specify in writing. Such notice shall be deemed given upon personal delivery to the appropriate address or, if sent by certified or registered mail, [number] days after the date of mailing.</w:t>
      </w:r>
    </w:p>
    <w:p>
      <w:pPr>
        <w:keepNext w:val="0"/>
        <w:spacing w:before="120" w:after="0" w:line="260" w:lineRule="exact"/>
        <w:ind w:left="36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Defend Trade Secret Act Trade Secret Disclosure Notice.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NOTICE is hereby given that: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employee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contractor or consultant) may not be held criminally or civilly liable under any Federal or State trade secret law for the disclosure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made (i) in confidence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State, or local government official, either directly or indirectly, or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and (ii) solely for the purpose of reporting or investigating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or (B) is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or other document filed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or other proceeding, if such filing is made under seal.</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who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for retaliation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for reporting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may disclose the trade secret to the attorney of the individual and use the trade secret information in the court proceeding, if the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files any document containing the trade secret under seal; and (B) does not disclose the trade secret, except pursuant to court order.</w:t>
      </w:r>
    </w:p>
    <w:p>
      <w:pPr>
        <w:keepNext w:val="0"/>
        <w:spacing w:before="120" w:after="0" w:line="260" w:lineRule="exact"/>
        <w:ind w:left="36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Offer and Agreement, which includes all enclosures, sets forth the entire agreement between the parties with respect to the subject matter hereof and supersedes all prior agreements of the parties, whether oral or written.</w:t>
      </w:r>
    </w:p>
    <w:p>
      <w:pPr>
        <w:keepNext w:val="0"/>
        <w:spacing w:before="200" w:after="0" w:line="260" w:lineRule="exact"/>
        <w:ind w:left="360" w:right="0" w:firstLine="0"/>
        <w:jc w:val="both"/>
      </w:pPr>
      <w:r>
        <w:rPr>
          <w:rFonts w:ascii="Times New Roman" w:hAnsi="Times New Roman" w:eastAsia="Times New Roman" w:cs="Times New Roman"/>
          <w:b w:val="0"/>
          <w:sz w:val="24"/>
        </w:rPr>
        <w:t>Please signify your acceptance of this Offer and Agreement by signing below and returning the signed document to [name and title of company representative] at [address] on or before [date].</w:t>
      </w: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[name and title of person presenting job offer]</w:t>
      </w:r>
    </w:p>
    <w:p>
      <w:pPr>
        <w:keepNext w:val="0"/>
        <w:spacing w:before="120" w:after="0" w:line="260" w:lineRule="exact"/>
        <w:ind w:left="360" w:right="0" w:firstLine="0"/>
        <w:jc w:val="left"/>
      </w:pPr>
      <w:r>
        <w:rPr>
          <w:rFonts w:ascii="Times New Roman" w:hAnsi="Times New Roman" w:eastAsia="Times New Roman" w:cs="Times New Roman"/>
          <w:b w:val="0"/>
          <w:sz w:val="24"/>
        </w:rPr>
        <w:t>[company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Acceptance Signature by [offeree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of Acceptance Signature</w:t>
      </w:r>
    </w:p>
    <w:p>
      <w:pPr>
        <w:keepNext w:val="0"/>
        <w:spacing w:before="200" w:after="0" w:line="260" w:lineRule="exact"/>
        <w:ind w:left="360" w:right="0" w:firstLine="0"/>
        <w:jc w:val="both"/>
      </w:pPr>
      <w:r>
        <w:rPr>
          <w:rFonts w:ascii="Times New Roman" w:hAnsi="Times New Roman" w:eastAsia="Times New Roman" w:cs="Times New Roman"/>
          <w:b w:val="0"/>
          <w:sz w:val="24"/>
        </w:rPr>
        <w:t>Enclosures</w:t>
      </w:r>
    </w:p>
    <w:p>
      <w:pPr>
        <w:keepNext w:val="0"/>
        <w:spacing w:before="200" w:after="0" w:line="260" w:lineRule="exact"/>
        <w:ind w:left="360" w:right="0" w:firstLine="0"/>
        <w:jc w:val="both"/>
      </w:pPr>
      <w:r>
        <w:rPr>
          <w:rFonts w:ascii="Times New Roman" w:hAnsi="Times New Roman" w:eastAsia="Times New Roman" w:cs="Times New Roman"/>
          <w:b w:val="0"/>
          <w:sz w:val="24"/>
        </w:rPr>
        <w:t>[list of enclosures]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