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[Address of Company]</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[Address of Employee]</w:t>
      </w:r>
    </w:p>
    <w:p>
      <w:pPr>
        <w:keepNext w:val="0"/>
        <w:spacing w:before="200" w:after="0" w:line="260" w:lineRule="exact"/>
        <w:ind w:left="360" w:right="0" w:firstLine="0"/>
        <w:jc w:val="both"/>
      </w:pPr>
      <w:r>
        <w:rPr>
          <w:rFonts w:ascii="Times New Roman" w:hAnsi="Times New Roman" w:eastAsia="Times New Roman" w:cs="Times New Roman"/>
          <w:b/>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pleased to offer you employment with [Company]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[date or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 Job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is offering you employment with the Company in the [full-time/part-time] position of [job title/position] at [address of where employee will be working]. You are expected to render services that are consistent with the position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[n] [job title/position].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time-period (e.g., bi-weekly)] in accordance with the Company's regular payroll policies.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very competitive benefits package for its eligible full [and part-time] employees. You will be eligible to participate in all of the Company's employee benefit programs, on the same terms and conditions as these programs are available to other [full- time/part-time]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and No Conflicting Obligation.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[title]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[one or more of the following, if permitted in your jurisdiction: criminal background, reference checks, employment and education history verification, medical exams, drug testing, credit checks, and/or other applicable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the State of [name of state].</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provisions of this Offer and Agreement shall survive the assignment of this Offer and Agreement by the Company to any successor in interest or other assignee.</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p>
    <w:p>
      <w:pPr>
        <w:keepNext w:val="0"/>
        <w:spacing w:before="200" w:after="0" w:line="260" w:lineRule="exact"/>
        <w:ind w:left="360" w:right="0" w:firstLine="0"/>
        <w:jc w:val="both"/>
      </w:pPr>
      <w:r>
        <w:rPr>
          <w:rFonts w:ascii="Times New Roman" w:hAnsi="Times New Roman" w:eastAsia="Times New Roman" w:cs="Times New Roman"/>
          <w:b/>
          <w:sz w:val="24"/>
        </w:rPr>
        <w:t>Please signify your acceptance of this Offer and Agreement by signing below and returning the signed document to [Name], [Title] at [Address] on or before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[Title/Position]</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[Offeree's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