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Employment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[company address]</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[offeree name]</w:t>
      </w:r>
    </w:p>
    <w:p>
      <w:pPr>
        <w:keepNext w:val="0"/>
        <w:spacing w:before="200" w:after="0" w:line="260" w:lineRule="exact"/>
        <w:ind w:left="360" w:right="0" w:firstLine="0"/>
        <w:jc w:val="both"/>
      </w:pPr>
      <w:r>
        <w:rPr>
          <w:rFonts w:ascii="Times New Roman" w:hAnsi="Times New Roman" w:eastAsia="Times New Roman" w:cs="Times New Roman"/>
          <w:b w:val="0"/>
          <w:sz w:val="24"/>
        </w:rPr>
        <w:t>[offeree address]</w:t>
      </w:r>
    </w:p>
    <w:p>
      <w:pPr>
        <w:keepNext w:val="0"/>
        <w:spacing w:before="200" w:after="0" w:line="260" w:lineRule="exact"/>
        <w:ind w:left="360" w:right="0" w:firstLine="0"/>
        <w:jc w:val="both"/>
      </w:pPr>
      <w:r>
        <w:rPr>
          <w:rFonts w:ascii="Times New Roman" w:hAnsi="Times New Roman" w:eastAsia="Times New Roman" w:cs="Times New Roman"/>
          <w:b/>
          <w:sz w:val="24"/>
        </w:rPr>
        <w:t>Re: Offer Letter and Employment Agreement</w:t>
      </w:r>
    </w:p>
    <w:p>
      <w:pPr>
        <w:keepNext w:val="0"/>
        <w:spacing w:before="200" w:after="0" w:line="260" w:lineRule="exact"/>
        <w:ind w:left="360" w:right="0" w:firstLine="0"/>
        <w:jc w:val="both"/>
      </w:pPr>
      <w:r>
        <w:rPr>
          <w:rFonts w:ascii="Times New Roman" w:hAnsi="Times New Roman" w:eastAsia="Times New Roman" w:cs="Times New Roman"/>
          <w:b w:val="0"/>
          <w:sz w:val="24"/>
        </w:rPr>
        <w:t>Dear [offeree first name]</w:t>
      </w:r>
    </w:p>
    <w:p>
      <w:pPr>
        <w:keepNext w:val="0"/>
        <w:spacing w:before="200" w:after="0" w:line="260" w:lineRule="exact"/>
        <w:ind w:left="360" w:right="0" w:firstLine="0"/>
        <w:jc w:val="both"/>
      </w:pPr>
      <w:r>
        <w:rPr>
          <w:rFonts w:ascii="Times New Roman" w:hAnsi="Times New Roman" w:eastAsia="Times New Roman" w:cs="Times New Roman"/>
          <w:b w:val="0"/>
          <w:sz w:val="24"/>
        </w:rPr>
        <w:t>We are pleased to offer you employment with [company name] (the Company) as [position title]. The terms and conditions of the Company's offer of employment to you are outlined in this Offer Letter and Employment Agreement, together with all of its enclosures (collectively, the Offer and Agreement).</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start date.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Your employment start date will be [date OR no later than [date]].</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Position and duties.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is offering you employment in the [full-time OR part-time] position noted above at [workplace address]. You are expected to render services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manner and undertake responsibilities that are consistent with that position as directed by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Salary.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will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base salary of $[amount], less applicable withholdings, payable in accordance with the Company's regular payroll policies. Salary is currently paid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[payroll period (e.g., bi-weekly)] basis.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very competitive benefits package for its eligible employees. You will be eligible to participate in all of the Company's employee benefit programs on the same terms and conditions as these programs are available to other [full-time OR part-time] employees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job position as you, subject to the conditions of these plans. We have enclosed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Benefits.</w:t>
      </w:r>
    </w:p>
    <w:p>
      <w:pPr>
        <w:keepNext w:val="0"/>
        <w:spacing w:before="200" w:after="0" w:line="260" w:lineRule="exact"/>
        <w:ind w:left="360" w:right="0" w:firstLine="0"/>
        <w:jc w:val="both"/>
      </w:pPr>
      <w:r>
        <w:rPr>
          <w:rFonts w:ascii="Times New Roman" w:hAnsi="Times New Roman" w:eastAsia="Times New Roman" w:cs="Times New Roman"/>
          <w:b w:val="0"/>
          <w:sz w:val="24"/>
        </w:rPr>
        <w:t>You understand and acknowledge that the Company retains the right to amend, modify, rescind, delete, supplement or add to any of its existing employee benefit programs, at the Company's sole and absolute discretion, as permitted by law. The Company also retains the discretion to interpret any terms or language used in this letter, and any such interpretation will be binding on you.</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 of prior employers' confidential information and no conflicting obligation.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You will not disclose to the Company or induce the Company to use any confidential or proprietary information belonging to your former employer, any of your prior employers, or any other third party. You also represent and warrant that you have not taken or retained, and are not in possession of, any business materials or documents belonging to [former employer] or any other prior employer or third party. You acknowledge that the Company has advised you that you are strictly prohibited from bringing such materials or documents onto the Company's premises, providing such materials or documents to Company personnel, or using them in connection with your employment with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Further, you represent and warrant to the Company that the performance of your job duties for the Company will not violate, cause the breach of, or conflict with any prior agreement, contract, or understanding between you and any third party or otherwise violate any confidence of another. You represent and warrant that you are not subject to any post-employment restrictions that would prohibit or limit your employment by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Moreover, you agree that you will not enter into any agreement either written or oral in conflict with this Offer and Agreement.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At-Will.</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Offer and Agreement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of employment for any period of time. Your employment with the Company will be on at at-will basis, which means your employment may be terminated at any time by you or the Company, with or without cause and with or without advance notice. The at-will nature of the employment relationship may not be modified or amended except by written agreement signed by [name or title of company representative] and you.</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subject to withholdings and deductions.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amount of any payment made to you by the Company as set forth in this Offer and Agreement will be reduced by any required taxes, withholdings, and other authorized employee deductions as may be required by law or as you have elected under the applicable benefit plans.</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policies.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At all times during your employment, you are expected to observe, respect and comply with all policies and procedures of the Company, whether written or oral.</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eligibility.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Your employment with the Company is contingent upon completing the Form I-9 (Employment Eligibility Verification) within your first three days of employment. Review the "List of Acceptable Documents" contained on the enclosed I-9 Form. On your first day of employment, bring the Form I-9 plus the required original documentation specified in the "List of Acceptable Documents." You must complete, sign, and date Section 1 of Form I-9 in front of your immediate manager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designee and present the original required documentation to establish your identity and employment authorization.</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Pre-employment screening.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Your employment at the Company is contingent upon your satisfactory completion and passing of employment screening that includes [applicable screenings, e.g., criminal background, reference checks, employment and education history verification, medical exams, drug testing, credit checks]. You understand and agree that, during your employment, the Company may require you to consent to and satisfactorily complete additional periodic employment screening.</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validity, interpretation, construction and performance of this Offer and Agreement will be governed by the laws of the State of [state].</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Any waiver by the Company must be in writing and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Company. No waiver by the Company of any breach of this Offer and Agreement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preceding or succeeding breach. No waiver by the Company of any right under this Offer and Agreement will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right. The Company will not be required to give notice to enforce strict adherence to all terms of this Offer and Agreement.</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If any provision, term, covenant or obligation of this Offer and Agreement, or its application, is held invalid, unenforceable, or unlawful, such invalidity, unenforceability or unlawfulness, shall not affect the other provisions, terms, covenants or obligations of this Offer and Agreement, or their application, which all shall remain valid and enforceable in full force and effect to the extent permitted by law.</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Offer and Agreement will be binding upon your heirs, executors, administrators, and other legal representatives and will be for the benefit of the Company, its successors, and its assigns.</w:t>
      </w:r>
    </w:p>
    <w:p>
      <w:pPr>
        <w:keepNext w:val="0"/>
        <w:spacing w:before="120" w:after="0" w:line="260" w:lineRule="exact"/>
        <w:ind w:left="36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provisions of this Offer and Agreement shall survive the assignment of this Offer and Agreement by the Company to any successor in interest or other assignee.</w:t>
      </w:r>
    </w:p>
    <w:p>
      <w:pPr>
        <w:keepNext w:val="0"/>
        <w:spacing w:before="120" w:after="0" w:line="260" w:lineRule="exact"/>
        <w:ind w:left="36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headings.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section headings appearing in this Offer and Agreement have been inserted for the purpose of convenience and reference only and shall not limit or affect the meaning or interpretation of this Offer and Agreement in any way whatsoever.</w:t>
      </w:r>
    </w:p>
    <w:p>
      <w:pPr>
        <w:keepNext w:val="0"/>
        <w:spacing w:before="120" w:after="0" w:line="260" w:lineRule="exact"/>
        <w:ind w:left="36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Any notices required or permitted hereunder shall be given to the appropriate party at the address printed above or at such other address as the party shall specify in writing. Such notice shall be deemed given upon personal delivery to the appropriate address or, if sent by certified or registered mail, five business days after the date of mailing.</w:t>
      </w:r>
    </w:p>
    <w:p>
      <w:pPr>
        <w:keepNext w:val="0"/>
        <w:spacing w:before="120" w:after="0" w:line="260" w:lineRule="exact"/>
        <w:ind w:left="36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 Act; Trade Secret Disclosure Notice.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NOTICE is hereby given that: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employee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contractor or consultant) may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for retaliation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for reporting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may disclose the trade secret to the attorney of the individual and use the trade secret information in the court proceeding, if the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files any document containing the trade secret under seal; and (B) does not disclose the trade secret, except pursuant to court order.</w:t>
      </w:r>
    </w:p>
    <w:p>
      <w:pPr>
        <w:keepNext w:val="0"/>
        <w:spacing w:before="120" w:after="0" w:line="260" w:lineRule="exact"/>
        <w:ind w:left="36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Offer and Agreement, which includes all enclosures, sets forth the entire agreement between the parties with respect to the subject matter hereof and supersedes all prior agreements of the parties, whether oral or written.</w:t>
      </w:r>
    </w:p>
    <w:p>
      <w:pPr>
        <w:keepNext w:val="0"/>
        <w:spacing w:before="200" w:after="0" w:line="260" w:lineRule="exact"/>
        <w:ind w:left="360" w:right="0" w:firstLine="0"/>
        <w:jc w:val="both"/>
      </w:pPr>
      <w:r>
        <w:rPr>
          <w:rFonts w:ascii="Times New Roman" w:hAnsi="Times New Roman" w:eastAsia="Times New Roman" w:cs="Times New Roman"/>
          <w:b/>
          <w:sz w:val="24"/>
        </w:rPr>
        <w:t xml:space="preserve">Please signify your acceptance of this Offer and Agreement by signing below and returning the signed document to [name], [title], at [address] on or before [date]. Retain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copy for your records.</w:t>
      </w:r>
    </w:p>
    <w:p>
      <w:pPr>
        <w:keepNext w:val="0"/>
        <w:spacing w:before="200" w:after="0" w:line="260" w:lineRule="exact"/>
        <w:ind w:left="360" w:right="0" w:firstLine="0"/>
        <w:jc w:val="both"/>
      </w:pPr>
      <w:r>
        <w:rPr>
          <w:rFonts w:ascii="Times New Roman" w:hAnsi="Times New Roman" w:eastAsia="Times New Roman" w:cs="Times New Roman"/>
          <w:b w:val="0"/>
          <w:sz w:val="24"/>
        </w:rPr>
        <w:t>Should you have any questions about this offer, please do not hesitate to contact me.</w:t>
      </w:r>
    </w:p>
    <w:p>
      <w:pPr>
        <w:keepNext w:val="0"/>
        <w:spacing w:before="120" w:after="0" w:line="260" w:lineRule="exact"/>
        <w:ind w:left="360" w:right="0" w:firstLine="0"/>
        <w:jc w:val="left"/>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person presenting job offer]</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Acceptance Signature by [offeree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of Acceptance Signature</w:t>
      </w:r>
    </w:p>
    <w:p>
      <w:pPr>
        <w:keepNext w:val="0"/>
        <w:spacing w:before="200" w:after="0" w:line="260" w:lineRule="exact"/>
        <w:ind w:left="360" w:right="0" w:firstLine="0"/>
        <w:jc w:val="both"/>
      </w:pPr>
      <w:r>
        <w:rPr>
          <w:rFonts w:ascii="Times New Roman" w:hAnsi="Times New Roman" w:eastAsia="Times New Roman" w:cs="Times New Roman"/>
          <w:b w:val="0"/>
          <w:sz w:val="24"/>
        </w:rPr>
        <w:t>Enclosures (* indicates signature is required)</w:t>
      </w:r>
    </w:p>
    <w:p>
      <w:pPr>
        <w:keepNext w:val="0"/>
        <w:spacing w:before="200" w:after="0" w:line="260" w:lineRule="exact"/>
        <w:ind w:left="360" w:right="0" w:firstLine="0"/>
        <w:jc w:val="both"/>
      </w:pPr>
      <w:r>
        <w:rPr>
          <w:rFonts w:ascii="Times New Roman" w:hAnsi="Times New Roman" w:eastAsia="Times New Roman" w:cs="Times New Roman"/>
          <w:b w:val="0"/>
          <w:sz w:val="24"/>
        </w:rPr>
        <w:t>[list of enclosures]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