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Employment Discrimination, Harassment, and Retaliation Internal Complaint Form</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Instructions to Reporting Employee or Job Applicant: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purpose of this form is to report violations of [employer's name] (the Company) Non-discrimination Policy, Anti-harassment Policy, Disability Accommodation Policy, and/or Anti-retaliation Policy. Employees who believe that they have been harassed, discriminated against, or retaliated against, or who witness any such conduct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contract worker, customer, vendor, or anyone else who does business with the Company, should immediately report such conduct to [department and/or individual(s)]. If [department and/or individual(s)] is the alleged wrongdoer, please submit this form to [alternative department and/or individual(s)]. The Company will conduct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of your complaint and, if it concludes that improper conduct occurred, it will take appropriate corrective action. The Company will not retaliate against you for reporting or opposing harassment or discrimination, or for participating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proceeding, or hearing about alleged discrimination or harassment. The Company will protect the confidentiality of harassment, discrimination, and retaliation complaints wherever possible.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Sections and questions marked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asterisk (*) are mandatory for everyone who fills out this form. Other sections indicate who needs to fill them out.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need more space for any of your responses, please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sheet and attach it to this complaint form.</w:t>
      </w:r>
    </w:p>
    <w:p>
      <w:pPr>
        <w:keepNext w:val="0"/>
        <w:spacing w:before="120" w:after="0" w:line="260" w:lineRule="exact"/>
        <w:ind w:left="108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Introductory Information.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Background Information</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Your name: 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 am </w:t>
      </w:r>
      <w:r>
        <w:rPr>
          <w:rFonts w:ascii="Times New Roman" w:hAnsi="Times New Roman" w:eastAsia="Times New Roman" w:cs="Times New Roman"/>
          <w:b/>
          <w:sz w:val="24"/>
        </w:rPr>
        <w:t>a</w:t>
      </w:r>
      <w:r>
        <w:rPr>
          <w:rFonts w:ascii="Times New Roman" w:hAnsi="Times New Roman" w:eastAsia="Times New Roman" w:cs="Times New Roman"/>
          <w:b w:val="0"/>
          <w:sz w:val="24"/>
        </w:rPr>
        <w:t>(n): current employee / former employee / applicant (circle one)</w:t>
      </w:r>
    </w:p>
    <w:p>
      <w:pPr>
        <w:keepNext w:val="0"/>
        <w:spacing w:before="200" w:after="0" w:line="260" w:lineRule="exact"/>
        <w:ind w:left="1800" w:right="0" w:firstLine="0"/>
        <w:jc w:val="both"/>
      </w:pPr>
      <w:r>
        <w:rPr>
          <w:rFonts w:ascii="Times New Roman" w:hAnsi="Times New Roman" w:eastAsia="Times New Roman" w:cs="Times New Roman"/>
          <w:b w:val="0"/>
          <w:sz w:val="24"/>
        </w:rPr>
        <w:t>Home address: 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Home telephone number: 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E-mail address: _________________________________________________________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Current Employees Only</w:t>
      </w:r>
    </w:p>
    <w:p>
      <w:pPr>
        <w:keepNext w:val="0"/>
        <w:spacing w:before="200" w:after="0" w:line="260" w:lineRule="exact"/>
        <w:ind w:left="1800" w:right="0" w:firstLine="0"/>
        <w:jc w:val="both"/>
      </w:pPr>
      <w:r>
        <w:rPr>
          <w:rFonts w:ascii="Times New Roman" w:hAnsi="Times New Roman" w:eastAsia="Times New Roman" w:cs="Times New Roman"/>
          <w:b w:val="0"/>
          <w:sz w:val="24"/>
        </w:rPr>
        <w:t>Current job title: 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Department/work location: 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Work telephone number: 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Date of hire: ___________________________________________________________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Former Employees Only</w:t>
      </w:r>
    </w:p>
    <w:p>
      <w:pPr>
        <w:keepNext w:val="0"/>
        <w:spacing w:before="200" w:after="0" w:line="260" w:lineRule="exact"/>
        <w:ind w:left="1800" w:right="0" w:firstLine="0"/>
        <w:jc w:val="both"/>
      </w:pPr>
      <w:r>
        <w:rPr>
          <w:rFonts w:ascii="Times New Roman" w:hAnsi="Times New Roman" w:eastAsia="Times New Roman" w:cs="Times New Roman"/>
          <w:b w:val="0"/>
          <w:sz w:val="24"/>
        </w:rPr>
        <w:t>Former department/work location:</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Date of hire: 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Date of: Termination ________ Resignation _________ (choose one)</w:t>
      </w:r>
    </w:p>
    <w:p>
      <w:pPr>
        <w:keepNext w:val="0"/>
        <w:spacing w:before="200" w:after="0" w:line="260" w:lineRule="exact"/>
        <w:ind w:left="1800" w:right="0" w:firstLine="0"/>
        <w:jc w:val="both"/>
      </w:pPr>
      <w:r>
        <w:rPr>
          <w:rFonts w:ascii="Times New Roman" w:hAnsi="Times New Roman" w:eastAsia="Times New Roman" w:cs="Times New Roman"/>
          <w:b w:val="0"/>
          <w:sz w:val="24"/>
        </w:rPr>
        <w:t>Reason given for termination (if applicable): 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Reason you resigned (if applicable): 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Job Applicants Only</w:t>
      </w:r>
    </w:p>
    <w:p>
      <w:pPr>
        <w:keepNext w:val="0"/>
        <w:spacing w:before="200" w:after="0" w:line="260" w:lineRule="exact"/>
        <w:ind w:left="1800" w:right="0" w:firstLine="0"/>
        <w:jc w:val="both"/>
      </w:pPr>
      <w:r>
        <w:rPr>
          <w:rFonts w:ascii="Times New Roman" w:hAnsi="Times New Roman" w:eastAsia="Times New Roman" w:cs="Times New Roman"/>
          <w:b w:val="0"/>
          <w:sz w:val="24"/>
        </w:rPr>
        <w:t>Date of job application: 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Position applied for: 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Date application was rejected: 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Reason given for rejection (if any): 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Specific Complaint of Discrimination, Harassment, or Retaliation.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Policy Familiarity</w:t>
      </w:r>
    </w:p>
    <w:p>
      <w:pPr>
        <w:keepNext w:val="0"/>
        <w:spacing w:before="200" w:after="0" w:line="260" w:lineRule="exact"/>
        <w:ind w:left="1800" w:right="0" w:firstLine="0"/>
        <w:jc w:val="both"/>
      </w:pPr>
      <w:r>
        <w:rPr>
          <w:rFonts w:ascii="Times New Roman" w:hAnsi="Times New Roman" w:eastAsia="Times New Roman" w:cs="Times New Roman"/>
          <w:b w:val="0"/>
          <w:sz w:val="24"/>
        </w:rPr>
        <w:t>Are you familiar with the Company's Non-discrimination Policy?* Yes / No (circle)</w:t>
      </w:r>
    </w:p>
    <w:p>
      <w:pPr>
        <w:keepNext w:val="0"/>
        <w:spacing w:before="200" w:after="0" w:line="260" w:lineRule="exact"/>
        <w:ind w:left="1800" w:right="0" w:firstLine="0"/>
        <w:jc w:val="both"/>
      </w:pPr>
      <w:r>
        <w:rPr>
          <w:rFonts w:ascii="Times New Roman" w:hAnsi="Times New Roman" w:eastAsia="Times New Roman" w:cs="Times New Roman"/>
          <w:b w:val="0"/>
          <w:sz w:val="24"/>
        </w:rPr>
        <w:t>Are you familiar with the Company's Anti-harassment Policy?* Yes / No (circle)</w:t>
      </w:r>
    </w:p>
    <w:p>
      <w:pPr>
        <w:keepNext w:val="0"/>
        <w:spacing w:before="200" w:after="0" w:line="260" w:lineRule="exact"/>
        <w:ind w:left="1800" w:right="0" w:firstLine="0"/>
        <w:jc w:val="both"/>
      </w:pPr>
      <w:r>
        <w:rPr>
          <w:rFonts w:ascii="Times New Roman" w:hAnsi="Times New Roman" w:eastAsia="Times New Roman" w:cs="Times New Roman"/>
          <w:b w:val="0"/>
          <w:sz w:val="24"/>
        </w:rPr>
        <w:t>Are you familiar with the Company's Anti-retaliation Policy?* Yes / No (circle)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Description of Discrimination, Harassment, Retaliation, or Failure to Accommodate</w:t>
      </w:r>
    </w:p>
    <w:p>
      <w:pPr>
        <w:keepNext w:val="0"/>
        <w:spacing w:before="200" w:after="0" w:line="260" w:lineRule="exact"/>
        <w:ind w:left="1800" w:right="0" w:firstLine="0"/>
        <w:jc w:val="both"/>
      </w:pPr>
      <w:r>
        <w:rPr>
          <w:rFonts w:ascii="Times New Roman" w:hAnsi="Times New Roman" w:eastAsia="Times New Roman" w:cs="Times New Roman"/>
          <w:b w:val="0"/>
          <w:sz w:val="24"/>
        </w:rPr>
        <w:t>Type of action you experienced* (check all that apply):</w:t>
      </w:r>
    </w:p>
    <w:p>
      <w:pPr>
        <w:keepNext w:val="0"/>
        <w:spacing w:before="200" w:after="0" w:line="260" w:lineRule="exact"/>
        <w:ind w:left="2160" w:right="0" w:firstLine="0"/>
        <w:jc w:val="both"/>
      </w:pPr>
      <w:r>
        <w:rPr>
          <w:rFonts w:ascii="Times New Roman" w:hAnsi="Times New Roman" w:eastAsia="Times New Roman" w:cs="Times New Roman"/>
          <w:b w:val="0"/>
          <w:sz w:val="24"/>
        </w:rPr>
        <w:t>Discrimination ___ Harassment ___ Retaliation ___</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Failure to accommodate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___</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you checked retaliation, please describe your previous complaints about discrimination or harassment, opposition to discriminatory or harassing conduct, or participation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 investigation of discrimination or harassment that you believe was the basis for the retaliation:</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What was the basis of the discrimination or harassment you described above? Check all that apply: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Race ___ Color ___ Ethnicity ___ National Origin ___ Ancestry ___ Age ___ Religion ___ </w:t>
      </w:r>
    </w:p>
    <w:p>
      <w:pPr>
        <w:keepNext w:val="0"/>
        <w:spacing w:before="60" w:after="0" w:line="260" w:lineRule="exact"/>
        <w:ind w:left="2160" w:right="0" w:firstLine="0"/>
        <w:jc w:val="both"/>
      </w:pPr>
      <w:r>
        <w:rPr>
          <w:rFonts w:ascii="Times New Roman" w:hAnsi="Times New Roman" w:eastAsia="Times New Roman" w:cs="Times New Roman"/>
          <w:b w:val="0"/>
          <w:sz w:val="24"/>
        </w:rPr>
        <w:t>Disability ___ Sex___ Pregnancy ___ Genetic Information ___</w:t>
      </w:r>
    </w:p>
    <w:p>
      <w:pPr>
        <w:keepNext w:val="0"/>
        <w:spacing w:before="60" w:after="0" w:line="260" w:lineRule="exact"/>
        <w:ind w:left="2160" w:right="0" w:firstLine="0"/>
        <w:jc w:val="both"/>
      </w:pPr>
      <w:r>
        <w:rPr>
          <w:rFonts w:ascii="Times New Roman" w:hAnsi="Times New Roman" w:eastAsia="Times New Roman" w:cs="Times New Roman"/>
          <w:b w:val="0"/>
          <w:sz w:val="24"/>
        </w:rPr>
        <w:t>Citizenship ___ Military Service ___ Other ___ (describe) 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If you checked race, color, ethnicity, national origin, ancestry, religion, disability, sex, and/or citizenship, please describe yours:</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If you checked age, pregnancy, or military service, please describe your status in this regard at the time of the alleged discrimination or harassment:</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If you checked genetic information, please indicate its general nature (e.g. genetic test, family medical history), who obtained it, and how and when they obtained it, without providing any specific genetic information:</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you checked failure to accommodate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please describe any requests for disability accommodation and discussions you had with the Company about it. Include dates, names, specific requests, and specific actions the Company took.</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Name(s) and title(s) of person(s) who harassed, retaliated, or discriminated against you*:</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What remedy are you seeking? 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Specific Allegations of Discrimination, Harassment and Retaliation</w:t>
      </w:r>
    </w:p>
    <w:p>
      <w:pPr>
        <w:keepNext w:val="0"/>
        <w:spacing w:before="200" w:after="0" w:line="260" w:lineRule="exact"/>
        <w:ind w:left="1800" w:right="0" w:firstLine="0"/>
        <w:jc w:val="both"/>
      </w:pPr>
      <w:r>
        <w:rPr>
          <w:rFonts w:ascii="Times New Roman" w:hAnsi="Times New Roman" w:eastAsia="Times New Roman" w:cs="Times New Roman"/>
          <w:b w:val="0"/>
          <w:sz w:val="24"/>
        </w:rPr>
        <w:t>Describe the discrimination, harassment, or retaliation you experienced. Include dates, times, specific statements, specific actions, and any witnesses:</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Why do you believe the above conduct was discriminatory, harassing, or retaliatory?</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Description of Discrimination, Harassment, or Retaliation against Others</w:t>
      </w:r>
    </w:p>
    <w:p>
      <w:pPr>
        <w:keepNext w:val="0"/>
        <w:spacing w:before="200" w:after="0" w:line="260" w:lineRule="exact"/>
        <w:ind w:left="1800" w:right="0" w:firstLine="0"/>
        <w:jc w:val="both"/>
      </w:pPr>
      <w:r>
        <w:rPr>
          <w:rFonts w:ascii="Times New Roman" w:hAnsi="Times New Roman" w:eastAsia="Times New Roman" w:cs="Times New Roman"/>
          <w:b w:val="0"/>
          <w:sz w:val="24"/>
        </w:rPr>
        <w:t>If you have knowledge of any discrimination, harassment, or retaliation that others have experienced, describe the discrimination, harassment, or retaliation, including dates, times, specific statements and the people who said them, specific actions and the people who took them, and any witnesses:</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Discriminatory Remarks and Other Evidence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contract worker, customer, vendor, or anyone else who does business with the Company made any other discriminatory remarks while you were present?</w:t>
      </w:r>
    </w:p>
    <w:p>
      <w:pPr>
        <w:keepNext w:val="0"/>
        <w:spacing w:before="200" w:after="0" w:line="260" w:lineRule="exact"/>
        <w:ind w:left="2160" w:right="0" w:firstLine="0"/>
        <w:jc w:val="both"/>
      </w:pPr>
      <w:r>
        <w:rPr>
          <w:rFonts w:ascii="Times New Roman" w:hAnsi="Times New Roman" w:eastAsia="Times New Roman" w:cs="Times New Roman"/>
          <w:b w:val="0"/>
          <w:sz w:val="24"/>
        </w:rPr>
        <w:t>Yes / No (circle)</w:t>
      </w:r>
    </w:p>
    <w:p>
      <w:pPr>
        <w:keepNext w:val="0"/>
        <w:spacing w:before="200" w:after="0" w:line="260" w:lineRule="exact"/>
        <w:ind w:left="1800" w:right="0" w:firstLine="0"/>
        <w:jc w:val="both"/>
      </w:pPr>
      <w:r>
        <w:rPr>
          <w:rFonts w:ascii="Times New Roman" w:hAnsi="Times New Roman" w:eastAsia="Times New Roman" w:cs="Times New Roman"/>
          <w:b w:val="0"/>
          <w:sz w:val="24"/>
        </w:rPr>
        <w:t>If you answered yes, please describe the substance, date, and time of the remark(s), the speaker(s), and anyone else who was present:</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List any person(s) who was/were in the same or similar situation as you and describe how the Company treated him/her/them. Provide the race, color, ethnicity, national origin, ancestry, age, religion, disability, gender/sex, pregnancy, genetic information, and/or citizenship of each of these individuals, if any of these factors relate to your claim of discrimination or harassment.</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Describe how the discrimination, harassment, or retaliation harmed you:</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Confidentiality</w:t>
      </w:r>
    </w:p>
    <w:p>
      <w:pPr>
        <w:keepNext w:val="0"/>
        <w:spacing w:before="200" w:after="0" w:line="260" w:lineRule="exact"/>
        <w:ind w:left="1800" w:right="0" w:firstLine="0"/>
        <w:jc w:val="both"/>
      </w:pPr>
      <w:r>
        <w:rPr>
          <w:rFonts w:ascii="Times New Roman" w:hAnsi="Times New Roman" w:eastAsia="Times New Roman" w:cs="Times New Roman"/>
          <w:b w:val="0"/>
          <w:sz w:val="24"/>
        </w:rPr>
        <w:t>If you not want the Company to disclose certain information you have provided, please specify that information below. The Company will try to honor such requests consistent with our obligations to identify and correct instances of discrimination, harassment, and retaliation.</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Previous Complaints, Grievances, or Charges.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Have you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 complaint on this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manager, or member of [department designated to receive complaints]? Yes / No (Circle)</w:t>
      </w:r>
    </w:p>
    <w:p>
      <w:pPr>
        <w:keepNext w:val="0"/>
        <w:spacing w:before="200" w:after="0" w:line="260" w:lineRule="exact"/>
        <w:ind w:left="1440" w:right="0" w:firstLine="0"/>
        <w:jc w:val="both"/>
      </w:pPr>
      <w:r>
        <w:rPr>
          <w:rFonts w:ascii="Times New Roman" w:hAnsi="Times New Roman" w:eastAsia="Times New Roman" w:cs="Times New Roman"/>
          <w:b w:val="0"/>
          <w:sz w:val="24"/>
        </w:rPr>
        <w:t>If so, to whom? 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Date of previous complaint (if applicable): ____________________________________ </w:t>
      </w:r>
    </w:p>
    <w:p>
      <w:pPr>
        <w:keepNext w:val="0"/>
        <w:spacing w:before="200" w:after="0" w:line="260" w:lineRule="exact"/>
        <w:ind w:left="1440" w:right="0" w:firstLine="0"/>
        <w:jc w:val="both"/>
      </w:pPr>
      <w:r>
        <w:rPr>
          <w:rFonts w:ascii="Times New Roman" w:hAnsi="Times New Roman" w:eastAsia="Times New Roman" w:cs="Times New Roman"/>
          <w:b w:val="0"/>
          <w:sz w:val="24"/>
        </w:rPr>
        <w:t>Status of the previous complaint (if applicable): 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Are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union? Yes / No (circle)</w:t>
      </w:r>
    </w:p>
    <w:p>
      <w:pPr>
        <w:keepNext w:val="0"/>
        <w:spacing w:before="200" w:after="0" w:line="260" w:lineRule="exact"/>
        <w:ind w:left="1440" w:right="0" w:firstLine="0"/>
        <w:jc w:val="both"/>
      </w:pPr>
      <w:r>
        <w:rPr>
          <w:rFonts w:ascii="Times New Roman" w:hAnsi="Times New Roman" w:eastAsia="Times New Roman" w:cs="Times New Roman"/>
          <w:b w:val="0"/>
          <w:sz w:val="24"/>
        </w:rPr>
        <w:t>Which union? 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so, have you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grievance on this subject? Yes / No (circle)</w:t>
      </w:r>
    </w:p>
    <w:p>
      <w:pPr>
        <w:keepNext w:val="0"/>
        <w:spacing w:before="200" w:after="0" w:line="260" w:lineRule="exact"/>
        <w:ind w:left="1440" w:right="0" w:firstLine="0"/>
        <w:jc w:val="both"/>
      </w:pPr>
      <w:r>
        <w:rPr>
          <w:rFonts w:ascii="Times New Roman" w:hAnsi="Times New Roman" w:eastAsia="Times New Roman" w:cs="Times New Roman"/>
          <w:b w:val="0"/>
          <w:sz w:val="24"/>
        </w:rPr>
        <w:t>Date of grievance (if applicable): 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Status of the grievance (if applicable): 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Have you filed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charge on this subject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 agency?</w:t>
      </w:r>
    </w:p>
    <w:p>
      <w:pPr>
        <w:keepNext w:val="0"/>
        <w:spacing w:before="200" w:after="0" w:line="260" w:lineRule="exact"/>
        <w:ind w:left="1800" w:right="0" w:firstLine="0"/>
        <w:jc w:val="both"/>
      </w:pPr>
      <w:r>
        <w:rPr>
          <w:rFonts w:ascii="Times New Roman" w:hAnsi="Times New Roman" w:eastAsia="Times New Roman" w:cs="Times New Roman"/>
          <w:b w:val="0"/>
          <w:sz w:val="24"/>
        </w:rPr>
        <w:t>Yes / No (circle)</w:t>
      </w:r>
    </w:p>
    <w:p>
      <w:pPr>
        <w:keepNext w:val="0"/>
        <w:spacing w:before="200" w:after="0" w:line="260" w:lineRule="exact"/>
        <w:ind w:left="1440" w:right="0" w:firstLine="0"/>
        <w:jc w:val="both"/>
      </w:pPr>
      <w:r>
        <w:rPr>
          <w:rFonts w:ascii="Times New Roman" w:hAnsi="Times New Roman" w:eastAsia="Times New Roman" w:cs="Times New Roman"/>
          <w:b w:val="0"/>
          <w:sz w:val="24"/>
        </w:rPr>
        <w:t>If so, with which government agency?</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Date of administrative charge (if applicable): 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Status of administrative charge (if applicable): 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Thank you for reporting this information.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