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80" w:line="300" w:lineRule="exact"/>
        <w:jc w:val="center"/>
      </w:pPr>
      <w:r>
        <w:rPr>
          <w:rFonts w:ascii="Times New Roman" w:hAnsi="Times New Roman" w:eastAsia="Times New Roman" w:cs="Times New Roman"/>
          <w:b/>
          <w:sz w:val="24"/>
        </w:rPr>
        <w:t>Employment / Job Rejection Letter</w:t>
      </w:r>
    </w:p>
    <w:p>
      <w:pPr>
        <w:jc w:val="center"/>
      </w:pPr>
    </w:p>
    <w:p>
      <w:pPr/>
    </w:p>
    <w:p>
      <w:pPr>
        <w:jc w:val="both"/>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jc w:val="both"/>
      </w:pPr>
    </w:p>
    <w:p>
      <w:pPr>
        <w:jc w:val="both"/>
      </w:pPr>
      <w:r>
        <w:rPr>
          <w:rFonts w:ascii="Times New Roman" w:hAnsi="Times New Roman" w:eastAsia="Times New Roman" w:cs="Times New Roman"/>
          <w:sz w:val="24"/>
        </w:rPr>
        <w:t xml:space="preserve">Dear </w:t>
      </w:r>
      <w:r>
        <w:rPr>
          <w:rFonts w:ascii="Times New Roman" w:hAnsi="Times New Roman" w:eastAsia="Times New Roman" w:cs="Times New Roman"/>
          <w:sz w:val="24"/>
        </w:rPr>
        <w:t>[NAME OF RECIPIENT]</w:t>
      </w:r>
      <w:r>
        <w:rPr>
          <w:rFonts w:ascii="Times New Roman" w:hAnsi="Times New Roman" w:eastAsia="Times New Roman" w:cs="Times New Roman"/>
          <w:sz w:val="24"/>
        </w:rPr>
        <w:t>,</w:t>
      </w:r>
    </w:p>
    <w:p>
      <w:pPr>
        <w:jc w:val="both"/>
      </w:pPr>
    </w:p>
    <w:p>
      <w:pPr>
        <w:jc w:val="both"/>
      </w:pPr>
    </w:p>
    <w:p>
      <w:pPr>
        <w:jc w:val="both"/>
      </w:pPr>
      <w:r>
        <w:rPr>
          <w:rFonts w:ascii="Times New Roman" w:hAnsi="Times New Roman" w:eastAsia="Times New Roman" w:cs="Times New Roman"/>
          <w:sz w:val="24"/>
        </w:rPr>
        <w:t xml:space="preserve">Thank you for submitting your job application for the </w:t>
      </w:r>
      <w:r>
        <w:rPr>
          <w:rFonts w:ascii="Times New Roman" w:hAnsi="Times New Roman" w:eastAsia="Times New Roman" w:cs="Times New Roman"/>
          <w:sz w:val="24"/>
        </w:rPr>
        <w:t>[POSITION TITLE]</w:t>
      </w:r>
      <w:r>
        <w:rPr>
          <w:rFonts w:ascii="Times New Roman" w:hAnsi="Times New Roman" w:eastAsia="Times New Roman" w:cs="Times New Roman"/>
          <w:sz w:val="24"/>
        </w:rPr>
        <w:t xml:space="preserve"> position with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w:t>
      </w:r>
      <w:r>
        <w:rPr>
          <w:rFonts w:ascii="Times New Roman" w:hAnsi="Times New Roman" w:eastAsia="Times New Roman" w:cs="Times New Roman"/>
          <w:sz w:val="24"/>
        </w:rPr>
        <w:t>The volume of applications makes for an extremely competitive selection process. After careful consideration, we regret to inform you that we have decided to move forward with other candidates at this time.</w:t>
      </w:r>
    </w:p>
    <w:p>
      <w:pPr>
        <w:jc w:val="both"/>
      </w:pPr>
    </w:p>
    <w:p>
      <w:pPr>
        <w:jc w:val="both"/>
      </w:pPr>
      <w:r>
        <w:rPr>
          <w:rFonts w:ascii="Times New Roman" w:hAnsi="Times New Roman" w:eastAsia="Times New Roman" w:cs="Times New Roman"/>
          <w:sz w:val="24"/>
        </w:rPr>
        <w:t xml:space="preserve">We thank you again for your interest in exploring a career at </w:t>
      </w:r>
      <w:r>
        <w:rPr>
          <w:rFonts w:ascii="Times New Roman" w:hAnsi="Times New Roman" w:eastAsia="Times New Roman" w:cs="Times New Roman"/>
          <w:sz w:val="24"/>
        </w:rPr>
        <w:t>[NAME OF COMPANY]</w:t>
      </w:r>
      <w:r>
        <w:rPr>
          <w:rFonts w:ascii="Times New Roman" w:hAnsi="Times New Roman" w:eastAsia="Times New Roman" w:cs="Times New Roman"/>
          <w:sz w:val="24"/>
        </w:rPr>
        <w:t>.</w:t>
      </w:r>
    </w:p>
    <w:p>
      <w:pPr>
        <w:jc w:val="both"/>
      </w:pPr>
    </w:p>
    <w:p>
      <w:pPr>
        <w:jc w:val="both"/>
      </w:pPr>
    </w:p>
    <w:p>
      <w:pPr>
        <w:jc w:val="both"/>
      </w:pPr>
    </w:p>
    <w:p>
      <w:pPr>
        <w:jc w:val="both"/>
      </w:pPr>
    </w:p>
    <w:p>
      <w:pPr>
        <w:jc w:val="both"/>
      </w:pPr>
      <w:r>
        <w:rPr>
          <w:rFonts w:ascii="Times New Roman" w:hAnsi="Times New Roman" w:eastAsia="Times New Roman" w:cs="Times New Roman"/>
          <w:sz w:val="24"/>
        </w:rPr>
        <w:t>Sincerely,</w:t>
      </w:r>
    </w:p>
    <w:p>
      <w:pPr>
        <w:jc w:val="both"/>
      </w:pPr>
    </w:p>
    <w:p>
      <w:pPr>
        <w:jc w:val="both"/>
      </w:pPr>
      <w:r>
        <w:rPr>
          <w:rFonts w:ascii="Times New Roman" w:hAnsi="Times New Roman" w:eastAsia="Times New Roman" w:cs="Times New Roman"/>
          <w:sz w:val="24"/>
        </w:rPr>
        <w:t>[NAME OF HR REP]</w:t>
      </w:r>
    </w:p>
    <w:p>
      <w:pPr>
        <w:jc w:val="both"/>
      </w:pPr>
      <w:r>
        <w:rPr>
          <w:rFonts w:ascii="Times New Roman" w:hAnsi="Times New Roman" w:eastAsia="Times New Roman" w:cs="Times New Roman"/>
          <w:sz w:val="24"/>
        </w:rPr>
        <w:t>Human Resources</w:t>
      </w:r>
    </w:p>
    <w:p>
      <w:pPr>
        <w:jc w:val="both"/>
      </w:pPr>
    </w:p>
    <w:p>
      <w:pPr>
        <w:jc w:val="both"/>
      </w:pP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______________________________________</w:t>
      </w:r>
      <w:r>
        <w:rPr>
          <w:rFonts w:ascii="Times New Roman" w:hAnsi="Times New Roman" w:eastAsia="Times New Roman" w:cs="Times New Roman"/>
          <w:sz w:val="24"/>
        </w:rPr>
        <w:t xml:space="preserve"> </w:t>
      </w:r>
    </w:p>
    <w:p>
      <w:pPr>
        <w:jc w:val="both"/>
      </w:pPr>
    </w:p>
    <w:p>
      <w:pPr>
        <w:jc w:val="both"/>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