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240" w:after="48" w:line="360" w:lineRule="exact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EMPLOYMENT VERIFICATION LETTER</w:t>
      </w:r>
    </w:p>
    <w:p>
      <w:pPr>
        <w:spacing w:before="0" w:after="240"/>
      </w:pP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>[EMPLOYER'S NAME]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[STREET ADDRESS 1]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[STREET ADDRESS 2]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[CITY, STATE]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sz w:val="24"/>
        </w:rPr>
        <w:t>[ZIP CODE]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>[DATE]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b/>
          <w:sz w:val="24"/>
        </w:rPr>
        <w:t>RE: Employment Verification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>To Whom It May Concern: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 xml:space="preserve">Please accept this letter as verification that </w:t>
      </w:r>
      <w:r>
        <w:rPr>
          <w:rFonts w:ascii="Times New Roman" w:hAnsi="Times New Roman" w:eastAsia="Times New Roman" w:cs="Times New Roman"/>
          <w:sz w:val="24"/>
        </w:rPr>
        <w:t>[EMPLOYEE'S NAME]</w:t>
      </w:r>
      <w:r>
        <w:rPr>
          <w:rFonts w:ascii="Times New Roman" w:hAnsi="Times New Roman" w:eastAsia="Times New Roman" w:cs="Times New Roman"/>
          <w:sz w:val="24"/>
        </w:rPr>
        <w:t xml:space="preserve"> is employed with us under the following details:</w:t>
      </w:r>
    </w:p>
    <w:p>
      <w:pPr>
        <w:spacing w:before="280" w:after="0" w:line="300" w:lineRule="exact"/>
        <w:ind w:hanging="360"/>
      </w:pPr>
      <w:r>
        <w:rPr>
          <w:rFonts w:ascii="Times New Roman" w:hAnsi="Times New Roman" w:eastAsia="Times New Roman" w:cs="Times New Roman"/>
          <w:sz w:val="24"/>
        </w:rPr>
        <w:t>Title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[POSITION]</w:t>
      </w:r>
    </w:p>
    <w:p>
      <w:pPr>
        <w:spacing w:before="0" w:after="0" w:line="300" w:lineRule="exact"/>
        <w:ind w:hanging="360"/>
      </w:pPr>
      <w:r>
        <w:rPr>
          <w:rFonts w:ascii="Times New Roman" w:hAnsi="Times New Roman" w:eastAsia="Times New Roman" w:cs="Times New Roman"/>
          <w:sz w:val="24"/>
        </w:rPr>
        <w:t>Type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Full-time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Part-time basis of </w:t>
      </w:r>
      <w:r>
        <w:rPr>
          <w:rFonts w:ascii="Times New Roman" w:hAnsi="Times New Roman" w:eastAsia="Times New Roman" w:cs="Times New Roman"/>
          <w:sz w:val="24"/>
        </w:rPr>
        <w:t>[#]</w:t>
      </w:r>
      <w:r>
        <w:rPr>
          <w:rFonts w:ascii="Times New Roman" w:hAnsi="Times New Roman" w:eastAsia="Times New Roman" w:cs="Times New Roman"/>
          <w:sz w:val="24"/>
        </w:rPr>
        <w:t xml:space="preserve"> hours per week</w:t>
      </w:r>
    </w:p>
    <w:p>
      <w:pPr>
        <w:spacing w:before="0" w:after="0" w:line="300" w:lineRule="exact"/>
        <w:ind w:hanging="360"/>
      </w:pPr>
      <w:r>
        <w:rPr>
          <w:rFonts w:ascii="Times New Roman" w:hAnsi="Times New Roman" w:eastAsia="Times New Roman" w:cs="Times New Roman"/>
          <w:sz w:val="24"/>
        </w:rPr>
        <w:t>Pay</w:t>
      </w:r>
      <w:r>
        <w:rPr>
          <w:rFonts w:ascii="Times New Roman" w:hAnsi="Times New Roman" w:eastAsia="Times New Roman" w:cs="Times New Roman"/>
          <w:sz w:val="24"/>
        </w:rPr>
        <w:t>: $</w:t>
      </w:r>
      <w:r>
        <w:rPr>
          <w:rFonts w:ascii="Times New Roman" w:hAnsi="Times New Roman" w:eastAsia="Times New Roman" w:cs="Times New Roman"/>
          <w:sz w:val="24"/>
        </w:rPr>
        <w:t>[AMOUNT]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Hourly </w:t>
      </w:r>
      <w:r>
        <w:rPr>
          <w:rFonts w:ascii="Times New Roman" w:hAnsi="Times New Roman" w:eastAsia="Times New Roman" w:cs="Times New Roman"/>
          <w:sz w:val="24"/>
        </w:rPr>
        <w:t>☐</w:t>
      </w:r>
      <w:r>
        <w:rPr>
          <w:rFonts w:ascii="Times New Roman" w:hAnsi="Times New Roman" w:eastAsia="Times New Roman" w:cs="Times New Roman"/>
          <w:sz w:val="24"/>
        </w:rPr>
        <w:t xml:space="preserve"> Annual Salary</w:t>
      </w:r>
    </w:p>
    <w:p>
      <w:pPr>
        <w:spacing w:before="0" w:after="280" w:line="300" w:lineRule="exact"/>
        <w:ind w:hanging="360"/>
      </w:pPr>
      <w:r>
        <w:rPr>
          <w:rFonts w:ascii="Times New Roman" w:hAnsi="Times New Roman" w:eastAsia="Times New Roman" w:cs="Times New Roman"/>
          <w:sz w:val="24"/>
        </w:rPr>
        <w:t>Additional Terms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[DESCRIBE]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 xml:space="preserve">If you have any questions or require further information, please feel free to contact me at </w:t>
      </w:r>
      <w:r>
        <w:rPr>
          <w:rFonts w:ascii="Times New Roman" w:hAnsi="Times New Roman" w:eastAsia="Times New Roman" w:cs="Times New Roman"/>
          <w:sz w:val="24"/>
        </w:rPr>
        <w:t>[EMPLOYER'S PHONE]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br/>
      </w:r>
    </w:p>
    <w:p>
      <w:pPr>
        <w:spacing w:before="0" w:after="240"/>
      </w:pPr>
      <w:r>
        <w:rPr>
          <w:rFonts w:ascii="Times New Roman" w:hAnsi="Times New Roman" w:eastAsia="Times New Roman" w:cs="Times New Roman"/>
          <w:sz w:val="24"/>
        </w:rPr>
        <w:t xml:space="preserve">[printed name] ___________________________ </w:t>
        <w:br/>
        <w:t>[title] ___________________________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