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Engagement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[Client name(s)]</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[subject of potential litigation, or if case has commenced, case title and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[client name(s)]: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confirms that I have agreed to represent [you/your company/your organization] with respect to the following legal services: [describe type and scope of legal services to be provided, e.g., investigation of damages claims you may have arising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automobile accident that occurred on (date) at (place) and prosecution of potential litigation arising out of those claims]. This letter sets forth the basic terms that will control our attorney-client relationship. My engagement is limited to the services described above.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Objective of Engagement.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order to represent you effectively, it is essential that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mutually-shared understanding of your objectives. Based on our discussions, I understand that your primary objective is [describe objective, e.g., recovery of compensation for personal injuries you suffered and damages caused to your vehicle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accident referenced in the introductory paragraph of this letter].</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Firm Personnel Involved in the Representation.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will be the primary attorney working on this matter. I may use the services of other attorneys and legal assistants to achieve efficiency, to take advantage of specialized skills or experience, or for other reasons that appear appropriate. If at any time you have questions about our staffing or concerns regarding our representation,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Responsibility of Client for Litigation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firm is authorized to incur on your behalf any expenses reasonably necessary for conducting the investigation and litigation of this matter, including but not limited to court filing fees, fees for copying and serving documents, investigator's fees, deposition expenses (including the costs of court reporters and travel expenses for me and/or other firm members to and from such depositions), expert witness fees, and any other costs of the litigation. For these purposes, "expenses" do not include wages or salaries for me or any employees of our firm.</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agree to reimburse our firm for any and all such expenses mentioned in subparagraph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are incurred on your behalf in this matter. You are responsible for reimbursing our firm for these expenses regardless of whether any recovery is made on your behalf in this matter.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Fee Based on Percentage of Recovery.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agreed that our firm will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only in the event that we recover damages or other compensation for you in the matter described in the introductory paragraph, except as provided in Paragraphs </w:t>
      </w:r>
      <w:r>
        <w:rPr>
          <w:rFonts w:ascii="Times New Roman" w:hAnsi="Times New Roman" w:eastAsia="Times New Roman" w:cs="Times New Roman"/>
          <w:b w:val="0"/>
          <w:sz w:val="24"/>
        </w:rPr>
        <w:t>9.</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9.</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If we do recover any damages or compensation on your behalf, our fee will be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of the amount recovered as described below. The amount of the fee will be calculated on the "net sums recovered" as defined in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will pay our firm the following fee for the services to be rendered under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[specify percentage]% of any and all net sums recovered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settlement agreed to prior to commencing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[specify percentage]% of any and all net sums recovered either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trial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agreed to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has been commenced; or</w:t>
      </w:r>
    </w:p>
    <w:p>
      <w:pPr>
        <w:keepNext w:val="0"/>
        <w:spacing w:before="200" w:after="0" w:line="260" w:lineRule="exact"/>
        <w:ind w:left="1080" w:right="0" w:firstLine="0"/>
        <w:jc w:val="both"/>
      </w:pPr>
      <w:r>
        <w:rPr>
          <w:rFonts w:ascii="Times New Roman" w:hAnsi="Times New Roman" w:eastAsia="Times New Roman" w:cs="Times New Roman"/>
          <w:b w:val="0"/>
          <w:sz w:val="24"/>
        </w:rPr>
        <w:t>• [specify percentage]% of any and all net sums recovered if any judgment is appealed, either on your behalf or by any adverse party, or if execution or any other proceeding after judgment is required to collect the judgment or any portion of the judgment; 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[specify percentage]% of any and all net sums recovered if the matter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retrial as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or appellate court.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fee will be payable if no net sum is recovered, except as set forth below in Paragraphs </w:t>
      </w:r>
      <w:r>
        <w:rPr>
          <w:rFonts w:ascii="Times New Roman" w:hAnsi="Times New Roman" w:eastAsia="Times New Roman" w:cs="Times New Roman"/>
          <w:b w:val="0"/>
          <w:sz w:val="24"/>
        </w:rPr>
        <w:t>9.</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9.</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agreement, "net sums recovered" means the amount recovered for you after deducting the litigation expenses and charges advanced by our firm on your behalf and chargeable to you under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of this agreement. In computing the fee, any recovery of costs awarded to you by the court and any interest awarded on the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your favor is considered part of the amount recovered.</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or judgment payable in future installments, the fee payable will be computed by providing the percentages set forth in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to the future payments as they are received by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Deduction of Fees and Expenses from Recovery.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agree that our firm may deduct from the proceeds of any recovery the applicable fee as agreed upon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along with all other fees, charges, and expenses as described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for which you are responsible and which remain unpaid at the time the recovery proceeds are received.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 amount is recovered,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bill for any charges and expenses as described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that are unpaid at the time we conclude our representation of you (whether by mutual consent, by conclusion of the litigation, or by withdrawal as provided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will be mailed to you. In that event, you agree to pay the balance due within [specify time, e.g., 30 days] after receipt of the final bill.</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Compromise or Settlement of Claim.</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firm agrees to make no compromise or settlement in this matter without your approval as to the specific settlement or compromise. We will notify you whenever we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of settlement or compromise and will inform you of the amount of that offer, as well our recommendations as to its adequacy and appropriateness. Likewise, you agree to make no compromise or settlement in this matter without first informing us about the amount and terms of the compromise or settlement so that we may have any opportunity to review the offer and advise you concerning its appropriateness. However, in all cases, we will abide your decision concerning whether or not to settle the matter.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Lien on Recovery.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understand and agree that our firm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on any sum recovered by way of settlement or judgment in this matter to the extent of the sums provided for in this agreement as attorney's fee and any other fees, charges, and expenses incurred as authorized by this agreement. You further agree that our firm shall have all general, possessory, or retaining liens, and all special or charging liens that are available under the law.</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Attorney-Client Communications.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enable me to provide services effectively, I need you to disclose fully and accurately to me all pertinent facts, keep me informed of all developments relating to this matter, and notify me immediately of any change in your address, telephone number, email address, or other contact information. The communications between us can and should be direct and open.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Open communication is made easier by the existence of the attorney-client privilege. Communications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and his or her lawyer relating to legal advice, including both information the client provides to the lawyer that is necessary to explain the legal problem and the lawyer's legal advice to the client, are "privileged" from disclosure as long as the communications are confidential and the client does not waive the privilege. One way the privilege can be waived is by telling others about the confidential matters discussed.</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avoid losing the benefits of the attorney-client privilege, you should keep private all correspondence, memoranda, and other communications you may receive from me, and refrain from telling others the substance of what I discuss with you—at least to the extent you wish to keep the communications privileged.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idea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file for the legal papers and correspondence relating to this representation, starting with this letter, and to keep your legal file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secure place, where only you can access it easily.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or Termination; Payment of Fees.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Because I will be providing professional services, our relationship may be terminated by you or me at any time for any reason, with or without cause, by written notice to the other party, subject to subparagraphs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I reserve the right to withdraw from representing you for any reason consistent with the North Carolina Rules of Professional Conduct. In particular, I reserve the right to terminate my representation of you: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fail to honor the terms of this letter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objectives of my engagement that we have not agreed 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fail to cooperate or follow my advice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matter, including settlement of this matter; or</w:t>
      </w:r>
    </w:p>
    <w:p>
      <w:pPr>
        <w:keepNext w:val="0"/>
        <w:spacing w:before="200" w:after="0" w:line="260" w:lineRule="exact"/>
        <w:ind w:left="1080" w:right="0" w:firstLine="0"/>
        <w:jc w:val="both"/>
      </w:pPr>
      <w:r>
        <w:rPr>
          <w:rFonts w:ascii="Times New Roman" w:hAnsi="Times New Roman" w:eastAsia="Times New Roman" w:cs="Times New Roman"/>
          <w:b w:val="0"/>
          <w:sz w:val="24"/>
        </w:rPr>
        <w:t>• If any fact or circumstance would, in my view, render my continuing representation of you unlawful, unethical, or ineffective.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elect to withdraw for any reason, you agree to take all steps necessary to free me of any obligation to perform further, including the signing of any documents necessary to complete my withdrawal from the matter.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Hourly Fee on Withdrawal from Representation After Settlement Offer or Other Permitted Reason.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our firm elects to withdraw from representing you for any reason described in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proposal is made to you, and our firm recommends that you accept the offer, but you reject the proposal, our firm will have the right, after providing you with written notice, to withdraw from further representation of you in this matter. In that event, you agree to promptly pay our firm for all services rendered to date in the matter, calculated on the basis of actual hours worked at the rate of $ [hourly rate] per hour, and to reimburse our firm for all other fees, charges, and expenses incurred pursuant to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prior to the date of withdrawal.</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of Attorneys Prior to Recovery.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decide to change attorneys or otherwise require me or my firm to withdraw from representation in this matter prior to accepting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or any other recovery, or other court resolution of the matter, our firm will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on the percentage basis set forth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based on the amount of the largest settlement offered by the opposing party prior to the date of withdrawal, if any, or, if no settlement offer has been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for all services rendered by our firm to date in the matter, calculated on the basis of actual hours worked at the rate of $ [hourly rate] per hour. In that event, you will also promptly reimburse our firm for all other fees, charges, and expenses incurred pursuant to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prior to the date of such discharge or withdrawal.</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 Documents.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will maintain documents you provide to me in my client file for this matter. At or before the matter is concluded, it is your obligation to advise me as to which, if any, of the documents in my file you wish me to return to you. I will retain any remaining documents in my files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and ultimately destroy them in accordance with my record retention policy then in effect.</w:t>
      </w:r>
    </w:p>
    <w:p>
      <w:pPr>
        <w:keepNext w:val="0"/>
        <w:spacing w:before="120" w:after="0" w:line="260" w:lineRule="exact"/>
        <w:ind w:left="360" w:right="0" w:firstLine="0"/>
        <w:jc w:val="left"/>
      </w:pPr>
      <w:r>
        <w:rPr>
          <w:rFonts w:ascii="Times New Roman" w:hAnsi="Times New Roman" w:eastAsia="Times New Roman" w:cs="Times New Roman"/>
          <w:b w:val="0"/>
          <w:sz w:val="24"/>
        </w:rPr>
        <w:t>Conclusion.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the terms and conditions of my representation of you as outlined in this letter are acceptable to you, please sign and date the enclosed copy of the letter in the space provided below, and return the signed letter to me.</w:t>
      </w:r>
    </w:p>
    <w:p>
      <w:pPr>
        <w:keepNext w:val="0"/>
        <w:spacing w:before="200" w:after="0" w:line="260" w:lineRule="exact"/>
        <w:ind w:left="360" w:right="0" w:firstLine="0"/>
        <w:jc w:val="both"/>
      </w:pPr>
      <w:r>
        <w:rPr>
          <w:rFonts w:ascii="Times New Roman" w:hAnsi="Times New Roman" w:eastAsia="Times New Roman" w:cs="Times New Roman"/>
          <w:b w:val="0"/>
          <w:sz w:val="24"/>
        </w:rPr>
        <w:t>If at any time you have questions or concerns regarding this matter, please do not hesitate to contact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[law firm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Law</w:t>
      </w:r>
    </w:p>
    <w:p>
      <w:pPr>
        <w:keepNext w:val="0"/>
        <w:spacing w:before="120" w:after="0" w:line="260" w:lineRule="exact"/>
        <w:ind w:left="360" w:right="0" w:firstLine="0"/>
        <w:jc w:val="left"/>
      </w:pPr>
      <w:r>
        <w:rPr>
          <w:rFonts w:ascii="Times New Roman" w:hAnsi="Times New Roman" w:eastAsia="Times New Roman" w:cs="Times New Roman"/>
          <w:b/>
          <w:sz w:val="24"/>
        </w:rPr>
        <w:t>Acceptance and Consent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agrees to the terms and conditions of representation set forth above.</w:t>
      </w:r>
    </w:p>
    <w:p>
      <w:pPr>
        <w:keepNext w:val="0"/>
        <w:spacing w:before="200" w:after="0" w:line="260" w:lineRule="exact"/>
        <w:ind w:left="720" w:right="0" w:firstLine="0"/>
        <w:jc w:val="both"/>
      </w:pPr>
      <w:r>
        <w:rPr>
          <w:rFonts w:ascii="Times New Roman" w:hAnsi="Times New Roman" w:eastAsia="Times New Roman" w:cs="Times New Roman"/>
          <w:b w:val="0"/>
          <w:sz w:val="24"/>
        </w:rPr>
        <w:t>[If multiple clients being jointly represented, add: Each of the undersigned consents to [attorney name]'s joint representation of the undersigned individuals in this matter.]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(client signature)</w:t>
      </w:r>
    </w:p>
    <w:p>
      <w:pPr>
        <w:keepNext w:val="0"/>
        <w:spacing w:before="120" w:after="0" w:line="260" w:lineRule="exact"/>
        <w:ind w:left="720" w:right="0" w:firstLine="0"/>
        <w:jc w:val="left"/>
      </w:pPr>
      <w:r>
        <w:rPr>
          <w:rFonts w:ascii="Times New Roman" w:hAnsi="Times New Roman" w:eastAsia="Times New Roman" w:cs="Times New Roman"/>
          <w:b w:val="0"/>
          <w:sz w:val="24"/>
        </w:rPr>
        <w:t>[client name]</w:t>
      </w:r>
    </w:p>
    <w:p>
      <w:pPr>
        <w:keepNext w:val="0"/>
        <w:spacing w:before="200" w:after="0" w:line="260" w:lineRule="exact"/>
        <w:ind w:left="720" w:right="0" w:firstLine="0"/>
        <w:jc w:val="both"/>
      </w:pPr>
      <w:r>
        <w:rPr>
          <w:rFonts w:ascii="Times New Roman" w:hAnsi="Times New Roman" w:eastAsia="Times New Roman" w:cs="Times New Roman"/>
          <w:b w:val="0"/>
          <w:sz w:val="24"/>
        </w:rPr>
        <w:t>[include additional signature lines if multiple clients represented]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