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Engagement Letter </w:t>
      </w:r>
    </w:p>
    <w:p>
      <w:pPr>
        <w:keepNext w:val="0"/>
        <w:spacing w:after="0" w:line="240" w:lineRule="exact"/>
        <w:ind w:right="0"/>
        <w:jc w:val="both"/>
      </w:pPr>
    </w:p>
    <w:p>
      <w:pPr>
        <w:keepNext w:val="0"/>
        <w:spacing w:after="0" w:line="300" w:lineRule="exact"/>
        <w:ind w:left="0" w:right="0" w:firstLine="0"/>
        <w:jc w:val="left"/>
      </w:pPr>
      <w:r>
        <w:rPr>
          <w:rFonts w:ascii="Times New Roman" w:hAnsi="Times New Roman" w:eastAsia="Times New Roman" w:cs="Times New Roman"/>
          <w:b/>
          <w:sz w:val="24"/>
        </w:rPr>
        <w:t>Table of Contents</w:t>
      </w:r>
    </w:p>
    <w:p>
      <w:pPr/>
    </w:p>
    <w:p>
      <w:pPr>
        <w:keepNext w:val="0"/>
        <w:spacing w:before="200" w:after="0" w:line="260" w:lineRule="exact"/>
        <w:ind w:left="360" w:right="0" w:firstLine="0"/>
        <w:jc w:val="both"/>
      </w:pPr>
      <w:r>
        <w:rPr>
          <w:rFonts w:ascii="Times New Roman" w:hAnsi="Times New Roman" w:eastAsia="Times New Roman" w:cs="Times New Roman"/>
          <w:b w:val="0"/>
          <w:sz w:val="24"/>
        </w:rPr>
        <w:t>[Letterhead]</w:t>
      </w:r>
    </w:p>
    <w:p>
      <w:pPr>
        <w:keepNext w:val="0"/>
        <w:spacing w:before="200" w:after="0" w:line="260" w:lineRule="exact"/>
        <w:ind w:left="360" w:right="0" w:firstLine="0"/>
        <w:jc w:val="both"/>
      </w:pPr>
      <w:r>
        <w:rPr>
          <w:rFonts w:ascii="Times New Roman" w:hAnsi="Times New Roman" w:eastAsia="Times New Roman" w:cs="Times New Roman"/>
          <w:b w:val="0"/>
          <w:sz w:val="24"/>
        </w:rPr>
        <w:t>[Date]</w:t>
      </w:r>
    </w:p>
    <w:p>
      <w:pPr>
        <w:keepNext w:val="0"/>
        <w:spacing w:before="200" w:after="0" w:line="260" w:lineRule="exact"/>
        <w:ind w:left="360" w:right="0" w:firstLine="0"/>
        <w:jc w:val="both"/>
      </w:pPr>
      <w:r>
        <w:rPr>
          <w:rFonts w:ascii="Times New Roman" w:hAnsi="Times New Roman" w:eastAsia="Times New Roman" w:cs="Times New Roman"/>
          <w:b w:val="0"/>
          <w:sz w:val="24"/>
        </w:rPr>
        <w:t>[Client name(s)]</w:t>
      </w:r>
    </w:p>
    <w:p>
      <w:pPr>
        <w:keepNext w:val="0"/>
        <w:spacing w:before="200" w:after="0" w:line="260" w:lineRule="exact"/>
        <w:ind w:left="360" w:right="0" w:firstLine="0"/>
        <w:jc w:val="both"/>
      </w:pPr>
      <w:r>
        <w:rPr>
          <w:rFonts w:ascii="Times New Roman" w:hAnsi="Times New Roman" w:eastAsia="Times New Roman" w:cs="Times New Roman"/>
          <w:b w:val="0"/>
          <w:sz w:val="24"/>
        </w:rPr>
        <w:t>[Client address]</w:t>
      </w:r>
    </w:p>
    <w:p>
      <w:pPr>
        <w:keepNext w:val="0"/>
        <w:spacing w:before="200" w:after="0" w:line="260" w:lineRule="exact"/>
        <w:ind w:left="360" w:right="0" w:firstLine="0"/>
        <w:jc w:val="both"/>
      </w:pPr>
      <w:r>
        <w:rPr>
          <w:rFonts w:ascii="Times New Roman" w:hAnsi="Times New Roman" w:eastAsia="Times New Roman" w:cs="Times New Roman"/>
          <w:b w:val="0"/>
          <w:sz w:val="24"/>
        </w:rPr>
        <w:t>RE: [subject of potential litigation, or if case has commenced, case title and case number]</w:t>
      </w:r>
    </w:p>
    <w:p>
      <w:pPr>
        <w:keepNext w:val="0"/>
        <w:spacing w:before="200" w:after="0" w:line="260" w:lineRule="exact"/>
        <w:ind w:left="360" w:right="0" w:firstLine="0"/>
        <w:jc w:val="both"/>
      </w:pPr>
      <w:r>
        <w:rPr>
          <w:rFonts w:ascii="Times New Roman" w:hAnsi="Times New Roman" w:eastAsia="Times New Roman" w:cs="Times New Roman"/>
          <w:b w:val="0"/>
          <w:sz w:val="24"/>
        </w:rPr>
        <w:t>Dear [client name(s)]:</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This letter confirms that I have agreed to represent [you/your company/your organization] with respect to the following legal services: [describe type and scope of legal services to be provided, e.g., representation of your company in connection with potential litigation arising out of claims of alleged employment discrimination made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former employee of your company, (name), which allegedly occurred (give approximate time frame)]. This letter sets forth the basic terms that will control our attorney-client relationship. My engagement is limited to the services described above.</w:t>
      </w:r>
    </w:p>
    <w:p>
      <w:pPr>
        <w:keepNext w:val="0"/>
        <w:spacing w:before="120" w:after="0" w:line="260" w:lineRule="exact"/>
        <w:ind w:left="360" w:right="0" w:firstLine="0"/>
        <w:jc w:val="left"/>
      </w:pPr>
      <w:r>
        <w:rPr>
          <w:rFonts w:ascii="Times New Roman" w:hAnsi="Times New Roman" w:eastAsia="Times New Roman" w:cs="Times New Roman"/>
          <w:b w:val="0"/>
          <w:sz w:val="24"/>
        </w:rPr>
        <w:t>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Objective of Engagement.</w:t>
      </w:r>
      <w:r>
        <w:rPr>
          <w:rFonts w:ascii="Times New Roman" w:hAnsi="Times New Roman" w:eastAsia="Times New Roman" w:cs="Times New Roman"/>
          <w:b w:val="0"/>
          <w:sz w:val="24"/>
        </w:rPr>
        <w:t xml:space="preserve"> </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In order to represent you effectively, it is essential that we have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clear and mutually-shared understanding of your objectives. Based on our discussions, I understand that your primary objective is [describe objective, e.g.,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satisfactory settlement or resolution of the claims described above and any potential litigation resulting from those claims].</w:t>
      </w:r>
    </w:p>
    <w:p>
      <w:pPr>
        <w:keepNext w:val="0"/>
        <w:spacing w:before="120" w:after="0" w:line="260" w:lineRule="exact"/>
        <w:ind w:left="360" w:right="0" w:firstLine="0"/>
        <w:jc w:val="left"/>
      </w:pPr>
      <w:r>
        <w:rPr>
          <w:rFonts w:ascii="Times New Roman" w:hAnsi="Times New Roman" w:eastAsia="Times New Roman" w:cs="Times New Roman"/>
          <w:b w:val="0"/>
          <w:sz w:val="24"/>
        </w:rPr>
        <w:t>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Firm Personnel Involved in the Representation.</w:t>
      </w:r>
      <w:r>
        <w:rPr>
          <w:rFonts w:ascii="Times New Roman" w:hAnsi="Times New Roman" w:eastAsia="Times New Roman" w:cs="Times New Roman"/>
          <w:b w:val="0"/>
          <w:sz w:val="24"/>
        </w:rPr>
        <w:t xml:space="preserve"> </w:t>
      </w:r>
    </w:p>
    <w:p>
      <w:pPr>
        <w:keepNext w:val="0"/>
        <w:spacing w:before="200" w:after="0" w:line="260" w:lineRule="exact"/>
        <w:ind w:left="360" w:right="0" w:firstLine="0"/>
        <w:jc w:val="both"/>
      </w:pPr>
      <w:r>
        <w:rPr>
          <w:rFonts w:ascii="Times New Roman" w:hAnsi="Times New Roman" w:eastAsia="Times New Roman" w:cs="Times New Roman"/>
          <w:b w:val="0"/>
          <w:sz w:val="24"/>
        </w:rPr>
        <w:t>I will be the primary attorney working on this matter. I may use the services of other attorneys and legal assistants to achieve efficiency, to take advantage of specialized skills or experience, or for other reasons that appear appropriate. If at any time you have questions about our staffing or concerns regarding our representation, please do not hesitate to contact me.</w:t>
      </w:r>
    </w:p>
    <w:p>
      <w:pPr>
        <w:keepNext w:val="0"/>
        <w:spacing w:before="120" w:after="0" w:line="260" w:lineRule="exact"/>
        <w:ind w:left="360" w:right="0" w:firstLine="0"/>
        <w:jc w:val="left"/>
      </w:pPr>
      <w:r>
        <w:rPr>
          <w:rFonts w:ascii="Times New Roman" w:hAnsi="Times New Roman" w:eastAsia="Times New Roman" w:cs="Times New Roman"/>
          <w:b w:val="0"/>
          <w:sz w:val="24"/>
        </w:rPr>
        <w:t>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Fees and Expenses.</w:t>
      </w:r>
      <w:r>
        <w:rPr>
          <w:rFonts w:ascii="Times New Roman" w:hAnsi="Times New Roman" w:eastAsia="Times New Roman" w:cs="Times New Roman"/>
          <w:b w:val="0"/>
          <w:sz w:val="24"/>
        </w:rPr>
        <w:t xml:space="preserve"> </w:t>
      </w:r>
    </w:p>
    <w:p>
      <w:pPr>
        <w:keepNext w:val="0"/>
        <w:spacing w:before="200" w:after="0" w:line="260" w:lineRule="exact"/>
        <w:ind w:left="360" w:right="0" w:firstLine="0"/>
        <w:jc w:val="both"/>
      </w:pPr>
      <w:r>
        <w:rPr>
          <w:rFonts w:ascii="Times New Roman" w:hAnsi="Times New Roman" w:eastAsia="Times New Roman" w:cs="Times New Roman"/>
          <w:b w:val="0"/>
          <w:sz w:val="24"/>
        </w:rPr>
        <w:t>This confirms that we have agreed to the following fee arrangement:</w:t>
      </w:r>
    </w:p>
    <w:p>
      <w:pPr>
        <w:keepNext w:val="0"/>
        <w:spacing w:before="120" w:after="0" w:line="260" w:lineRule="exact"/>
        <w:ind w:left="72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Flat Fee.</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The client retains the firm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flat-fee basis. The client agrees to pay $[amount of fee] as the entire fee for representation as described in this agreement, which constitutes complete payment for those services and must be paid in its entirety in advance of the attorney providing services. The client agrees that the flat fee is the attorney's property upon receipt.</w:t>
      </w:r>
    </w:p>
    <w:p>
      <w:pPr>
        <w:keepNext w:val="0"/>
        <w:spacing w:before="120" w:after="0" w:line="260" w:lineRule="exact"/>
        <w:ind w:left="72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Costs.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The client agrees to pay for costs incurred by the firm in connection with this matter, including but not limited to, filing fees, witness fees, travel and parking costs, sheriff's fees, deposition fees, investigative expenses, expert witness fees, photocopying fees, reasonable costs related to e-discovery, and other incidental expenses.</w:t>
      </w:r>
    </w:p>
    <w:p>
      <w:pPr>
        <w:keepNext w:val="0"/>
        <w:spacing w:before="120" w:after="0" w:line="260" w:lineRule="exact"/>
        <w:ind w:left="360" w:right="0" w:firstLine="0"/>
        <w:jc w:val="left"/>
      </w:pPr>
      <w:r>
        <w:rPr>
          <w:rFonts w:ascii="Times New Roman" w:hAnsi="Times New Roman" w:eastAsia="Times New Roman" w:cs="Times New Roman"/>
          <w:b w:val="0"/>
          <w:sz w:val="24"/>
        </w:rPr>
        <w:t>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Billing.</w:t>
      </w:r>
      <w:r>
        <w:rPr>
          <w:rFonts w:ascii="Times New Roman" w:hAnsi="Times New Roman" w:eastAsia="Times New Roman" w:cs="Times New Roman"/>
          <w:b w:val="0"/>
          <w:sz w:val="24"/>
        </w:rPr>
        <w:t xml:space="preserve"> </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Our firm will send you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itemized statement of out-of-pocket expenses [frequency, e.g., each month], with payment to be made within [payment period, e.g., 30 days] of receipt. Our firm reserves the right to charge interest, not to exceed [interest rate]% per annum, on any bill outstanding for more than [specify period, e.g., 30 days].</w:t>
      </w:r>
    </w:p>
    <w:p>
      <w:pPr>
        <w:keepNext w:val="0"/>
        <w:spacing w:before="120" w:after="0" w:line="260" w:lineRule="exact"/>
        <w:ind w:left="360" w:right="0" w:firstLine="0"/>
        <w:jc w:val="left"/>
      </w:pPr>
      <w:r>
        <w:rPr>
          <w:rFonts w:ascii="Times New Roman" w:hAnsi="Times New Roman" w:eastAsia="Times New Roman" w:cs="Times New Roman"/>
          <w:b w:val="0"/>
          <w:sz w:val="24"/>
        </w:rPr>
        <w:t>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Attorney-Client Communications.</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To enable me to provide services effectively, I need you to disclose fully and accurately to me all pertinent facts, keep me informed of all developments relating to this matter, and notify me immediately of any change in your address, telephone number, e-mail address, or other contact information. The communications between us can and should be direct and open.</w:t>
      </w:r>
    </w:p>
    <w:p>
      <w:pPr>
        <w:keepNext w:val="0"/>
        <w:spacing w:before="120" w:after="0" w:line="260" w:lineRule="exact"/>
        <w:ind w:left="72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Open communication is made easier by the existence of the attorney-client privilege. Communications between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client and his or her lawyer relating to legal advice, including both information the client provides to the lawyer that is necessary to explain the legal problem and the lawyer's legal advice to the client, are "privileged" from disclosure as long as the communications are confidential and the client does not waive the privilege. One way the privilege can be waived is by telling others about the confidential matters discussed.</w:t>
      </w:r>
    </w:p>
    <w:p>
      <w:pPr>
        <w:keepNext w:val="0"/>
        <w:spacing w:before="120" w:after="0" w:line="260" w:lineRule="exact"/>
        <w:ind w:left="720" w:right="0" w:firstLine="0"/>
        <w:jc w:val="left"/>
      </w:pP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To avoid losing the benefits of the attorney-client privilege, you should keep private all correspondence, memoranda, and other communications you may receive from me, and refrain from telling others the substance of what I discuss with you—at least to the extent you wish to keep the communications privileged. It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good idea to maintain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file for the legal papers and correspondence relating to this representation, starting with this letter, and to keep your legal file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safe, secure place, where only you can access it easily.</w:t>
      </w:r>
    </w:p>
    <w:p>
      <w:pPr>
        <w:keepNext w:val="0"/>
        <w:spacing w:before="120" w:after="0" w:line="260" w:lineRule="exact"/>
        <w:ind w:left="360" w:right="0" w:firstLine="0"/>
        <w:jc w:val="left"/>
      </w:pPr>
      <w:r>
        <w:rPr>
          <w:rFonts w:ascii="Times New Roman" w:hAnsi="Times New Roman" w:eastAsia="Times New Roman" w:cs="Times New Roman"/>
          <w:b w:val="0"/>
          <w:sz w:val="24"/>
        </w:rPr>
        <w:t>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Withdrawal or Termination.</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Because I will be providing professional services, our relationship may be terminated by you or me at any time for any reason, with or without cause, by written notice to the other party.</w:t>
      </w:r>
    </w:p>
    <w:p>
      <w:pPr>
        <w:keepNext w:val="0"/>
        <w:spacing w:before="120" w:after="0" w:line="260" w:lineRule="exact"/>
        <w:ind w:left="720" w:right="0" w:firstLine="0"/>
        <w:jc w:val="left"/>
      </w:pPr>
      <w:r>
        <w:rPr>
          <w:rFonts w:ascii="Times New Roman" w:hAnsi="Times New Roman" w:eastAsia="Times New Roman" w:cs="Times New Roman"/>
          <w:b w:val="0"/>
          <w:sz w:val="24"/>
        </w:rPr>
        <w:t>(b)</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 reserve the right to withdraw from representing you for any reason consistent with the North Carolina Rules of Professional Conduct. In particular, I reserve the right to terminate my representation of you:</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you fail to honor the terms of this letter (including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change in the objectives of my engagement that we have not agreed to);</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you fail to cooperate or follow my advice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material matter; or</w:t>
      </w:r>
    </w:p>
    <w:p>
      <w:pPr>
        <w:keepNext w:val="0"/>
        <w:spacing w:before="200" w:after="0" w:line="260" w:lineRule="exact"/>
        <w:ind w:left="1080" w:right="0" w:firstLine="0"/>
        <w:jc w:val="both"/>
      </w:pPr>
      <w:r>
        <w:rPr>
          <w:rFonts w:ascii="Times New Roman" w:hAnsi="Times New Roman" w:eastAsia="Times New Roman" w:cs="Times New Roman"/>
          <w:b w:val="0"/>
          <w:sz w:val="24"/>
        </w:rPr>
        <w:t>• If any fact or circumstance would, in my view, render my continuing representation of you unlawful, unethical, or ineffective.</w:t>
      </w:r>
    </w:p>
    <w:p>
      <w:pPr>
        <w:keepNext w:val="0"/>
        <w:spacing w:before="120" w:after="0" w:line="260" w:lineRule="exact"/>
        <w:ind w:left="720" w:right="0" w:firstLine="0"/>
        <w:jc w:val="left"/>
      </w:pPr>
      <w:r>
        <w:rPr>
          <w:rFonts w:ascii="Times New Roman" w:hAnsi="Times New Roman" w:eastAsia="Times New Roman" w:cs="Times New Roman"/>
          <w:b w:val="0"/>
          <w:sz w:val="24"/>
        </w:rPr>
        <w:t>(c)</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If I elect to withdraw for any reason, you agree to take all steps necessary to free me of any obligation to perform further, including the signing of any documents necessary to complete my withdrawal.</w:t>
      </w:r>
    </w:p>
    <w:p>
      <w:pPr>
        <w:keepNext w:val="0"/>
        <w:spacing w:before="120" w:after="0" w:line="260" w:lineRule="exact"/>
        <w:ind w:left="720" w:right="0" w:firstLine="0"/>
        <w:jc w:val="left"/>
      </w:pPr>
      <w:r>
        <w:rPr>
          <w:rFonts w:ascii="Times New Roman" w:hAnsi="Times New Roman" w:eastAsia="Times New Roman" w:cs="Times New Roman"/>
          <w:b w:val="0"/>
          <w:sz w:val="24"/>
        </w:rPr>
        <w:t>(d)</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If either party terminates the representation before I have provided all legal services described in this agreement, you may be entitled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refund of all or part of the flat fee based on the value of the legal services performed prior to termination.</w:t>
      </w:r>
    </w:p>
    <w:p>
      <w:pPr>
        <w:keepNext w:val="0"/>
        <w:spacing w:before="120" w:after="0" w:line="260" w:lineRule="exact"/>
        <w:ind w:left="360" w:right="0" w:firstLine="0"/>
        <w:jc w:val="left"/>
      </w:pPr>
      <w:r>
        <w:rPr>
          <w:rFonts w:ascii="Times New Roman" w:hAnsi="Times New Roman" w:eastAsia="Times New Roman" w:cs="Times New Roman"/>
          <w:b w:val="0"/>
          <w:sz w:val="24"/>
        </w:rPr>
        <w:t>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Client Documents.</w:t>
      </w:r>
      <w:r>
        <w:rPr>
          <w:rFonts w:ascii="Times New Roman" w:hAnsi="Times New Roman" w:eastAsia="Times New Roman" w:cs="Times New Roman"/>
          <w:b w:val="0"/>
          <w:sz w:val="24"/>
        </w:rPr>
        <w:t xml:space="preserve"> </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I will maintain documents you provide to me in my client file for this matter. At or before the matter is concluded, it is your obligation to advise me as to which, if any, of the documents in my file you wish me to return to you. I will retain any remaining documents in my files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period of time and ultimately destroy them in accordance with my record retention policy then in effect.</w:t>
      </w:r>
    </w:p>
    <w:p>
      <w:pPr>
        <w:keepNext w:val="0"/>
        <w:spacing w:before="120" w:after="0" w:line="260" w:lineRule="exact"/>
        <w:ind w:left="360" w:right="0" w:firstLine="0"/>
        <w:jc w:val="left"/>
      </w:pPr>
      <w:r>
        <w:rPr>
          <w:rFonts w:ascii="Times New Roman" w:hAnsi="Times New Roman" w:eastAsia="Times New Roman" w:cs="Times New Roman"/>
          <w:b w:val="0"/>
          <w:sz w:val="24"/>
        </w:rPr>
        <w:t>Conclusion.</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 If the terms and conditions of my representation of you as outlined in this letter are acceptable to you, please sign and date the enclosed copy of the letter in the space provided below, and return the signed letter to me.</w:t>
      </w:r>
    </w:p>
    <w:p>
      <w:pPr>
        <w:keepNext w:val="0"/>
        <w:spacing w:before="200" w:after="0" w:line="260" w:lineRule="exact"/>
        <w:ind w:left="360" w:right="0" w:firstLine="0"/>
        <w:jc w:val="both"/>
      </w:pPr>
      <w:r>
        <w:rPr>
          <w:rFonts w:ascii="Times New Roman" w:hAnsi="Times New Roman" w:eastAsia="Times New Roman" w:cs="Times New Roman"/>
          <w:b w:val="0"/>
          <w:sz w:val="24"/>
        </w:rPr>
        <w:t>If at any time you have questions or concerns regarding this matter, please do not hesitate to contact me.</w:t>
      </w:r>
    </w:p>
    <w:p>
      <w:pPr/>
    </w:p>
    <w:p>
      <w:pPr>
        <w:keepNext w:val="0"/>
        <w:spacing w:before="200" w:after="0" w:line="260" w:lineRule="exact"/>
        <w:ind w:left="360" w:right="0" w:firstLine="0"/>
        <w:jc w:val="both"/>
      </w:pPr>
      <w:r>
        <w:rPr>
          <w:rFonts w:ascii="Times New Roman" w:hAnsi="Times New Roman" w:eastAsia="Times New Roman" w:cs="Times New Roman"/>
          <w:b w:val="0"/>
          <w:sz w:val="24"/>
        </w:rPr>
        <w:t>Sincerely,</w:t>
      </w:r>
    </w:p>
    <w:p>
      <w:pPr>
        <w:keepNext w:val="0"/>
        <w:spacing w:before="120" w:after="0" w:line="260" w:lineRule="exact"/>
        <w:ind w:left="360" w:right="0" w:firstLine="0"/>
        <w:jc w:val="left"/>
      </w:pPr>
      <w:r>
        <w:rPr>
          <w:rFonts w:ascii="Times New Roman" w:hAnsi="Times New Roman" w:eastAsia="Times New Roman" w:cs="Times New Roman"/>
          <w:b w:val="0"/>
          <w:sz w:val="24"/>
        </w:rPr>
        <w:t>[law firm name]</w:t>
      </w:r>
    </w:p>
    <w:p>
      <w:pPr>
        <w:keepNext w:val="0"/>
        <w:spacing w:before="120" w:after="0" w:line="260" w:lineRule="exact"/>
        <w:ind w:left="360" w:right="0" w:firstLine="0"/>
        <w:jc w:val="left"/>
      </w:pPr>
      <w:r>
        <w:rPr>
          <w:rFonts w:ascii="Times New Roman" w:hAnsi="Times New Roman" w:eastAsia="Times New Roman" w:cs="Times New Roman"/>
          <w:b w:val="0"/>
          <w:sz w:val="24"/>
        </w:rPr>
        <w:t>By: __________________________ (attorney signature)</w:t>
      </w:r>
    </w:p>
    <w:p>
      <w:pPr>
        <w:keepNext w:val="0"/>
        <w:spacing w:before="120" w:after="0" w:line="260" w:lineRule="exact"/>
        <w:ind w:left="360" w:right="0" w:firstLine="0"/>
        <w:jc w:val="left"/>
      </w:pPr>
      <w:r>
        <w:rPr>
          <w:rFonts w:ascii="Times New Roman" w:hAnsi="Times New Roman" w:eastAsia="Times New Roman" w:cs="Times New Roman"/>
          <w:b w:val="0"/>
          <w:sz w:val="24"/>
        </w:rPr>
        <w:t>[attorney name]</w:t>
      </w:r>
    </w:p>
    <w:p>
      <w:pPr>
        <w:keepNext w:val="0"/>
        <w:spacing w:before="120" w:after="0" w:line="260" w:lineRule="exact"/>
        <w:ind w:left="360" w:right="0" w:firstLine="0"/>
        <w:jc w:val="left"/>
      </w:pPr>
      <w:r>
        <w:rPr>
          <w:rFonts w:ascii="Times New Roman" w:hAnsi="Times New Roman" w:eastAsia="Times New Roman" w:cs="Times New Roman"/>
          <w:b w:val="0"/>
          <w:sz w:val="24"/>
        </w:rPr>
        <w:t>Attorney at Law</w:t>
      </w:r>
    </w:p>
    <w:p>
      <w:pPr>
        <w:keepNext w:val="0"/>
        <w:spacing w:before="120" w:after="0" w:line="260" w:lineRule="exact"/>
        <w:ind w:left="360" w:right="0" w:firstLine="0"/>
        <w:jc w:val="left"/>
      </w:pPr>
      <w:r>
        <w:rPr>
          <w:rFonts w:ascii="Times New Roman" w:hAnsi="Times New Roman" w:eastAsia="Times New Roman" w:cs="Times New Roman"/>
          <w:b/>
          <w:sz w:val="24"/>
        </w:rPr>
        <w:t>Acceptance and Consent</w:t>
      </w:r>
    </w:p>
    <w:p>
      <w:pPr>
        <w:keepNext w:val="0"/>
        <w:spacing w:before="200" w:after="0" w:line="260" w:lineRule="exact"/>
        <w:ind w:left="720" w:right="0" w:firstLine="0"/>
        <w:jc w:val="both"/>
      </w:pPr>
      <w:r>
        <w:rPr>
          <w:rFonts w:ascii="Times New Roman" w:hAnsi="Times New Roman" w:eastAsia="Times New Roman" w:cs="Times New Roman"/>
          <w:b w:val="0"/>
          <w:sz w:val="24"/>
        </w:rPr>
        <w:t>The undersigned agrees to the terms and conditions of representation set forth above.</w:t>
      </w:r>
    </w:p>
    <w:p>
      <w:pPr>
        <w:keepNext w:val="0"/>
        <w:spacing w:before="200" w:after="0" w:line="260" w:lineRule="exact"/>
        <w:ind w:left="720" w:right="0" w:firstLine="0"/>
        <w:jc w:val="both"/>
      </w:pPr>
      <w:r>
        <w:rPr>
          <w:rFonts w:ascii="Times New Roman" w:hAnsi="Times New Roman" w:eastAsia="Times New Roman" w:cs="Times New Roman"/>
          <w:b w:val="0"/>
          <w:sz w:val="24"/>
        </w:rPr>
        <w:t>[If multiple clients being jointly represented, add: Each of the undersigned consents to (attorney name)'s joint representation of the undersigned individuals in this matter.]</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_____________________________ (client signature)</w:t>
      </w:r>
    </w:p>
    <w:p>
      <w:pPr>
        <w:keepNext w:val="0"/>
        <w:spacing w:before="120" w:after="0" w:line="260" w:lineRule="exact"/>
        <w:ind w:left="720" w:right="0" w:firstLine="0"/>
        <w:jc w:val="left"/>
      </w:pPr>
      <w:r>
        <w:rPr>
          <w:rFonts w:ascii="Times New Roman" w:hAnsi="Times New Roman" w:eastAsia="Times New Roman" w:cs="Times New Roman"/>
          <w:b w:val="0"/>
          <w:sz w:val="24"/>
        </w:rPr>
        <w:t>[client name]</w:t>
      </w:r>
    </w:p>
    <w:p>
      <w:pPr>
        <w:keepNext w:val="0"/>
        <w:spacing w:before="200" w:after="0" w:line="260" w:lineRule="exact"/>
        <w:ind w:left="720" w:right="0" w:firstLine="0"/>
        <w:jc w:val="both"/>
      </w:pPr>
      <w:r>
        <w:rPr>
          <w:rFonts w:ascii="Times New Roman" w:hAnsi="Times New Roman" w:eastAsia="Times New Roman" w:cs="Times New Roman"/>
          <w:b w:val="0"/>
          <w:sz w:val="24"/>
        </w:rPr>
        <w:t>[additional signature lines if multiple clients represented]</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