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ENGAGEMENT LETTER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___________________,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THE PARTIES</w:t>
      </w:r>
      <w:r>
        <w:rPr>
          <w:rFonts w:ascii="Times New Roman" w:hAnsi="Times New Roman" w:eastAsia="Times New Roman" w:cs="Times New Roman"/>
          <w:sz w:val="24"/>
        </w:rPr>
        <w:t>. This Engagement Letter (“Letter”), dated on ___________________, 20____, confirms requested by: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Client</w:t>
      </w:r>
      <w:r>
        <w:rPr>
          <w:rFonts w:ascii="Times New Roman" w:hAnsi="Times New Roman" w:eastAsia="Times New Roman" w:cs="Times New Roman"/>
          <w:sz w:val="24"/>
        </w:rPr>
        <w:t>: ___________________ with a mailing address of ______________________________________, (“Client”) and agrees to hire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Service Provider</w:t>
      </w:r>
      <w:r>
        <w:rPr>
          <w:rFonts w:ascii="Times New Roman" w:hAnsi="Times New Roman" w:eastAsia="Times New Roman" w:cs="Times New Roman"/>
          <w:sz w:val="24"/>
        </w:rPr>
        <w:t>: ___________________ with a mailing address of ______________________________________ (“Service Provider”).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SERVICES PROVIDED</w:t>
      </w:r>
      <w:r>
        <w:rPr>
          <w:rFonts w:ascii="Times New Roman" w:hAnsi="Times New Roman" w:eastAsia="Times New Roman" w:cs="Times New Roman"/>
          <w:sz w:val="24"/>
        </w:rPr>
        <w:t>. The Service Provider is required to provide the following: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Hereinafter known as the “Services.”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FEES</w:t>
      </w:r>
      <w:r>
        <w:rPr>
          <w:rFonts w:ascii="Times New Roman" w:hAnsi="Times New Roman" w:eastAsia="Times New Roman" w:cs="Times New Roman"/>
          <w:sz w:val="24"/>
        </w:rPr>
        <w:t>. For the Services, the Client shall pay the Service Provider: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$_____ / Hour.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$__________ as a total amount for the Services.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Other: 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 addition, the Client may be charged for any administrative fees, filings, or any other costs directly or indirectly related to the Services.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RETAINER</w:t>
      </w:r>
      <w:r>
        <w:rPr>
          <w:rFonts w:ascii="Times New Roman" w:hAnsi="Times New Roman" w:eastAsia="Times New Roman" w:cs="Times New Roman"/>
          <w:sz w:val="24"/>
        </w:rPr>
        <w:t>. As part of this Letter, the Client agrees: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A Retainer Payment is </w:t>
      </w:r>
      <w:r>
        <w:rPr>
          <w:rFonts w:ascii="Times New Roman" w:hAnsi="Times New Roman" w:eastAsia="Times New Roman" w:cs="Times New Roman"/>
          <w:b/>
          <w:sz w:val="24"/>
        </w:rPr>
        <w:t>Required</w:t>
      </w:r>
      <w:r>
        <w:rPr>
          <w:rFonts w:ascii="Times New Roman" w:hAnsi="Times New Roman" w:eastAsia="Times New Roman" w:cs="Times New Roman"/>
          <w:sz w:val="24"/>
        </w:rPr>
        <w:t>. The amount shall be $__________ due and payable at the time of signature. The Retainer Payment shall be: (check one)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Refundable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Non-Refundable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A Retainer Payment is </w:t>
      </w:r>
      <w:r>
        <w:rPr>
          <w:rFonts w:ascii="Times New Roman" w:hAnsi="Times New Roman" w:eastAsia="Times New Roman" w:cs="Times New Roman"/>
          <w:b/>
          <w:sz w:val="24"/>
        </w:rPr>
        <w:t>Not Required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PRIMARY CONTACT (CLIENT)</w:t>
      </w:r>
      <w:r>
        <w:rPr>
          <w:rFonts w:ascii="Times New Roman" w:hAnsi="Times New Roman" w:eastAsia="Times New Roman" w:cs="Times New Roman"/>
          <w:sz w:val="24"/>
        </w:rPr>
        <w:t>. The primary contact for the Client regarding the Services mentioned in this Letter shall be: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Individual’s Name: 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Phone: 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E-Mail: 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TERMINATION</w:t>
      </w:r>
      <w:r>
        <w:rPr>
          <w:rFonts w:ascii="Times New Roman" w:hAnsi="Times New Roman" w:eastAsia="Times New Roman" w:cs="Times New Roman"/>
          <w:sz w:val="24"/>
        </w:rPr>
        <w:t>. The Services shall terminate: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Upon completion of the Services.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On the end date of ___________________, 20____.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Written notice by either party of ____ day(s).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Other. 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ADDITIONAL TERMS</w:t>
      </w:r>
      <w:r>
        <w:rPr>
          <w:rFonts w:ascii="Times New Roman" w:hAnsi="Times New Roman" w:eastAsia="Times New Roman" w:cs="Times New Roman"/>
          <w:sz w:val="24"/>
        </w:rPr>
        <w:t>. ________________________________________________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Client shall </w:t>
      </w:r>
    </w:p>
    <w:p>
      <w:pPr/>
      <w:r>
        <w:rPr>
          <w:rFonts w:ascii="Times New Roman" w:hAnsi="Times New Roman" w:eastAsia="Times New Roman" w:cs="Times New Roman"/>
          <w:sz w:val="24"/>
        </w:rPr>
        <w:t>be required to provide accurate information to the Service Provider in a timely manner. If any information produced by the Client is not accurate the Service Provider shall be held harmless from any legal, financial, or other liability as a result of such information.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 WITNESS WHEREOF, the Client and Service Provider agree to the terms and conditions contained in this Letter.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Client’s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Service Provider’s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