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Equal Employment Opportunity Policy with Acknowledgment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Equal Employment Opportunity Policy is designed to summarize [name of company]'s (the Company) rules and regulations regarding anti-discrimination laws and to educate employees about their rights and compliance obligations. The policy applies to all employees (including temporary employees) and applicants.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EQUAL EMPLOYMENT OPPORTUNITY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seeks to provide equal employment opportunities and to comply with all applicable anti-discrimination and anti-harassment laws, rules, orders, and regulations. The Company seeks to employ talented individuals based on their qualifications for the job.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discrimination of any kind based on actual or perceived race, color, religion, sex (including sexual harassment and pregnancy), national origin, age, disability, genetic information, ancestry, marital status, order of protection status, military status, gender identity or expression, sexual orientation, unfavorable discharge from military, citizenship, work authorization status, arrest record, language, expunged or sealed convictions, homelessness, victim status, or any other protected classification under federal, state, or local law. The law protects all persons, including non-citizens, from unlawful discrimination. The Company also prohibits retaliation against anyone who opposes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alleging discrimination, provides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or testifies, assists, or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lawsuit, hearing, or proceeding relating to alleged discrimination. The Company prohibits any discrimination, harassment, or retaliation by any supervisor, manager, co-worker, or third party that comes into contact with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these provisions may be subject to discipline,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The policy covers all aspects of the employment relationship including, but not limited to, job advertisements, recruitment, application and hiring, job referrals, job assignments and promotions, demotions, layoffs, pay and benefits, discipline and discharge, employment reference, reasonable accommodations, terms and conditions of employment, pre-employment inquiries, workplace conditions, training opportunities or requirements, classification, and evaluation.</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HARASSMENT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discrimination in the form of harassment (including sexual harassment) and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anti-harassment policy] enforced in conjunction with this Equal Employment Opportunity Policy.</w:t>
      </w:r>
    </w:p>
    <w:p>
      <w:pPr>
        <w:keepNext w:val="0"/>
        <w:spacing w:before="200" w:after="0" w:line="260" w:lineRule="exact"/>
        <w:ind w:left="720" w:right="0" w:firstLine="0"/>
        <w:jc w:val="both"/>
      </w:pPr>
      <w:r>
        <w:rPr>
          <w:rFonts w:ascii="Times New Roman" w:hAnsi="Times New Roman" w:eastAsia="Times New Roman" w:cs="Times New Roman"/>
          <w:b w:val="0"/>
          <w:sz w:val="24"/>
        </w:rPr>
        <w:t>Prohibited harassment includes any type of unwelcomed or unsolicited actions that are deemed to be offensive, abusive, threatening, intimidating, or disruptive to others. These actions can include, but are not limited to, making comments or gestures, touching, leering, displaying offensive materials, and any form of stalking or bullying.</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who violate this policy will face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are aware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the policy in accordance with the law. If you have questions concerning any provisions of this policy, please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read, understand, and will abide by the Company's Equal Employment Opportunity Policy.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