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Estate Plan Questionnaire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FORM WAS COMPLETED ON ____________________ BY: 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CLIENT NAME</w:t>
      </w:r>
    </w:p>
    <w:p>
      <w:pPr>
        <w:keepNext w:val="0"/>
        <w:spacing w:before="200" w:after="0" w:line="260" w:lineRule="exact"/>
        <w:ind w:left="360" w:right="0" w:firstLine="0"/>
        <w:jc w:val="both"/>
      </w:pPr>
      <w:r>
        <w:rPr>
          <w:rFonts w:ascii="Times New Roman" w:hAnsi="Times New Roman" w:eastAsia="Times New Roman" w:cs="Times New Roman"/>
          <w:b w:val="0"/>
          <w:sz w:val="24"/>
        </w:rPr>
        <w:t>Full Legal Name: 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SPOUSE'S NAME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Spouse's Full Legal Name: ____________________</w:t>
      </w:r>
    </w:p>
    <w:p>
      <w:pPr>
        <w:keepNext w:val="0"/>
        <w:spacing w:before="200" w:after="0" w:line="260" w:lineRule="exact"/>
        <w:ind w:left="360" w:right="0" w:firstLine="0"/>
        <w:jc w:val="center"/>
      </w:pPr>
      <w:r>
        <w:rPr>
          <w:rFonts w:ascii="Times New Roman" w:hAnsi="Times New Roman" w:eastAsia="Times New Roman" w:cs="Times New Roman"/>
          <w:b/>
          <w:sz w:val="24"/>
        </w:rPr>
        <w:t xml:space="preserve">IF APPLICABLE, HAVE YOU AND YOUR SPOUSE SIGNED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PRE OR POST NUPTIAL AGREEMENT?</w:t>
      </w:r>
    </w:p>
    <w:p>
      <w:pPr>
        <w:keepNext w:val="0"/>
        <w:spacing w:before="200" w:after="0" w:line="260" w:lineRule="exact"/>
        <w:ind w:left="360" w:right="0" w:firstLine="0"/>
        <w:jc w:val="center"/>
      </w:pPr>
      <w:r>
        <w:rPr>
          <w:rFonts w:ascii="Times New Roman" w:hAnsi="Times New Roman" w:eastAsia="Times New Roman" w:cs="Times New Roman"/>
          <w:b w:val="0"/>
          <w:sz w:val="24"/>
        </w:rPr>
        <w:t>□ NO □ YES Date: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CONTACT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STREET ADDRESS: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CITY: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STATE: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ZIP CODE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COUNTY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HOME PHONE: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WORK PHONE: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CELL PHONE: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SPOUSE'S WORK PHONE: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SPOUSE'S CELL: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SPOUSE'S EMAIL ADDRESS: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YOUR PERSONAL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 OF BIRTH: ____________________ SOCIAL SECURITY #: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DO YOU HAVE ANY SERIOUS HEALTH PROBLEMS?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OCCUPATION: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WHERE ARE YOU EMPLOYED? ____________________</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ARE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CITIZEN  □ NO □ YES </w:t>
      </w:r>
    </w:p>
    <w:p>
      <w:pPr>
        <w:keepNext w:val="0"/>
        <w:spacing w:before="120" w:after="0" w:line="260" w:lineRule="exact"/>
        <w:ind w:left="360" w:right="0" w:firstLine="0"/>
        <w:jc w:val="left"/>
      </w:pPr>
      <w:r>
        <w:rPr>
          <w:rFonts w:ascii="Times New Roman" w:hAnsi="Times New Roman" w:eastAsia="Times New Roman" w:cs="Times New Roman"/>
          <w:b/>
          <w:sz w:val="24"/>
        </w:rPr>
        <w:t>YOUR SPOUSE'S PERSONAL INFORMATION (if applicable)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 OF BIRTH: ____________________ SOCIAL SECURITY #: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DO YOU HAVE ANY SERIOUS HEALTH PROBLEMS?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OCCUPATION: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WHERE ARE YOU EMPLOYED? ____________________</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ARE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CITIZEN □ NO □ YES </w:t>
      </w:r>
    </w:p>
    <w:p>
      <w:pPr>
        <w:keepNext w:val="0"/>
        <w:spacing w:before="120" w:after="0" w:line="260" w:lineRule="exact"/>
        <w:ind w:left="360" w:right="0" w:firstLine="0"/>
        <w:jc w:val="left"/>
      </w:pPr>
      <w:r>
        <w:rPr>
          <w:rFonts w:ascii="Times New Roman" w:hAnsi="Times New Roman" w:eastAsia="Times New Roman" w:cs="Times New Roman"/>
          <w:b/>
          <w:sz w:val="24"/>
        </w:rPr>
        <w:t>ACCOUNTANT'S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PHONE: ____________________ EMAIL: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FINANCIAL ADVISOR'S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PHONE: ____________________ EMAIL: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INSURANCE AGENT'S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ADDRESS: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PHONE: ____________________ EMAIL: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CHILDREN'S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ARE ANY CHILDREN HANDICAPPED AND/OR RECEIVING GOVERNMENT BENEFITS?</w:t>
      </w:r>
    </w:p>
    <w:p>
      <w:pPr>
        <w:keepNext w:val="0"/>
        <w:spacing w:before="200" w:after="0" w:line="260" w:lineRule="exact"/>
        <w:ind w:left="720" w:right="0" w:firstLine="0"/>
        <w:jc w:val="both"/>
      </w:pPr>
      <w:r>
        <w:rPr>
          <w:rFonts w:ascii="Times New Roman" w:hAnsi="Times New Roman" w:eastAsia="Times New Roman" w:cs="Times New Roman"/>
          <w:b w:val="0"/>
          <w:sz w:val="24"/>
        </w:rPr>
        <w:t>□ NO □ YES (IF YES, WHICH CHILD?)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DO YOU HAVE ANY PREDECEASED CHILDREN?</w:t>
      </w:r>
    </w:p>
    <w:p>
      <w:pPr>
        <w:keepNext w:val="0"/>
        <w:spacing w:before="200" w:after="0" w:line="260" w:lineRule="exact"/>
        <w:ind w:left="720" w:right="0" w:firstLine="0"/>
        <w:jc w:val="both"/>
      </w:pPr>
      <w:r>
        <w:rPr>
          <w:rFonts w:ascii="Times New Roman" w:hAnsi="Times New Roman" w:eastAsia="Times New Roman" w:cs="Times New Roman"/>
          <w:b w:val="0"/>
          <w:sz w:val="24"/>
        </w:rPr>
        <w:t>□ NO □ YES</w:t>
      </w:r>
    </w:p>
    <w:p>
      <w:pPr>
        <w:keepNext w:val="0"/>
        <w:spacing w:before="120" w:after="0" w:line="260" w:lineRule="exact"/>
        <w:ind w:left="360" w:right="0" w:firstLine="0"/>
        <w:jc w:val="left"/>
      </w:pPr>
      <w:r>
        <w:rPr>
          <w:rFonts w:ascii="Times New Roman" w:hAnsi="Times New Roman" w:eastAsia="Times New Roman" w:cs="Times New Roman"/>
          <w:b/>
          <w:sz w:val="24"/>
        </w:rPr>
        <w:t>GRANDCHILDREN'S INFORMATION (IF APPLICABLE)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sz w:val="24"/>
        </w:rPr>
        <w:t>INFORMATION ABOUT FAMILY MEMBERS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PARENTS, SIBLINGS, NIECES AND NEPHEWS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APPLICABLE, ARE YOU AND/OR YOUR SPOUSE EXPECTING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INHERITANCE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SIBLING OR OTHER FAMILY MEMBER?</w:t>
      </w:r>
    </w:p>
    <w:p>
      <w:pPr>
        <w:keepNext w:val="0"/>
        <w:spacing w:before="200" w:after="0" w:line="260" w:lineRule="exact"/>
        <w:ind w:left="1080" w:right="0" w:firstLine="0"/>
        <w:jc w:val="both"/>
      </w:pPr>
      <w:r>
        <w:rPr>
          <w:rFonts w:ascii="Times New Roman" w:hAnsi="Times New Roman" w:eastAsia="Times New Roman" w:cs="Times New Roman"/>
          <w:b w:val="0"/>
          <w:sz w:val="24"/>
        </w:rPr>
        <w:t>□ NO □ YES (IF YES, APPROXIMATE AMOUNT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INCOME INFORMATION</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sz w:val="24"/>
        </w:rPr>
        <w:t>ASSET INFORMATION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REAL ESTATE (including timeshares, vacant lots, etc.)</w:t>
      </w:r>
    </w:p>
    <w:p>
      <w:pPr>
        <w:keepNext w:val="0"/>
        <w:spacing w:before="120" w:after="0" w:line="260" w:lineRule="exact"/>
        <w:ind w:left="360" w:right="0" w:firstLine="0"/>
        <w:jc w:val="left"/>
      </w:pP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(including checking, savings, certificate of deposits, money markets, etc.)</w:t>
      </w:r>
    </w:p>
    <w:p>
      <w:pPr>
        <w:keepNext w:val="0"/>
        <w:spacing w:before="120" w:after="0" w:line="260" w:lineRule="exact"/>
        <w:ind w:left="360" w:right="0" w:firstLine="0"/>
        <w:jc w:val="left"/>
      </w:pPr>
      <w:r>
        <w:rPr>
          <w:rFonts w:ascii="Times New Roman" w:hAnsi="Times New Roman" w:eastAsia="Times New Roman" w:cs="Times New Roman"/>
          <w:b/>
          <w:sz w:val="24"/>
        </w:rPr>
        <w:t>RETIREMENT PLAN ACCOUNTS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(IRA, 401(K), 403(B), TSP, etc.)</w:t>
      </w:r>
    </w:p>
    <w:p>
      <w:pPr>
        <w:keepNext w:val="0"/>
        <w:spacing w:before="120" w:after="0" w:line="260" w:lineRule="exact"/>
        <w:ind w:left="360" w:right="0" w:firstLine="0"/>
        <w:jc w:val="left"/>
      </w:pPr>
      <w:r>
        <w:rPr>
          <w:rFonts w:ascii="Times New Roman" w:hAnsi="Times New Roman" w:eastAsia="Times New Roman" w:cs="Times New Roman"/>
          <w:b/>
          <w:sz w:val="24"/>
        </w:rPr>
        <w:t>STOCKS AND BONDS NOT IN RETIREMENT PLAN ACCOUNT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(brokerage accounts, stock options, etc.)</w:t>
      </w:r>
    </w:p>
    <w:p>
      <w:pPr>
        <w:keepNext w:val="0"/>
        <w:spacing w:before="120" w:after="0" w:line="260" w:lineRule="exact"/>
        <w:ind w:left="360" w:right="0" w:firstLine="0"/>
        <w:jc w:val="left"/>
      </w:pPr>
      <w:r>
        <w:rPr>
          <w:rFonts w:ascii="Times New Roman" w:hAnsi="Times New Roman" w:eastAsia="Times New Roman" w:cs="Times New Roman"/>
          <w:b/>
          <w:sz w:val="24"/>
        </w:rPr>
        <w:t>DIGITAL ASSETS</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sz w:val="24"/>
        </w:rPr>
        <w:t>ANNUITIES</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sz w:val="24"/>
        </w:rPr>
        <w:t>BUSINESS INTERESTS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(including S Corps, C Corps, LLCs, Partnerships, etc.)</w:t>
      </w:r>
    </w:p>
    <w:p>
      <w:pPr>
        <w:keepNext w:val="0"/>
        <w:spacing w:before="120" w:after="0" w:line="260" w:lineRule="exact"/>
        <w:ind w:left="360" w:right="0" w:firstLine="0"/>
        <w:jc w:val="left"/>
      </w:pPr>
      <w:r>
        <w:rPr>
          <w:rFonts w:ascii="Times New Roman" w:hAnsi="Times New Roman" w:eastAsia="Times New Roman" w:cs="Times New Roman"/>
          <w:b/>
          <w:sz w:val="24"/>
        </w:rPr>
        <w:t>LIFE INSURANCE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sz w:val="24"/>
        </w:rPr>
        <w:t>LIABILITIES</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sz w:val="24"/>
        </w:rPr>
        <w:t>GENERAL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Do you have children or other possible beneficiaries who were adopted?</w:t>
      </w:r>
    </w:p>
    <w:p>
      <w:pPr>
        <w:keepNext w:val="0"/>
        <w:spacing w:before="200" w:after="0" w:line="260" w:lineRule="exact"/>
        <w:ind w:left="720" w:right="0" w:firstLine="0"/>
        <w:jc w:val="both"/>
      </w:pPr>
      <w:r>
        <w:rPr>
          <w:rFonts w:ascii="Times New Roman" w:hAnsi="Times New Roman" w:eastAsia="Times New Roman" w:cs="Times New Roman"/>
          <w:b w:val="0"/>
          <w:sz w:val="24"/>
        </w:rPr>
        <w:t>□  YES  □  NO</w:t>
      </w:r>
    </w:p>
    <w:p>
      <w:pPr>
        <w:keepNext w:val="0"/>
        <w:spacing w:before="200" w:after="0" w:line="260" w:lineRule="exact"/>
        <w:ind w:left="720" w:right="0" w:firstLine="0"/>
        <w:jc w:val="both"/>
      </w:pPr>
      <w:r>
        <w:rPr>
          <w:rFonts w:ascii="Times New Roman" w:hAnsi="Times New Roman" w:eastAsia="Times New Roman" w:cs="Times New Roman"/>
          <w:b w:val="0"/>
          <w:sz w:val="24"/>
        </w:rPr>
        <w:t>Do you or your spouse have any animals?</w:t>
      </w:r>
    </w:p>
    <w:p>
      <w:pPr>
        <w:keepNext w:val="0"/>
        <w:spacing w:before="200" w:after="0" w:line="260" w:lineRule="exact"/>
        <w:ind w:left="720" w:right="0" w:firstLine="0"/>
        <w:jc w:val="both"/>
      </w:pPr>
      <w:r>
        <w:rPr>
          <w:rFonts w:ascii="Times New Roman" w:hAnsi="Times New Roman" w:eastAsia="Times New Roman" w:cs="Times New Roman"/>
          <w:b w:val="0"/>
          <w:sz w:val="24"/>
        </w:rPr>
        <w:t>□  YES  □  NO</w:t>
      </w:r>
    </w:p>
    <w:p>
      <w:pPr>
        <w:keepNext w:val="0"/>
        <w:spacing w:before="200" w:after="0" w:line="260" w:lineRule="exact"/>
        <w:ind w:left="720" w:right="0" w:firstLine="0"/>
        <w:jc w:val="both"/>
      </w:pPr>
      <w:r>
        <w:rPr>
          <w:rFonts w:ascii="Times New Roman" w:hAnsi="Times New Roman" w:eastAsia="Times New Roman" w:cs="Times New Roman"/>
          <w:b w:val="0"/>
          <w:sz w:val="24"/>
        </w:rPr>
        <w:t>Do you or your spouse have any firearms?</w:t>
      </w:r>
    </w:p>
    <w:p>
      <w:pPr>
        <w:keepNext w:val="0"/>
        <w:spacing w:before="200" w:after="0" w:line="260" w:lineRule="exact"/>
        <w:ind w:left="720" w:right="0" w:firstLine="0"/>
        <w:jc w:val="both"/>
      </w:pPr>
      <w:r>
        <w:rPr>
          <w:rFonts w:ascii="Times New Roman" w:hAnsi="Times New Roman" w:eastAsia="Times New Roman" w:cs="Times New Roman"/>
          <w:b w:val="0"/>
          <w:sz w:val="24"/>
        </w:rPr>
        <w:t>□  YES  □  NO</w:t>
      </w:r>
    </w:p>
    <w:p>
      <w:pPr>
        <w:keepNext w:val="0"/>
        <w:spacing w:before="200" w:after="0" w:line="260" w:lineRule="exact"/>
        <w:ind w:left="720" w:right="0" w:firstLine="0"/>
        <w:jc w:val="both"/>
      </w:pPr>
      <w:r>
        <w:rPr>
          <w:rFonts w:ascii="Times New Roman" w:hAnsi="Times New Roman" w:eastAsia="Times New Roman" w:cs="Times New Roman"/>
          <w:b w:val="0"/>
          <w:sz w:val="24"/>
        </w:rPr>
        <w:t>Do you or any of your family members have history of dementia or Alzheimer's?</w:t>
      </w:r>
    </w:p>
    <w:p>
      <w:pPr>
        <w:keepNext w:val="0"/>
        <w:spacing w:before="200" w:after="0" w:line="260" w:lineRule="exact"/>
        <w:ind w:left="720" w:right="0" w:firstLine="0"/>
        <w:jc w:val="both"/>
      </w:pPr>
      <w:r>
        <w:rPr>
          <w:rFonts w:ascii="Times New Roman" w:hAnsi="Times New Roman" w:eastAsia="Times New Roman" w:cs="Times New Roman"/>
          <w:b w:val="0"/>
          <w:sz w:val="24"/>
        </w:rPr>
        <w:t>□  YES  □  NO</w:t>
      </w:r>
    </w:p>
    <w:p>
      <w:pPr>
        <w:keepNext w:val="0"/>
        <w:spacing w:before="200" w:after="0" w:line="260" w:lineRule="exact"/>
        <w:ind w:left="720" w:right="0" w:firstLine="0"/>
        <w:jc w:val="both"/>
      </w:pPr>
      <w:r>
        <w:rPr>
          <w:rFonts w:ascii="Times New Roman" w:hAnsi="Times New Roman" w:eastAsia="Times New Roman" w:cs="Times New Roman"/>
          <w:b w:val="0"/>
          <w:sz w:val="24"/>
        </w:rPr>
        <w:t>Do you or any of your family members have significant health problems?</w:t>
      </w:r>
    </w:p>
    <w:p>
      <w:pPr>
        <w:keepNext w:val="0"/>
        <w:spacing w:before="200" w:after="0" w:line="260" w:lineRule="exact"/>
        <w:ind w:left="720" w:right="0" w:firstLine="0"/>
        <w:jc w:val="both"/>
      </w:pPr>
      <w:r>
        <w:rPr>
          <w:rFonts w:ascii="Times New Roman" w:hAnsi="Times New Roman" w:eastAsia="Times New Roman" w:cs="Times New Roman"/>
          <w:b w:val="0"/>
          <w:sz w:val="24"/>
        </w:rPr>
        <w:t>□  YES  □  NO</w:t>
      </w:r>
    </w:p>
    <w:p>
      <w:pPr>
        <w:keepNext w:val="0"/>
        <w:spacing w:before="120" w:after="0" w:line="260" w:lineRule="exact"/>
        <w:ind w:left="360" w:right="0" w:firstLine="0"/>
        <w:jc w:val="left"/>
      </w:pPr>
      <w:r>
        <w:rPr>
          <w:rFonts w:ascii="Times New Roman" w:hAnsi="Times New Roman" w:eastAsia="Times New Roman" w:cs="Times New Roman"/>
          <w:b/>
          <w:sz w:val="24"/>
        </w:rPr>
        <w:t>DISPOSITION OF YOUR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To whom do you wish to leave your property at your death?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If you are married and your spouse survives you, do you want to leave everything to your spouse?</w:t>
      </w:r>
    </w:p>
    <w:p>
      <w:pPr>
        <w:keepNext w:val="0"/>
        <w:spacing w:before="200" w:after="0" w:line="260" w:lineRule="exact"/>
        <w:ind w:left="720" w:right="0" w:firstLine="0"/>
        <w:jc w:val="both"/>
      </w:pPr>
      <w:r>
        <w:rPr>
          <w:rFonts w:ascii="Times New Roman" w:hAnsi="Times New Roman" w:eastAsia="Times New Roman" w:cs="Times New Roman"/>
          <w:b w:val="0"/>
          <w:sz w:val="24"/>
        </w:rPr>
        <w:t>□  YES  □  NO</w:t>
      </w:r>
    </w:p>
    <w:p>
      <w:pPr>
        <w:keepNext w:val="0"/>
        <w:spacing w:before="200" w:after="0" w:line="260" w:lineRule="exact"/>
        <w:ind w:left="720" w:right="0" w:firstLine="0"/>
        <w:jc w:val="both"/>
      </w:pPr>
      <w:r>
        <w:rPr>
          <w:rFonts w:ascii="Times New Roman" w:hAnsi="Times New Roman" w:eastAsia="Times New Roman" w:cs="Times New Roman"/>
          <w:b w:val="0"/>
          <w:sz w:val="24"/>
        </w:rPr>
        <w:t>The questions below ask how your estate should be distributed if you are unmarried at the time of your death, or in the event your spouse predeceases you.</w:t>
      </w:r>
    </w:p>
    <w:p>
      <w:pPr>
        <w:keepNext w:val="0"/>
        <w:spacing w:before="120" w:after="0" w:line="260" w:lineRule="exact"/>
        <w:ind w:left="720" w:right="0" w:firstLine="0"/>
        <w:jc w:val="left"/>
      </w:pPr>
      <w:r>
        <w:rPr>
          <w:rFonts w:ascii="Times New Roman" w:hAnsi="Times New Roman" w:eastAsia="Times New Roman" w:cs="Times New Roman"/>
          <w:b/>
          <w:sz w:val="24"/>
        </w:rPr>
        <w:t>Cash Gifts: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Would you want to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gift to any specific individual or charity?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If so, please list the amount and the beneficiary.</w:t>
      </w:r>
    </w:p>
    <w:p>
      <w:pPr>
        <w:keepNext w:val="0"/>
        <w:spacing w:before="200" w:after="0" w:line="260" w:lineRule="exact"/>
        <w:ind w:left="720" w:right="0" w:firstLine="0"/>
        <w:jc w:val="both"/>
      </w:pPr>
      <w:r>
        <w:rPr>
          <w:rFonts w:ascii="Times New Roman" w:hAnsi="Times New Roman" w:eastAsia="Times New Roman" w:cs="Times New Roman"/>
          <w:b/>
          <w:sz w:val="24"/>
        </w:rPr>
        <w:t>Do your chosen beneficiaries get along? 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Are your beneficiaries aware that you are updating your estate plan?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Other Gifts of Specific Items: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Would you want to leave any non-cash specific items of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individual or charity? If so, please list the item and the beneficiary.</w:t>
      </w:r>
    </w:p>
    <w:p>
      <w:pPr>
        <w:keepNext w:val="0"/>
        <w:spacing w:before="120" w:after="0" w:line="260" w:lineRule="exact"/>
        <w:ind w:left="720" w:right="0" w:firstLine="0"/>
        <w:jc w:val="left"/>
      </w:pPr>
      <w:r>
        <w:rPr>
          <w:rFonts w:ascii="Times New Roman" w:hAnsi="Times New Roman" w:eastAsia="Times New Roman" w:cs="Times New Roman"/>
          <w:b/>
          <w:sz w:val="24"/>
        </w:rPr>
        <w:t>Remainder of Estate: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State the names of all persons to whom you wish to leave the rest  of your estate (in the event you are not survived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and note the proportion each is to receive.</w:t>
      </w:r>
    </w:p>
    <w:p>
      <w:pPr>
        <w:keepNext w:val="0"/>
        <w:spacing w:before="120" w:after="0" w:line="260" w:lineRule="exact"/>
        <w:ind w:left="360" w:right="0" w:firstLine="0"/>
        <w:jc w:val="left"/>
      </w:pPr>
      <w:r>
        <w:rPr>
          <w:rFonts w:ascii="Times New Roman" w:hAnsi="Times New Roman" w:eastAsia="Times New Roman" w:cs="Times New Roman"/>
          <w:b/>
          <w:sz w:val="24"/>
        </w:rPr>
        <w:t>ISSUES TO CONSIDER IN PLANNING YOUR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There are matters to consider in conjunction with having your Will and other documents prepared. These include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Who do you want designated to serve as Personal Representative (Executor/Executrix) of your estate? The Personal Representative is the person or institution in charge of taking care of the administration of your estate.</w:t>
      </w:r>
    </w:p>
    <w:p>
      <w:pPr>
        <w:keepNext w:val="0"/>
        <w:spacing w:before="200" w:after="0" w:line="260" w:lineRule="exact"/>
        <w:ind w:left="1080" w:right="0" w:firstLine="0"/>
        <w:jc w:val="both"/>
      </w:pPr>
      <w:r>
        <w:rPr>
          <w:rFonts w:ascii="Times New Roman" w:hAnsi="Times New Roman" w:eastAsia="Times New Roman" w:cs="Times New Roman"/>
          <w:b/>
          <w:sz w:val="24"/>
        </w:rPr>
        <w:t>Common Choices for Personal Representative(s), please select: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Spouse </w:t>
      </w:r>
    </w:p>
    <w:p>
      <w:pPr>
        <w:keepNext w:val="0"/>
        <w:spacing w:before="200" w:after="0" w:line="260" w:lineRule="exact"/>
        <w:ind w:left="1440" w:right="0" w:firstLine="0"/>
        <w:jc w:val="both"/>
      </w:pPr>
      <w:r>
        <w:rPr>
          <w:rFonts w:ascii="Times New Roman" w:hAnsi="Times New Roman" w:eastAsia="Times New Roman" w:cs="Times New Roman"/>
          <w:b w:val="0"/>
          <w:sz w:val="24"/>
        </w:rPr>
        <w:t>□ One or more of your children: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Relative: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Friend (close: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Professional team of several persons to serve as Co-Personal Representatives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Successor Personal Representative(s):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children who are under the age of 18, who would you choose to care for them if you (and your spouse) were to die?  Would you want someone else to be in charge of any money/property the children would receive ("Guardian of the Estate" - finances)?  The person you choose to raise your children can be different from the person you choose to handle your children's finances ("Guardian of the Person").</w:t>
      </w:r>
    </w:p>
    <w:p>
      <w:pPr>
        <w:keepNext w:val="0"/>
        <w:spacing w:before="200" w:after="0" w:line="260" w:lineRule="exact"/>
        <w:ind w:left="1080" w:right="0" w:firstLine="0"/>
        <w:jc w:val="both"/>
      </w:pPr>
      <w:r>
        <w:rPr>
          <w:rFonts w:ascii="Times New Roman" w:hAnsi="Times New Roman" w:eastAsia="Times New Roman" w:cs="Times New Roman"/>
          <w:b/>
          <w:sz w:val="24"/>
        </w:rPr>
        <w:t>Common Choices for Guardian(s), please select:</w:t>
      </w:r>
    </w:p>
    <w:p>
      <w:pPr>
        <w:keepNext w:val="0"/>
        <w:spacing w:before="200" w:after="0" w:line="260" w:lineRule="exact"/>
        <w:ind w:left="1440" w:right="0" w:firstLine="0"/>
        <w:jc w:val="both"/>
      </w:pPr>
      <w:r>
        <w:rPr>
          <w:rFonts w:ascii="Times New Roman" w:hAnsi="Times New Roman" w:eastAsia="Times New Roman" w:cs="Times New Roman"/>
          <w:b w:val="0"/>
          <w:sz w:val="24"/>
        </w:rPr>
        <w:t>□ Guardian(s) of Estate (finances):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Successor Guardian(s) of Estate (finances):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Guardian(s) of Person: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Successor Guardian(s) of Person: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might also want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your spouse or children in your Will and would need to select Trustees.</w:t>
      </w:r>
    </w:p>
    <w:p>
      <w:pPr>
        <w:keepNext w:val="0"/>
        <w:spacing w:before="200" w:after="0" w:line="260" w:lineRule="exact"/>
        <w:ind w:left="1080" w:right="0" w:firstLine="0"/>
        <w:jc w:val="both"/>
      </w:pPr>
      <w:r>
        <w:rPr>
          <w:rFonts w:ascii="Times New Roman" w:hAnsi="Times New Roman" w:eastAsia="Times New Roman" w:cs="Times New Roman"/>
          <w:b/>
          <w:sz w:val="24"/>
        </w:rPr>
        <w:t>Common Choices for Trustee(s), please select:</w:t>
      </w:r>
    </w:p>
    <w:p>
      <w:pPr>
        <w:keepNext w:val="0"/>
        <w:spacing w:before="200" w:after="0" w:line="260" w:lineRule="exact"/>
        <w:ind w:left="1440" w:right="0" w:firstLine="0"/>
        <w:jc w:val="both"/>
      </w:pPr>
      <w:r>
        <w:rPr>
          <w:rFonts w:ascii="Times New Roman" w:hAnsi="Times New Roman" w:eastAsia="Times New Roman" w:cs="Times New Roman"/>
          <w:b w:val="0"/>
          <w:sz w:val="24"/>
        </w:rPr>
        <w:t>□ Spouse</w:t>
      </w:r>
    </w:p>
    <w:p>
      <w:pPr>
        <w:keepNext w:val="0"/>
        <w:spacing w:before="200" w:after="0" w:line="260" w:lineRule="exact"/>
        <w:ind w:left="1440" w:right="0" w:firstLine="0"/>
        <w:jc w:val="both"/>
      </w:pPr>
      <w:r>
        <w:rPr>
          <w:rFonts w:ascii="Times New Roman" w:hAnsi="Times New Roman" w:eastAsia="Times New Roman" w:cs="Times New Roman"/>
          <w:b w:val="0"/>
          <w:sz w:val="24"/>
        </w:rPr>
        <w:t>□ One or more of your children: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Relative: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Friend (close: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Professional team of several persons to serve as Co-Personal Representatives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Company): 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 Successor Personal Representative(s):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Are there any particular items of property or cash you wish to leave to specific individuals? These individuals are called your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To what person or persons do you want to leave the balance of your estate?</w:t>
      </w:r>
    </w:p>
    <w:p>
      <w:pPr>
        <w:keepNext w:val="0"/>
        <w:spacing w:before="200" w:after="0" w:line="260" w:lineRule="exact"/>
        <w:ind w:left="1080" w:right="0" w:firstLine="0"/>
        <w:jc w:val="both"/>
      </w:pPr>
      <w:r>
        <w:rPr>
          <w:rFonts w:ascii="Times New Roman" w:hAnsi="Times New Roman" w:eastAsia="Times New Roman" w:cs="Times New Roman"/>
          <w:b w:val="0"/>
          <w:sz w:val="24"/>
        </w:rPr>
        <w:t>□ Spouse</w:t>
      </w:r>
    </w:p>
    <w:p>
      <w:pPr>
        <w:keepNext w:val="0"/>
        <w:spacing w:before="200" w:after="0" w:line="260" w:lineRule="exact"/>
        <w:ind w:left="1080" w:right="0" w:firstLine="0"/>
        <w:jc w:val="both"/>
      </w:pPr>
      <w:r>
        <w:rPr>
          <w:rFonts w:ascii="Times New Roman" w:hAnsi="Times New Roman" w:eastAsia="Times New Roman" w:cs="Times New Roman"/>
          <w:b w:val="0"/>
          <w:sz w:val="24"/>
        </w:rPr>
        <w:t>□ Others: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What do you want done with any property you leave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that beneficiary dies before you do?  Specifically, who would you want to get that beneficiary's share of your estate?</w:t>
      </w:r>
    </w:p>
    <w:p>
      <w:pPr>
        <w:keepNext w:val="0"/>
        <w:spacing w:before="200" w:after="0" w:line="260" w:lineRule="exact"/>
        <w:ind w:left="1080" w:right="0" w:firstLine="0"/>
        <w:jc w:val="both"/>
      </w:pPr>
      <w:r>
        <w:rPr>
          <w:rFonts w:ascii="Times New Roman" w:hAnsi="Times New Roman" w:eastAsia="Times New Roman" w:cs="Times New Roman"/>
          <w:b w:val="0"/>
          <w:sz w:val="24"/>
        </w:rPr>
        <w:t>□ Children of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 Others: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are leaving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your estate to children, at what age do you think the children should receive all of their inheritances?  If you don't specify otherwise, the children will receive all of their inheritance at 18.  Many people feel it is unwise for children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 inheritance at the young age of 18, 21, or even 25 and instead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child's inheritance in trust created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should consider leaving funds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children or other younger beneficiaries of your estate, and we can discuss the many distribution options that are available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w:t>
      </w:r>
    </w:p>
    <w:p>
      <w:pPr>
        <w:keepNext w:val="0"/>
        <w:spacing w:before="200" w:after="0" w:line="260" w:lineRule="exact"/>
        <w:ind w:left="1080" w:right="0" w:firstLine="0"/>
        <w:jc w:val="both"/>
      </w:pPr>
      <w:r>
        <w:rPr>
          <w:rFonts w:ascii="Times New Roman" w:hAnsi="Times New Roman" w:eastAsia="Times New Roman" w:cs="Times New Roman"/>
          <w:b w:val="0"/>
          <w:sz w:val="24"/>
        </w:rPr>
        <w:t>•  If you are married, you should consider how you would answer these questions in the event of the death of both spouses.</w:t>
      </w:r>
    </w:p>
    <w:p>
      <w:pPr>
        <w:keepNext w:val="0"/>
        <w:spacing w:before="120" w:after="0" w:line="260" w:lineRule="exact"/>
        <w:ind w:left="360" w:right="0" w:firstLine="0"/>
        <w:jc w:val="left"/>
      </w:pPr>
      <w:r>
        <w:rPr>
          <w:rFonts w:ascii="Times New Roman" w:hAnsi="Times New Roman" w:eastAsia="Times New Roman" w:cs="Times New Roman"/>
          <w:b/>
          <w:sz w:val="24"/>
        </w:rPr>
        <w:t>OTHER ESTATE PLANNING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HEALTH CARE POWER OF ATTORNEY AND MEDICAL DIRECTIVE (LIVING WILL)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Who do you want to designate as the person(s) to act as agent/surrogate(s) under your Health Care Power of Attorney and Medical Directive?  The agent/surrogate is in charge of making medical decisions on your behalf if you cannot communicate your wishes and is also the person entitled to access your medical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Original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First Alternate (if any)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Second Alternate (if any)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DURABLE POWER OF ATTORNEY (FINANCIAL)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Who do you want to designate as the person to act as agent under your Durable Power of Attorney?  The agent is the person in charge of making financial decisions on your behalf.</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Original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First Alternate (if any)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Second Alternate (if any) 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GIFT TAX RETURNS FILED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Calendar Year 19__/20__</w:t>
      </w:r>
    </w:p>
    <w:p>
      <w:pPr>
        <w:keepNext w:val="0"/>
        <w:spacing w:before="200" w:after="0" w:line="260" w:lineRule="exact"/>
        <w:ind w:left="1080" w:right="0" w:firstLine="0"/>
        <w:jc w:val="both"/>
      </w:pPr>
      <w:r>
        <w:rPr>
          <w:rFonts w:ascii="Times New Roman" w:hAnsi="Times New Roman" w:eastAsia="Times New Roman" w:cs="Times New Roman"/>
          <w:b w:val="0"/>
          <w:sz w:val="24"/>
        </w:rPr>
        <w:t>Taxable Gifts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Tax Due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Gift-Splitting    □  YES  □  NO</w:t>
      </w:r>
    </w:p>
    <w:p>
      <w:pPr>
        <w:keepNext w:val="0"/>
        <w:spacing w:before="200" w:after="0" w:line="260" w:lineRule="exact"/>
        <w:ind w:left="1080" w:right="0" w:firstLine="0"/>
        <w:jc w:val="both"/>
      </w:pPr>
      <w:r>
        <w:rPr>
          <w:rFonts w:ascii="Times New Roman" w:hAnsi="Times New Roman" w:eastAsia="Times New Roman" w:cs="Times New Roman"/>
          <w:b w:val="0"/>
          <w:sz w:val="24"/>
        </w:rPr>
        <w:t>GST Allocation  □  YES  □  NO</w:t>
      </w:r>
    </w:p>
    <w:p>
      <w:pPr>
        <w:keepNext w:val="0"/>
        <w:spacing w:before="200" w:after="0" w:line="260" w:lineRule="exact"/>
        <w:ind w:left="1080" w:right="0" w:firstLine="0"/>
        <w:jc w:val="both"/>
      </w:pPr>
      <w:r>
        <w:rPr>
          <w:rFonts w:ascii="Times New Roman" w:hAnsi="Times New Roman" w:eastAsia="Times New Roman" w:cs="Times New Roman"/>
          <w:b w:val="0"/>
          <w:sz w:val="24"/>
        </w:rPr>
        <w:t>Calendar Year 19__/20__</w:t>
      </w:r>
    </w:p>
    <w:p>
      <w:pPr>
        <w:keepNext w:val="0"/>
        <w:spacing w:before="200" w:after="0" w:line="260" w:lineRule="exact"/>
        <w:ind w:left="1080" w:right="0" w:firstLine="0"/>
        <w:jc w:val="both"/>
      </w:pPr>
      <w:r>
        <w:rPr>
          <w:rFonts w:ascii="Times New Roman" w:hAnsi="Times New Roman" w:eastAsia="Times New Roman" w:cs="Times New Roman"/>
          <w:b w:val="0"/>
          <w:sz w:val="24"/>
        </w:rPr>
        <w:t>Taxable Gifts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Tax Due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Gift-Splitting    □  YES  □  NO</w:t>
      </w:r>
    </w:p>
    <w:p>
      <w:pPr>
        <w:keepNext w:val="0"/>
        <w:spacing w:before="200" w:after="0" w:line="260" w:lineRule="exact"/>
        <w:ind w:left="1080" w:right="0" w:firstLine="0"/>
        <w:jc w:val="both"/>
      </w:pPr>
      <w:r>
        <w:rPr>
          <w:rFonts w:ascii="Times New Roman" w:hAnsi="Times New Roman" w:eastAsia="Times New Roman" w:cs="Times New Roman"/>
          <w:b w:val="0"/>
          <w:sz w:val="24"/>
        </w:rPr>
        <w:t>GST Allocation  □  YES  □  NO</w:t>
      </w:r>
    </w:p>
    <w:p>
      <w:pPr>
        <w:keepNext w:val="0"/>
        <w:spacing w:before="120" w:after="0" w:line="260" w:lineRule="exact"/>
        <w:ind w:left="720" w:right="0" w:firstLine="0"/>
        <w:jc w:val="left"/>
      </w:pPr>
      <w:r>
        <w:rPr>
          <w:rFonts w:ascii="Times New Roman" w:hAnsi="Times New Roman" w:eastAsia="Times New Roman" w:cs="Times New Roman"/>
          <w:b/>
          <w:sz w:val="24"/>
        </w:rPr>
        <w:t>CLOSELY-HELD BUSINESS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Name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Form of Entity   □ Pshp   □ Corp.   □ Sole Prop  □ LLC</w:t>
      </w:r>
    </w:p>
    <w:p>
      <w:pPr>
        <w:keepNext w:val="0"/>
        <w:spacing w:before="200" w:after="0" w:line="260" w:lineRule="exact"/>
        <w:ind w:left="1080" w:right="0" w:firstLine="0"/>
        <w:jc w:val="both"/>
      </w:pPr>
      <w:r>
        <w:rPr>
          <w:rFonts w:ascii="Times New Roman" w:hAnsi="Times New Roman" w:eastAsia="Times New Roman" w:cs="Times New Roman"/>
          <w:b w:val="0"/>
          <w:sz w:val="24"/>
        </w:rPr>
        <w:t>Shareholders'/Partners' Names</w:t>
      </w:r>
    </w:p>
    <w:p>
      <w:pPr>
        <w:keepNext w:val="0"/>
        <w:spacing w:before="200" w:after="0" w:line="260" w:lineRule="exact"/>
        <w:ind w:left="1080" w:right="0" w:firstLine="0"/>
        <w:jc w:val="both"/>
      </w:pPr>
      <w:r>
        <w:rPr>
          <w:rFonts w:ascii="Times New Roman" w:hAnsi="Times New Roman" w:eastAsia="Times New Roman" w:cs="Times New Roman"/>
          <w:b w:val="0"/>
          <w:sz w:val="24"/>
        </w:rPr>
        <w:t>Ownership</w:t>
      </w:r>
    </w:p>
    <w:p>
      <w:pPr>
        <w:keepNext w:val="0"/>
        <w:spacing w:before="200" w:after="0" w:line="260" w:lineRule="exact"/>
        <w:ind w:left="1080" w:right="0" w:firstLine="0"/>
        <w:jc w:val="both"/>
      </w:pPr>
      <w:r>
        <w:rPr>
          <w:rFonts w:ascii="Times New Roman" w:hAnsi="Times New Roman" w:eastAsia="Times New Roman" w:cs="Times New Roman"/>
          <w:b w:val="0"/>
          <w:sz w:val="24"/>
        </w:rPr>
        <w:t>Buy/Sell Agreement Executed:  □  YES □  NO</w:t>
      </w:r>
    </w:p>
    <w:p>
      <w:pPr>
        <w:keepNext w:val="0"/>
        <w:spacing w:before="200" w:after="0" w:line="260" w:lineRule="exact"/>
        <w:ind w:left="1080" w:right="0" w:firstLine="0"/>
        <w:jc w:val="both"/>
      </w:pPr>
      <w:r>
        <w:rPr>
          <w:rFonts w:ascii="Times New Roman" w:hAnsi="Times New Roman" w:eastAsia="Times New Roman" w:cs="Times New Roman"/>
          <w:b w:val="0"/>
          <w:sz w:val="24"/>
        </w:rPr>
        <w:t>Date: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Funded:  □  YES  □  NO</w:t>
      </w:r>
    </w:p>
    <w:p>
      <w:pPr>
        <w:keepNext w:val="0"/>
        <w:spacing w:before="200" w:after="0" w:line="260" w:lineRule="exact"/>
        <w:ind w:left="1080" w:right="0" w:firstLine="0"/>
        <w:jc w:val="both"/>
      </w:pPr>
      <w:r>
        <w:rPr>
          <w:rFonts w:ascii="Times New Roman" w:hAnsi="Times New Roman" w:eastAsia="Times New Roman" w:cs="Times New Roman"/>
          <w:b w:val="0"/>
          <w:sz w:val="24"/>
        </w:rPr>
        <w:t>S Corporation Election:   □  YES  □  NO</w:t>
      </w:r>
    </w:p>
    <w:p>
      <w:pPr>
        <w:keepNext w:val="0"/>
        <w:spacing w:before="200" w:after="0" w:line="260" w:lineRule="exact"/>
        <w:ind w:left="1080" w:right="0" w:firstLine="0"/>
        <w:jc w:val="both"/>
      </w:pPr>
      <w:r>
        <w:rPr>
          <w:rFonts w:ascii="Times New Roman" w:hAnsi="Times New Roman" w:eastAsia="Times New Roman" w:cs="Times New Roman"/>
          <w:b w:val="0"/>
          <w:sz w:val="24"/>
        </w:rPr>
        <w:t>QSST Election Made  □  YES  □  NO</w:t>
      </w:r>
    </w:p>
    <w:p>
      <w:pPr>
        <w:keepNext w:val="0"/>
        <w:spacing w:before="200" w:after="0" w:line="260" w:lineRule="exact"/>
        <w:ind w:left="1080" w:right="0" w:firstLine="0"/>
        <w:jc w:val="both"/>
      </w:pPr>
      <w:r>
        <w:rPr>
          <w:rFonts w:ascii="Times New Roman" w:hAnsi="Times New Roman" w:eastAsia="Times New Roman" w:cs="Times New Roman"/>
          <w:b w:val="0"/>
          <w:sz w:val="24"/>
        </w:rPr>
        <w:t>Salary Continuation Plan □  YES  □  NO</w:t>
      </w:r>
    </w:p>
    <w:p>
      <w:pPr>
        <w:keepNext w:val="0"/>
        <w:spacing w:before="120" w:after="0" w:line="260" w:lineRule="exact"/>
        <w:ind w:left="360" w:right="0" w:firstLine="0"/>
        <w:jc w:val="left"/>
      </w:pP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OR YOUR SPOUSE BEEN PREVIOUSLY MARRIED?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YES □ NO </w:t>
      </w:r>
    </w:p>
    <w:p>
      <w:pPr>
        <w:keepNext w:val="0"/>
        <w:spacing w:before="200" w:after="0" w:line="260" w:lineRule="exact"/>
        <w:ind w:left="720" w:right="0" w:firstLine="0"/>
        <w:jc w:val="both"/>
      </w:pPr>
      <w:r>
        <w:rPr>
          <w:rFonts w:ascii="Times New Roman" w:hAnsi="Times New Roman" w:eastAsia="Times New Roman" w:cs="Times New Roman"/>
          <w:b w:val="0"/>
          <w:sz w:val="24"/>
        </w:rPr>
        <w:t>NOTES: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ARE YOU THE BENEFICIARY OF ANY TRUST, WHETHER OR NOT YOU ARE PRESENTLY RECEIVING ANY INCOME FROM THE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YES □ NO </w:t>
      </w:r>
    </w:p>
    <w:p>
      <w:pPr>
        <w:keepNext w:val="0"/>
        <w:spacing w:before="200" w:after="0" w:line="260" w:lineRule="exact"/>
        <w:ind w:left="720" w:right="0" w:firstLine="0"/>
        <w:jc w:val="both"/>
      </w:pPr>
      <w:r>
        <w:rPr>
          <w:rFonts w:ascii="Times New Roman" w:hAnsi="Times New Roman" w:eastAsia="Times New Roman" w:cs="Times New Roman"/>
          <w:b w:val="0"/>
          <w:sz w:val="24"/>
        </w:rPr>
        <w:t>NOTES: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APPLICABLE, IS YOUR SPOUSE THE BENEFICIARY OF ANY TRUST, WHETHER OR NOT YOU ARE PRESENTLY RECEIVING ANY INCOME FROM THE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YES □ NO </w:t>
      </w:r>
    </w:p>
    <w:p>
      <w:pPr>
        <w:keepNext w:val="0"/>
        <w:spacing w:before="200" w:after="0" w:line="260" w:lineRule="exact"/>
        <w:ind w:left="720" w:right="0" w:firstLine="0"/>
        <w:jc w:val="both"/>
      </w:pPr>
      <w:r>
        <w:rPr>
          <w:rFonts w:ascii="Times New Roman" w:hAnsi="Times New Roman" w:eastAsia="Times New Roman" w:cs="Times New Roman"/>
          <w:b w:val="0"/>
          <w:sz w:val="24"/>
        </w:rPr>
        <w:t>NOTES: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HAVE YOU MADE ANY SIGNIFICANT GIFTS IN ANY ONE CALENDAR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YES □ NO </w:t>
      </w:r>
    </w:p>
    <w:p>
      <w:pPr>
        <w:keepNext w:val="0"/>
        <w:spacing w:before="200" w:after="0" w:line="260" w:lineRule="exact"/>
        <w:ind w:left="720" w:right="0" w:firstLine="0"/>
        <w:jc w:val="both"/>
      </w:pPr>
      <w:r>
        <w:rPr>
          <w:rFonts w:ascii="Times New Roman" w:hAnsi="Times New Roman" w:eastAsia="Times New Roman" w:cs="Times New Roman"/>
          <w:b w:val="0"/>
          <w:sz w:val="24"/>
        </w:rPr>
        <w:t>NOTES: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APPLICABLE, HAS YOUR SPOUSE MADE ANY SIGNIFICANT GIFTS IN ANY ONE CALENDAR YEAR?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YES □ NO </w:t>
      </w:r>
    </w:p>
    <w:p>
      <w:pPr>
        <w:keepNext w:val="0"/>
        <w:spacing w:before="200" w:after="0" w:line="260" w:lineRule="exact"/>
        <w:ind w:left="720" w:right="0" w:firstLine="0"/>
        <w:jc w:val="both"/>
      </w:pPr>
      <w:r>
        <w:rPr>
          <w:rFonts w:ascii="Times New Roman" w:hAnsi="Times New Roman" w:eastAsia="Times New Roman" w:cs="Times New Roman"/>
          <w:b w:val="0"/>
          <w:sz w:val="24"/>
        </w:rPr>
        <w:t>NOTES: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DO YOU HAVE LONG TERM CARE INSURANCE COVERAGE?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YES □ NO </w:t>
      </w:r>
    </w:p>
    <w:p>
      <w:pPr>
        <w:keepNext w:val="0"/>
        <w:spacing w:before="200" w:after="0" w:line="260" w:lineRule="exact"/>
        <w:ind w:left="720" w:right="0" w:firstLine="0"/>
        <w:jc w:val="both"/>
      </w:pPr>
      <w:r>
        <w:rPr>
          <w:rFonts w:ascii="Times New Roman" w:hAnsi="Times New Roman" w:eastAsia="Times New Roman" w:cs="Times New Roman"/>
          <w:b w:val="0"/>
          <w:sz w:val="24"/>
        </w:rPr>
        <w:t>NOTES: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APPLICABLE, DOES YOUR SPOUSE HAVE LONG TERM CARE INSURANCE COVERAGE?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YES □ NO </w:t>
      </w:r>
    </w:p>
    <w:p>
      <w:pPr>
        <w:keepNext w:val="0"/>
        <w:spacing w:before="200" w:after="0" w:line="260" w:lineRule="exact"/>
        <w:ind w:left="720" w:right="0" w:firstLine="0"/>
        <w:jc w:val="both"/>
      </w:pPr>
      <w:r>
        <w:rPr>
          <w:rFonts w:ascii="Times New Roman" w:hAnsi="Times New Roman" w:eastAsia="Times New Roman" w:cs="Times New Roman"/>
          <w:b w:val="0"/>
          <w:sz w:val="24"/>
        </w:rPr>
        <w:t>NOTES: ____________________</w:t>
      </w:r>
    </w:p>
    <w:p>
      <w:pPr>
        <w:keepNext w:val="0"/>
        <w:spacing w:before="200" w:after="0" w:line="260" w:lineRule="exact"/>
        <w:ind w:left="360" w:right="0" w:firstLine="0"/>
        <w:jc w:val="center"/>
      </w:pPr>
      <w:r>
        <w:rPr>
          <w:rFonts w:ascii="Times New Roman" w:hAnsi="Times New Roman" w:eastAsia="Times New Roman" w:cs="Times New Roman"/>
          <w:b/>
          <w:sz w:val="24"/>
        </w:rPr>
        <w:t>ANY OTHER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