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Estate Planning Questionnaire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Estate Planning Questionnaire (Married Client)</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BASIC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DATE OF MARRIAGE: 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PLACE OF MARRIAGE: 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LOCATION OF MARRIAGE CERTIFICATE: 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Has either of you stored eggs or sperm or gametes from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could be conceived after death?</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w:t>
      </w:r>
    </w:p>
    <w:p>
      <w:pPr>
        <w:keepNext w:val="0"/>
        <w:spacing w:before="200" w:after="0" w:line="260" w:lineRule="exact"/>
        <w:ind w:left="1440" w:right="0" w:firstLine="0"/>
        <w:jc w:val="both"/>
      </w:pPr>
      <w:r>
        <w:rPr>
          <w:rFonts w:ascii="Times New Roman" w:hAnsi="Times New Roman" w:eastAsia="Times New Roman" w:cs="Times New Roman"/>
          <w:b w:val="0"/>
          <w:sz w:val="24"/>
        </w:rPr>
        <w:t>Do any intended beneficiaries have special needs?</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w:t>
      </w:r>
    </w:p>
    <w:p>
      <w:pPr>
        <w:keepNext w:val="0"/>
        <w:spacing w:before="120" w:after="0" w:line="260" w:lineRule="exact"/>
        <w:ind w:left="1440" w:right="0" w:firstLine="240"/>
        <w:jc w:val="left"/>
      </w:pPr>
      <w:r>
        <w:rPr>
          <w:rFonts w:ascii="Times New Roman" w:hAnsi="Times New Roman" w:eastAsia="Times New Roman" w:cs="Times New Roman"/>
          <w:b w:val="0"/>
          <w:sz w:val="24"/>
        </w:rPr>
        <w:t>Are they receiving any benefits?</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 benefits.</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Are you considering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Needs Trust (SNT) for the benefit of the person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for his/her entire lifetime?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MARRIAGE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PRIOR MARRIAGES</w:t>
      </w:r>
    </w:p>
    <w:p>
      <w:pPr>
        <w:keepNext w:val="0"/>
        <w:spacing w:before="200" w:after="0" w:line="260" w:lineRule="exact"/>
        <w:ind w:left="1440" w:right="0" w:firstLine="0"/>
        <w:jc w:val="both"/>
      </w:pPr>
      <w:r>
        <w:rPr>
          <w:rFonts w:ascii="Times New Roman" w:hAnsi="Times New Roman" w:eastAsia="Times New Roman" w:cs="Times New Roman"/>
          <w:b w:val="0"/>
          <w:sz w:val="24"/>
        </w:rPr>
        <w:t>Client (circle one): Yes or No</w:t>
      </w:r>
    </w:p>
    <w:p>
      <w:pPr>
        <w:keepNext w:val="0"/>
        <w:spacing w:before="200" w:after="0" w:line="260" w:lineRule="exact"/>
        <w:ind w:left="1440" w:right="0" w:firstLine="0"/>
        <w:jc w:val="both"/>
      </w:pPr>
      <w:r>
        <w:rPr>
          <w:rFonts w:ascii="Times New Roman" w:hAnsi="Times New Roman" w:eastAsia="Times New Roman" w:cs="Times New Roman"/>
          <w:b w:val="0"/>
          <w:sz w:val="24"/>
        </w:rPr>
        <w:t>Name of Former Spouse:</w:t>
      </w:r>
    </w:p>
    <w:p>
      <w:pPr>
        <w:keepNext w:val="0"/>
        <w:spacing w:before="200" w:after="0" w:line="260" w:lineRule="exact"/>
        <w:ind w:left="1440" w:right="0" w:firstLine="0"/>
        <w:jc w:val="both"/>
      </w:pPr>
      <w:r>
        <w:rPr>
          <w:rFonts w:ascii="Times New Roman" w:hAnsi="Times New Roman" w:eastAsia="Times New Roman" w:cs="Times New Roman"/>
          <w:b w:val="0"/>
          <w:sz w:val="24"/>
        </w:rPr>
        <w:t>DATE OF MARRIAGE:</w:t>
      </w:r>
    </w:p>
    <w:p>
      <w:pPr>
        <w:keepNext w:val="0"/>
        <w:spacing w:before="200" w:after="0" w:line="260" w:lineRule="exact"/>
        <w:ind w:left="1440" w:right="0" w:firstLine="0"/>
        <w:jc w:val="both"/>
      </w:pPr>
      <w:r>
        <w:rPr>
          <w:rFonts w:ascii="Times New Roman" w:hAnsi="Times New Roman" w:eastAsia="Times New Roman" w:cs="Times New Roman"/>
          <w:b w:val="0"/>
          <w:sz w:val="24"/>
        </w:rPr>
        <w:t>PLACE OF MARRIAGE:</w:t>
      </w:r>
    </w:p>
    <w:p>
      <w:pPr>
        <w:keepNext w:val="0"/>
        <w:spacing w:before="200" w:after="0" w:line="260" w:lineRule="exact"/>
        <w:ind w:left="1440" w:right="0" w:firstLine="0"/>
        <w:jc w:val="both"/>
      </w:pPr>
      <w:r>
        <w:rPr>
          <w:rFonts w:ascii="Times New Roman" w:hAnsi="Times New Roman" w:eastAsia="Times New Roman" w:cs="Times New Roman"/>
          <w:b w:val="0"/>
          <w:sz w:val="24"/>
        </w:rPr>
        <w:t>If Terminated by Death:</w:t>
      </w:r>
    </w:p>
    <w:p>
      <w:pPr>
        <w:keepNext w:val="0"/>
        <w:spacing w:before="200" w:after="0" w:line="260" w:lineRule="exact"/>
        <w:ind w:left="1440" w:right="0" w:firstLine="0"/>
        <w:jc w:val="both"/>
      </w:pPr>
      <w:r>
        <w:rPr>
          <w:rFonts w:ascii="Times New Roman" w:hAnsi="Times New Roman" w:eastAsia="Times New Roman" w:cs="Times New Roman"/>
          <w:b w:val="0"/>
          <w:sz w:val="24"/>
        </w:rPr>
        <w:t>Date of Death:</w:t>
      </w:r>
    </w:p>
    <w:p>
      <w:pPr>
        <w:keepNext w:val="0"/>
        <w:spacing w:before="200" w:after="0" w:line="260" w:lineRule="exact"/>
        <w:ind w:left="1440" w:right="0" w:firstLine="0"/>
        <w:jc w:val="both"/>
      </w:pPr>
      <w:r>
        <w:rPr>
          <w:rFonts w:ascii="Times New Roman" w:hAnsi="Times New Roman" w:eastAsia="Times New Roman" w:cs="Times New Roman"/>
          <w:b w:val="0"/>
          <w:sz w:val="24"/>
        </w:rPr>
        <w:t>Place of Death: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Is there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interest in the deceased spouse's estate that has passed or may pass to you or your children?</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If yes, please estimate its value and include copies of any relevant documents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trust, insurance policy, annuity contract, etc.</w:t>
      </w:r>
    </w:p>
    <w:p>
      <w:pPr>
        <w:keepNext w:val="0"/>
        <w:spacing w:before="200" w:after="0" w:line="260" w:lineRule="exact"/>
        <w:ind w:left="1440" w:right="0" w:firstLine="0"/>
        <w:jc w:val="both"/>
      </w:pPr>
      <w:r>
        <w:rPr>
          <w:rFonts w:ascii="Times New Roman" w:hAnsi="Times New Roman" w:eastAsia="Times New Roman" w:cs="Times New Roman"/>
          <w:b w:val="0"/>
          <w:sz w:val="24"/>
        </w:rPr>
        <w:t>If Terminated by Divorce:</w:t>
      </w:r>
    </w:p>
    <w:p>
      <w:pPr>
        <w:keepNext w:val="0"/>
        <w:spacing w:before="200" w:after="0" w:line="260" w:lineRule="exact"/>
        <w:ind w:left="1440" w:right="0" w:firstLine="0"/>
        <w:jc w:val="both"/>
      </w:pPr>
      <w:r>
        <w:rPr>
          <w:rFonts w:ascii="Times New Roman" w:hAnsi="Times New Roman" w:eastAsia="Times New Roman" w:cs="Times New Roman"/>
          <w:b w:val="0"/>
          <w:sz w:val="24"/>
        </w:rPr>
        <w:t>Date Decree Obtained:</w:t>
      </w:r>
    </w:p>
    <w:p>
      <w:pPr>
        <w:keepNext w:val="0"/>
        <w:spacing w:before="200" w:after="0" w:line="260" w:lineRule="exact"/>
        <w:ind w:left="1440" w:right="0" w:firstLine="0"/>
        <w:jc w:val="both"/>
      </w:pPr>
      <w:r>
        <w:rPr>
          <w:rFonts w:ascii="Times New Roman" w:hAnsi="Times New Roman" w:eastAsia="Times New Roman" w:cs="Times New Roman"/>
          <w:b w:val="0"/>
          <w:sz w:val="24"/>
        </w:rPr>
        <w:t>Place Decree Obtained: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If so, please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property settlement agreed upon or ordered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If so, please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w:t>
      </w:r>
    </w:p>
    <w:p>
      <w:pPr>
        <w:keepNext w:val="0"/>
        <w:spacing w:before="200" w:after="0" w:line="260" w:lineRule="exact"/>
        <w:ind w:left="1440" w:right="0" w:firstLine="0"/>
        <w:jc w:val="both"/>
      </w:pPr>
      <w:r>
        <w:rPr>
          <w:rFonts w:ascii="Times New Roman" w:hAnsi="Times New Roman" w:eastAsia="Times New Roman" w:cs="Times New Roman"/>
          <w:b w:val="0"/>
          <w:sz w:val="24"/>
        </w:rPr>
        <w:t>Client's Spouse:</w:t>
      </w:r>
    </w:p>
    <w:p>
      <w:pPr>
        <w:keepNext w:val="0"/>
        <w:spacing w:before="200" w:after="0" w:line="260" w:lineRule="exact"/>
        <w:ind w:left="1440" w:right="0" w:firstLine="0"/>
        <w:jc w:val="both"/>
      </w:pPr>
      <w:r>
        <w:rPr>
          <w:rFonts w:ascii="Times New Roman" w:hAnsi="Times New Roman" w:eastAsia="Times New Roman" w:cs="Times New Roman"/>
          <w:b w:val="0"/>
          <w:sz w:val="24"/>
        </w:rPr>
        <w:t>Name of Former Spouse:</w:t>
      </w:r>
    </w:p>
    <w:p>
      <w:pPr>
        <w:keepNext w:val="0"/>
        <w:spacing w:before="200" w:after="0" w:line="260" w:lineRule="exact"/>
        <w:ind w:left="1440" w:right="0" w:firstLine="0"/>
        <w:jc w:val="both"/>
      </w:pPr>
      <w:r>
        <w:rPr>
          <w:rFonts w:ascii="Times New Roman" w:hAnsi="Times New Roman" w:eastAsia="Times New Roman" w:cs="Times New Roman"/>
          <w:b w:val="0"/>
          <w:sz w:val="24"/>
        </w:rPr>
        <w:t>DATE OF MARRIAGE:</w:t>
      </w:r>
    </w:p>
    <w:p>
      <w:pPr>
        <w:keepNext w:val="0"/>
        <w:spacing w:before="200" w:after="0" w:line="260" w:lineRule="exact"/>
        <w:ind w:left="1440" w:right="0" w:firstLine="0"/>
        <w:jc w:val="both"/>
      </w:pPr>
      <w:r>
        <w:rPr>
          <w:rFonts w:ascii="Times New Roman" w:hAnsi="Times New Roman" w:eastAsia="Times New Roman" w:cs="Times New Roman"/>
          <w:b w:val="0"/>
          <w:sz w:val="24"/>
        </w:rPr>
        <w:t>PLACE OF MARRIAGE:</w:t>
      </w:r>
    </w:p>
    <w:p>
      <w:pPr>
        <w:keepNext w:val="0"/>
        <w:spacing w:before="200" w:after="0" w:line="260" w:lineRule="exact"/>
        <w:ind w:left="1440" w:right="0" w:firstLine="0"/>
        <w:jc w:val="both"/>
      </w:pPr>
      <w:r>
        <w:rPr>
          <w:rFonts w:ascii="Times New Roman" w:hAnsi="Times New Roman" w:eastAsia="Times New Roman" w:cs="Times New Roman"/>
          <w:b w:val="0"/>
          <w:sz w:val="24"/>
        </w:rPr>
        <w:t>If Terminated by Death:</w:t>
      </w:r>
    </w:p>
    <w:p>
      <w:pPr>
        <w:keepNext w:val="0"/>
        <w:spacing w:before="200" w:after="0" w:line="260" w:lineRule="exact"/>
        <w:ind w:left="1440" w:right="0" w:firstLine="0"/>
        <w:jc w:val="both"/>
      </w:pPr>
      <w:r>
        <w:rPr>
          <w:rFonts w:ascii="Times New Roman" w:hAnsi="Times New Roman" w:eastAsia="Times New Roman" w:cs="Times New Roman"/>
          <w:b w:val="0"/>
          <w:sz w:val="24"/>
        </w:rPr>
        <w:t>Date of Death:</w:t>
      </w:r>
    </w:p>
    <w:p>
      <w:pPr>
        <w:keepNext w:val="0"/>
        <w:spacing w:before="200" w:after="0" w:line="260" w:lineRule="exact"/>
        <w:ind w:left="1440" w:right="0" w:firstLine="0"/>
        <w:jc w:val="both"/>
      </w:pPr>
      <w:r>
        <w:rPr>
          <w:rFonts w:ascii="Times New Roman" w:hAnsi="Times New Roman" w:eastAsia="Times New Roman" w:cs="Times New Roman"/>
          <w:b w:val="0"/>
          <w:sz w:val="24"/>
        </w:rPr>
        <w:t>Place of Death: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Is there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interest in the deceased spouse's estate that has passed or may pass to you or your children?</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If so, please estimate its value and include copies of any relevant documents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trust, insurance policy, annuity contract, etc.</w:t>
      </w:r>
    </w:p>
    <w:p>
      <w:pPr>
        <w:keepNext w:val="0"/>
        <w:spacing w:before="200" w:after="0" w:line="260" w:lineRule="exact"/>
        <w:ind w:left="1440" w:right="0" w:firstLine="0"/>
        <w:jc w:val="both"/>
      </w:pPr>
      <w:r>
        <w:rPr>
          <w:rFonts w:ascii="Times New Roman" w:hAnsi="Times New Roman" w:eastAsia="Times New Roman" w:cs="Times New Roman"/>
          <w:b w:val="0"/>
          <w:sz w:val="24"/>
        </w:rPr>
        <w:t>If Terminated by Divorce:</w:t>
      </w:r>
    </w:p>
    <w:p>
      <w:pPr>
        <w:keepNext w:val="0"/>
        <w:spacing w:before="200" w:after="0" w:line="260" w:lineRule="exact"/>
        <w:ind w:left="1440" w:right="0" w:firstLine="0"/>
        <w:jc w:val="both"/>
      </w:pPr>
      <w:r>
        <w:rPr>
          <w:rFonts w:ascii="Times New Roman" w:hAnsi="Times New Roman" w:eastAsia="Times New Roman" w:cs="Times New Roman"/>
          <w:b w:val="0"/>
          <w:sz w:val="24"/>
        </w:rPr>
        <w:t>Date Decree Obtained:</w:t>
      </w:r>
    </w:p>
    <w:p>
      <w:pPr>
        <w:keepNext w:val="0"/>
        <w:spacing w:before="200" w:after="0" w:line="260" w:lineRule="exact"/>
        <w:ind w:left="1440" w:right="0" w:firstLine="0"/>
        <w:jc w:val="both"/>
      </w:pPr>
      <w:r>
        <w:rPr>
          <w:rFonts w:ascii="Times New Roman" w:hAnsi="Times New Roman" w:eastAsia="Times New Roman" w:cs="Times New Roman"/>
          <w:b w:val="0"/>
          <w:sz w:val="24"/>
        </w:rPr>
        <w:t>Place Decree Obtained: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If so, please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property settlement agreed upon or ordered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If so, please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GRANDCHILDREN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Any grandchildren?</w:t>
      </w:r>
    </w:p>
    <w:p>
      <w:pPr>
        <w:keepNext w:val="0"/>
        <w:spacing w:before="200" w:after="0" w:line="260" w:lineRule="exact"/>
        <w:ind w:left="1440" w:right="0" w:firstLine="0"/>
        <w:jc w:val="both"/>
      </w:pPr>
      <w:r>
        <w:rPr>
          <w:rFonts w:ascii="Times New Roman" w:hAnsi="Times New Roman" w:eastAsia="Times New Roman" w:cs="Times New Roman"/>
          <w:b w:val="0"/>
          <w:sz w:val="24"/>
        </w:rPr>
        <w:t>Grandchild Name:</w:t>
      </w:r>
    </w:p>
    <w:p>
      <w:pPr>
        <w:keepNext w:val="0"/>
        <w:spacing w:before="200" w:after="0" w:line="260" w:lineRule="exact"/>
        <w:ind w:left="1440" w:right="0" w:firstLine="0"/>
        <w:jc w:val="both"/>
      </w:pPr>
      <w:r>
        <w:rPr>
          <w:rFonts w:ascii="Times New Roman" w:hAnsi="Times New Roman" w:eastAsia="Times New Roman" w:cs="Times New Roman"/>
          <w:b w:val="0"/>
          <w:sz w:val="24"/>
        </w:rPr>
        <w:t>Names of Parents:</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Date of Birth:</w:t>
      </w:r>
    </w:p>
    <w:p>
      <w:pPr>
        <w:keepNext w:val="0"/>
        <w:spacing w:before="200" w:after="0" w:line="260" w:lineRule="exact"/>
        <w:ind w:left="1440" w:right="0" w:firstLine="0"/>
        <w:jc w:val="both"/>
      </w:pPr>
      <w:r>
        <w:rPr>
          <w:rFonts w:ascii="Times New Roman" w:hAnsi="Times New Roman" w:eastAsia="Times New Roman" w:cs="Times New Roman"/>
          <w:b w:val="0"/>
          <w:sz w:val="24"/>
        </w:rPr>
        <w:t>Grandchild Name:</w:t>
      </w:r>
    </w:p>
    <w:p>
      <w:pPr>
        <w:keepNext w:val="0"/>
        <w:spacing w:before="200" w:after="0" w:line="260" w:lineRule="exact"/>
        <w:ind w:left="1440" w:right="0" w:firstLine="0"/>
        <w:jc w:val="both"/>
      </w:pPr>
      <w:r>
        <w:rPr>
          <w:rFonts w:ascii="Times New Roman" w:hAnsi="Times New Roman" w:eastAsia="Times New Roman" w:cs="Times New Roman"/>
          <w:b w:val="0"/>
          <w:sz w:val="24"/>
        </w:rPr>
        <w:t>Names of Parents:</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Date of Birth:</w:t>
      </w:r>
    </w:p>
    <w:p>
      <w:pPr>
        <w:keepNext w:val="0"/>
        <w:spacing w:before="200" w:after="0" w:line="260" w:lineRule="exact"/>
        <w:ind w:left="1440" w:right="0" w:firstLine="0"/>
        <w:jc w:val="both"/>
      </w:pPr>
      <w:r>
        <w:rPr>
          <w:rFonts w:ascii="Times New Roman" w:hAnsi="Times New Roman" w:eastAsia="Times New Roman" w:cs="Times New Roman"/>
          <w:b w:val="0"/>
          <w:sz w:val="24"/>
        </w:rPr>
        <w:t>Grandchild Name:</w:t>
      </w:r>
    </w:p>
    <w:p>
      <w:pPr>
        <w:keepNext w:val="0"/>
        <w:spacing w:before="200" w:after="0" w:line="260" w:lineRule="exact"/>
        <w:ind w:left="1440" w:right="0" w:firstLine="0"/>
        <w:jc w:val="both"/>
      </w:pPr>
      <w:r>
        <w:rPr>
          <w:rFonts w:ascii="Times New Roman" w:hAnsi="Times New Roman" w:eastAsia="Times New Roman" w:cs="Times New Roman"/>
          <w:b w:val="0"/>
          <w:sz w:val="24"/>
        </w:rPr>
        <w:t>Names of Parents:</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Date of Birth:</w:t>
      </w:r>
    </w:p>
    <w:p>
      <w:pPr>
        <w:keepNext w:val="0"/>
        <w:spacing w:before="200" w:after="0" w:line="260" w:lineRule="exact"/>
        <w:ind w:left="1440" w:right="0" w:firstLine="0"/>
        <w:jc w:val="both"/>
      </w:pPr>
      <w:r>
        <w:rPr>
          <w:rFonts w:ascii="Times New Roman" w:hAnsi="Times New Roman" w:eastAsia="Times New Roman" w:cs="Times New Roman"/>
          <w:b w:val="0"/>
          <w:sz w:val="24"/>
        </w:rPr>
        <w:t>Grandchild Name:</w:t>
      </w:r>
    </w:p>
    <w:p>
      <w:pPr>
        <w:keepNext w:val="0"/>
        <w:spacing w:before="200" w:after="0" w:line="260" w:lineRule="exact"/>
        <w:ind w:left="1440" w:right="0" w:firstLine="0"/>
        <w:jc w:val="both"/>
      </w:pPr>
      <w:r>
        <w:rPr>
          <w:rFonts w:ascii="Times New Roman" w:hAnsi="Times New Roman" w:eastAsia="Times New Roman" w:cs="Times New Roman"/>
          <w:b w:val="0"/>
          <w:sz w:val="24"/>
        </w:rPr>
        <w:t>Names of Parents:</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Date of Birth:</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LIVING PARENTS AND STEP-PARENTS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Client's Parents:</w:t>
      </w:r>
    </w:p>
    <w:p>
      <w:pPr>
        <w:keepNext w:val="0"/>
        <w:spacing w:before="120" w:after="0" w:line="260" w:lineRule="exact"/>
        <w:ind w:left="1440" w:right="0" w:firstLine="240"/>
        <w:jc w:val="left"/>
      </w:pPr>
      <w:r>
        <w:rPr>
          <w:rFonts w:ascii="Times New Roman" w:hAnsi="Times New Roman" w:eastAsia="Times New Roman" w:cs="Times New Roman"/>
          <w:b w:val="0"/>
          <w:sz w:val="24"/>
        </w:rPr>
        <w:t>Name:</w:t>
      </w:r>
    </w:p>
    <w:p>
      <w:pPr>
        <w:keepNext w:val="0"/>
        <w:spacing w:before="120" w:after="0" w:line="260" w:lineRule="exact"/>
        <w:ind w:left="1440" w:right="0" w:firstLine="240"/>
        <w:jc w:val="left"/>
      </w:pPr>
      <w:r>
        <w:rPr>
          <w:rFonts w:ascii="Times New Roman" w:hAnsi="Times New Roman" w:eastAsia="Times New Roman" w:cs="Times New Roman"/>
          <w:b w:val="0"/>
          <w:sz w:val="24"/>
        </w:rPr>
        <w:t>Address:</w:t>
      </w:r>
    </w:p>
    <w:p>
      <w:pPr>
        <w:keepNext w:val="0"/>
        <w:spacing w:before="120" w:after="0" w:line="260" w:lineRule="exact"/>
        <w:ind w:left="1440" w:right="0" w:firstLine="240"/>
        <w:jc w:val="left"/>
      </w:pPr>
      <w:r>
        <w:rPr>
          <w:rFonts w:ascii="Times New Roman" w:hAnsi="Times New Roman" w:eastAsia="Times New Roman" w:cs="Times New Roman"/>
          <w:b w:val="0"/>
          <w:sz w:val="24"/>
        </w:rPr>
        <w:t>Name:</w:t>
      </w:r>
    </w:p>
    <w:p>
      <w:pPr>
        <w:keepNext w:val="0"/>
        <w:spacing w:before="120" w:after="0" w:line="260" w:lineRule="exact"/>
        <w:ind w:left="1440" w:right="0" w:firstLine="240"/>
        <w:jc w:val="left"/>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Spouse's Parents:</w:t>
      </w:r>
    </w:p>
    <w:p>
      <w:pPr>
        <w:keepNext w:val="0"/>
        <w:spacing w:before="120" w:after="0" w:line="260" w:lineRule="exact"/>
        <w:ind w:left="1440" w:right="0" w:firstLine="240"/>
        <w:jc w:val="left"/>
      </w:pPr>
      <w:r>
        <w:rPr>
          <w:rFonts w:ascii="Times New Roman" w:hAnsi="Times New Roman" w:eastAsia="Times New Roman" w:cs="Times New Roman"/>
          <w:b w:val="0"/>
          <w:sz w:val="24"/>
        </w:rPr>
        <w:t>Name:</w:t>
      </w:r>
    </w:p>
    <w:p>
      <w:pPr>
        <w:keepNext w:val="0"/>
        <w:spacing w:before="120" w:after="0" w:line="260" w:lineRule="exact"/>
        <w:ind w:left="1440" w:right="0" w:firstLine="240"/>
        <w:jc w:val="left"/>
      </w:pPr>
      <w:r>
        <w:rPr>
          <w:rFonts w:ascii="Times New Roman" w:hAnsi="Times New Roman" w:eastAsia="Times New Roman" w:cs="Times New Roman"/>
          <w:b w:val="0"/>
          <w:sz w:val="24"/>
        </w:rPr>
        <w:t>Address:</w:t>
      </w:r>
    </w:p>
    <w:p>
      <w:pPr>
        <w:keepNext w:val="0"/>
        <w:spacing w:before="120" w:after="0" w:line="260" w:lineRule="exact"/>
        <w:ind w:left="1440" w:right="0" w:firstLine="240"/>
        <w:jc w:val="left"/>
      </w:pPr>
      <w:r>
        <w:rPr>
          <w:rFonts w:ascii="Times New Roman" w:hAnsi="Times New Roman" w:eastAsia="Times New Roman" w:cs="Times New Roman"/>
          <w:b w:val="0"/>
          <w:sz w:val="24"/>
        </w:rPr>
        <w:t>Name:</w:t>
      </w:r>
    </w:p>
    <w:p>
      <w:pPr>
        <w:keepNext w:val="0"/>
        <w:spacing w:before="120" w:after="0" w:line="260" w:lineRule="exact"/>
        <w:ind w:left="1440" w:right="0" w:firstLine="240"/>
        <w:jc w:val="left"/>
      </w:pPr>
      <w:r>
        <w:rPr>
          <w:rFonts w:ascii="Times New Roman" w:hAnsi="Times New Roman" w:eastAsia="Times New Roman" w:cs="Times New Roman"/>
          <w:b w:val="0"/>
          <w:sz w:val="24"/>
        </w:rPr>
        <w:t>Address: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LIVING BROTHERS AND SISTERS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Client's Siblings:</w:t>
      </w:r>
    </w:p>
    <w:p>
      <w:pPr>
        <w:keepNext w:val="0"/>
        <w:spacing w:before="120" w:after="0" w:line="260" w:lineRule="exact"/>
        <w:ind w:left="1440" w:right="0" w:firstLine="240"/>
        <w:jc w:val="left"/>
      </w:pPr>
      <w:r>
        <w:rPr>
          <w:rFonts w:ascii="Times New Roman" w:hAnsi="Times New Roman" w:eastAsia="Times New Roman" w:cs="Times New Roman"/>
          <w:b w:val="0"/>
          <w:sz w:val="24"/>
        </w:rPr>
        <w:t>Name:</w:t>
      </w:r>
    </w:p>
    <w:p>
      <w:pPr>
        <w:keepNext w:val="0"/>
        <w:spacing w:before="120" w:after="0" w:line="260" w:lineRule="exact"/>
        <w:ind w:left="1440" w:right="0" w:firstLine="240"/>
        <w:jc w:val="left"/>
      </w:pPr>
      <w:r>
        <w:rPr>
          <w:rFonts w:ascii="Times New Roman" w:hAnsi="Times New Roman" w:eastAsia="Times New Roman" w:cs="Times New Roman"/>
          <w:b w:val="0"/>
          <w:sz w:val="24"/>
        </w:rPr>
        <w:t>Spouse's Name:</w:t>
      </w:r>
    </w:p>
    <w:p>
      <w:pPr>
        <w:keepNext w:val="0"/>
        <w:spacing w:before="120" w:after="0" w:line="260" w:lineRule="exact"/>
        <w:ind w:left="1440" w:right="0" w:firstLine="240"/>
        <w:jc w:val="left"/>
      </w:pPr>
      <w:r>
        <w:rPr>
          <w:rFonts w:ascii="Times New Roman" w:hAnsi="Times New Roman" w:eastAsia="Times New Roman" w:cs="Times New Roman"/>
          <w:b w:val="0"/>
          <w:sz w:val="24"/>
        </w:rPr>
        <w:t>Address:</w:t>
      </w:r>
    </w:p>
    <w:p>
      <w:pPr>
        <w:keepNext w:val="0"/>
        <w:spacing w:before="120" w:after="0" w:line="260" w:lineRule="exact"/>
        <w:ind w:left="1440" w:right="0" w:firstLine="240"/>
        <w:jc w:val="left"/>
      </w:pPr>
      <w:r>
        <w:rPr>
          <w:rFonts w:ascii="Times New Roman" w:hAnsi="Times New Roman" w:eastAsia="Times New Roman" w:cs="Times New Roman"/>
          <w:b w:val="0"/>
          <w:sz w:val="24"/>
        </w:rPr>
        <w:t>Name:</w:t>
      </w:r>
    </w:p>
    <w:p>
      <w:pPr>
        <w:keepNext w:val="0"/>
        <w:spacing w:before="120" w:after="0" w:line="260" w:lineRule="exact"/>
        <w:ind w:left="1440" w:right="0" w:firstLine="240"/>
        <w:jc w:val="left"/>
      </w:pPr>
      <w:r>
        <w:rPr>
          <w:rFonts w:ascii="Times New Roman" w:hAnsi="Times New Roman" w:eastAsia="Times New Roman" w:cs="Times New Roman"/>
          <w:b w:val="0"/>
          <w:sz w:val="24"/>
        </w:rPr>
        <w:t>Spouse's Name:</w:t>
      </w:r>
    </w:p>
    <w:p>
      <w:pPr>
        <w:keepNext w:val="0"/>
        <w:spacing w:before="120" w:after="0" w:line="260" w:lineRule="exact"/>
        <w:ind w:left="1440" w:right="0" w:firstLine="240"/>
        <w:jc w:val="left"/>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Spouse's Siblings:</w:t>
      </w:r>
    </w:p>
    <w:p>
      <w:pPr>
        <w:keepNext w:val="0"/>
        <w:spacing w:before="120" w:after="0" w:line="260" w:lineRule="exact"/>
        <w:ind w:left="1440" w:right="0" w:firstLine="240"/>
        <w:jc w:val="left"/>
      </w:pPr>
      <w:r>
        <w:rPr>
          <w:rFonts w:ascii="Times New Roman" w:hAnsi="Times New Roman" w:eastAsia="Times New Roman" w:cs="Times New Roman"/>
          <w:b w:val="0"/>
          <w:sz w:val="24"/>
        </w:rPr>
        <w:t>Name:</w:t>
      </w:r>
    </w:p>
    <w:p>
      <w:pPr>
        <w:keepNext w:val="0"/>
        <w:spacing w:before="120" w:after="0" w:line="260" w:lineRule="exact"/>
        <w:ind w:left="1440" w:right="0" w:firstLine="240"/>
        <w:jc w:val="left"/>
      </w:pPr>
      <w:r>
        <w:rPr>
          <w:rFonts w:ascii="Times New Roman" w:hAnsi="Times New Roman" w:eastAsia="Times New Roman" w:cs="Times New Roman"/>
          <w:b w:val="0"/>
          <w:sz w:val="24"/>
        </w:rPr>
        <w:t>Spouse's Name:</w:t>
      </w:r>
    </w:p>
    <w:p>
      <w:pPr>
        <w:keepNext w:val="0"/>
        <w:spacing w:before="120" w:after="0" w:line="260" w:lineRule="exact"/>
        <w:ind w:left="1440" w:right="0" w:firstLine="240"/>
        <w:jc w:val="left"/>
      </w:pPr>
      <w:r>
        <w:rPr>
          <w:rFonts w:ascii="Times New Roman" w:hAnsi="Times New Roman" w:eastAsia="Times New Roman" w:cs="Times New Roman"/>
          <w:b w:val="0"/>
          <w:sz w:val="24"/>
        </w:rPr>
        <w:t>Address:</w:t>
      </w:r>
    </w:p>
    <w:p>
      <w:pPr>
        <w:keepNext w:val="0"/>
        <w:spacing w:before="120" w:after="0" w:line="260" w:lineRule="exact"/>
        <w:ind w:left="1440" w:right="0" w:firstLine="240"/>
        <w:jc w:val="left"/>
      </w:pPr>
      <w:r>
        <w:rPr>
          <w:rFonts w:ascii="Times New Roman" w:hAnsi="Times New Roman" w:eastAsia="Times New Roman" w:cs="Times New Roman"/>
          <w:b w:val="0"/>
          <w:sz w:val="24"/>
        </w:rPr>
        <w:t>Name:</w:t>
      </w:r>
    </w:p>
    <w:p>
      <w:pPr>
        <w:keepNext w:val="0"/>
        <w:spacing w:before="120" w:after="0" w:line="260" w:lineRule="exact"/>
        <w:ind w:left="1440" w:right="0" w:firstLine="240"/>
        <w:jc w:val="left"/>
      </w:pPr>
      <w:r>
        <w:rPr>
          <w:rFonts w:ascii="Times New Roman" w:hAnsi="Times New Roman" w:eastAsia="Times New Roman" w:cs="Times New Roman"/>
          <w:b w:val="0"/>
          <w:sz w:val="24"/>
        </w:rPr>
        <w:t>Spouse's Name:</w:t>
      </w:r>
    </w:p>
    <w:p>
      <w:pPr>
        <w:keepNext w:val="0"/>
        <w:spacing w:before="120" w:after="0" w:line="260" w:lineRule="exact"/>
        <w:ind w:left="1440" w:right="0" w:firstLine="240"/>
        <w:jc w:val="left"/>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Include information for any additional siblings not listed above:</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Do you and your spouse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pre-nuptial agreement or any other agreement concerning division of your property?</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If yes, please supply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w:t>
      </w:r>
    </w:p>
    <w:p>
      <w:pPr>
        <w:keepNext w:val="0"/>
        <w:spacing w:before="200" w:after="0" w:line="260" w:lineRule="exact"/>
        <w:ind w:left="1440" w:right="0" w:firstLine="0"/>
        <w:jc w:val="both"/>
      </w:pPr>
      <w:r>
        <w:rPr>
          <w:rFonts w:ascii="Times New Roman" w:hAnsi="Times New Roman" w:eastAsia="Times New Roman" w:cs="Times New Roman"/>
          <w:b w:val="0"/>
          <w:sz w:val="24"/>
        </w:rPr>
        <w:t>Has either you and/or your spouse served in the military?</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 dates and service: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Do either you and/or your spouse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cemetery plot?</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 location and ownership:</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RESIDENCES.</w:t>
      </w:r>
    </w:p>
    <w:p>
      <w:pPr>
        <w:keepNext w:val="0"/>
        <w:spacing w:before="200" w:after="0" w:line="260" w:lineRule="exact"/>
        <w:ind w:left="1440" w:right="0" w:firstLine="0"/>
        <w:jc w:val="both"/>
      </w:pPr>
      <w:r>
        <w:rPr>
          <w:rFonts w:ascii="Times New Roman" w:hAnsi="Times New Roman" w:eastAsia="Times New Roman" w:cs="Times New Roman"/>
          <w:b w:val="0"/>
          <w:sz w:val="24"/>
        </w:rPr>
        <w:t>Since your marriage, have you ever lived in any of the following community or marital property states? If so, please complete Community and Marital Property section.</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MEDICAL / DISABILITY.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Are any members of your family disabled or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and/or terminal illness?</w:t>
      </w:r>
    </w:p>
    <w:p>
      <w:pPr>
        <w:keepNext w:val="0"/>
        <w:spacing w:before="200" w:after="0" w:line="260" w:lineRule="exact"/>
        <w:ind w:left="1440" w:right="0" w:firstLine="0"/>
        <w:jc w:val="both"/>
      </w:pPr>
      <w:r>
        <w:rPr>
          <w:rFonts w:ascii="Times New Roman" w:hAnsi="Times New Roman" w:eastAsia="Times New Roman" w:cs="Times New Roman"/>
          <w:b w:val="0"/>
          <w:sz w:val="24"/>
        </w:rPr>
        <w:t>If yes, please state the individual's name, relationship to you, and the nature of the disability or illness.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Are any members of your family at risk for becoming seriously ill or disabled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condition or family history?</w:t>
      </w:r>
    </w:p>
    <w:p>
      <w:pPr>
        <w:keepNext w:val="0"/>
        <w:spacing w:before="200" w:after="0" w:line="260" w:lineRule="exact"/>
        <w:ind w:left="1440" w:right="0" w:firstLine="0"/>
        <w:jc w:val="both"/>
      </w:pPr>
      <w:r>
        <w:rPr>
          <w:rFonts w:ascii="Times New Roman" w:hAnsi="Times New Roman" w:eastAsia="Times New Roman" w:cs="Times New Roman"/>
          <w:b w:val="0"/>
          <w:sz w:val="24"/>
        </w:rPr>
        <w:t>If yes, please explain.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Has anyone in your family recently entered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hospital or skilled nursing facility?</w:t>
      </w:r>
    </w:p>
    <w:p>
      <w:pPr>
        <w:keepNext w:val="0"/>
        <w:spacing w:before="200" w:after="0" w:line="260" w:lineRule="exact"/>
        <w:ind w:left="1440" w:right="0" w:firstLine="0"/>
        <w:jc w:val="both"/>
      </w:pPr>
      <w:r>
        <w:rPr>
          <w:rFonts w:ascii="Times New Roman" w:hAnsi="Times New Roman" w:eastAsia="Times New Roman" w:cs="Times New Roman"/>
          <w:b w:val="0"/>
          <w:sz w:val="24"/>
        </w:rPr>
        <w:t>If so, which facility?</w:t>
      </w:r>
    </w:p>
    <w:p>
      <w:pPr>
        <w:keepNext w:val="0"/>
        <w:spacing w:before="200" w:after="0" w:line="260" w:lineRule="exact"/>
        <w:ind w:left="1440" w:right="0" w:firstLine="0"/>
        <w:jc w:val="both"/>
      </w:pPr>
      <w:r>
        <w:rPr>
          <w:rFonts w:ascii="Times New Roman" w:hAnsi="Times New Roman" w:eastAsia="Times New Roman" w:cs="Times New Roman"/>
          <w:b w:val="0"/>
          <w:sz w:val="24"/>
        </w:rPr>
        <w:t>Are you or your spouse the recipients of Medicaid benefits?</w:t>
      </w:r>
    </w:p>
    <w:p>
      <w:pPr>
        <w:keepNext w:val="0"/>
        <w:spacing w:before="200" w:after="0" w:line="260" w:lineRule="exact"/>
        <w:ind w:left="1440" w:right="0" w:firstLine="0"/>
        <w:jc w:val="both"/>
      </w:pPr>
      <w:r>
        <w:rPr>
          <w:rFonts w:ascii="Times New Roman" w:hAnsi="Times New Roman" w:eastAsia="Times New Roman" w:cs="Times New Roman"/>
          <w:b w:val="0"/>
          <w:sz w:val="24"/>
        </w:rPr>
        <w:t>For any illness or disability stated in this section, please set forth the current and future needs, if known, related to the illness or disability.</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Other personal information you believe is important (special health or education needs of family members, extraordinary financial obligations, other)?</w:t>
      </w:r>
    </w:p>
    <w:p>
      <w:pPr>
        <w:keepNext w:val="0"/>
        <w:spacing w:before="120" w:after="0" w:line="260" w:lineRule="exact"/>
        <w:ind w:left="72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ASSET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SUMMARY OF ASSETS AS OF [MONTH DAY, YEAR].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Give your best, conservative estimate of value to the nearest $1,000. Use gross values and indicate related liabilities in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Numbers refer to paragraphs in Supplemental Information Section, following this table.</w:t>
      </w:r>
    </w:p>
    <w:p>
      <w:pPr>
        <w:keepNext w:val="0"/>
        <w:spacing w:before="120" w:after="0" w:line="260" w:lineRule="exact"/>
        <w:ind w:left="72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SUPPLEMENTAL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state here what amount of the total cost was contributed by each joint owner from his or her separate funds to acquire jointly owned property.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state whether listed securities are held by you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management account of some type.</w:t>
      </w:r>
    </w:p>
    <w:p>
      <w:pPr>
        <w:keepNext w:val="0"/>
        <w:spacing w:before="200" w:after="0" w:line="260" w:lineRule="exact"/>
        <w:ind w:left="1080" w:right="0" w:firstLine="0"/>
        <w:jc w:val="both"/>
      </w:pPr>
      <w:r>
        <w:rPr>
          <w:rFonts w:ascii="Times New Roman" w:hAnsi="Times New Roman" w:eastAsia="Times New Roman" w:cs="Times New Roman"/>
          <w:b w:val="0"/>
          <w:sz w:val="24"/>
        </w:rPr>
        <w:t>Who is the manager?</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describe briefly and value any closely held business and partnership interests, or use the Business Interest Schedule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estimate market value of your home (if owned by you) as of today (indicate any outstanding mortgage balance in item </w:t>
      </w:r>
      <w:r>
        <w:rPr>
          <w:rFonts w:ascii="Times New Roman" w:hAnsi="Times New Roman" w:eastAsia="Times New Roman" w:cs="Times New Roman"/>
          <w:b w:val="0"/>
          <w:sz w:val="24"/>
        </w:rPr>
        <w:t>9.</w:t>
      </w:r>
      <w:r>
        <w:rPr>
          <w:rFonts w:ascii="Times New Roman" w:hAnsi="Times New Roman" w:eastAsia="Times New Roman" w:cs="Times New Roman"/>
          <w:b w:val="0"/>
          <w:sz w:val="24"/>
        </w:rPr>
        <w:t>, below).</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describe other real estate (type, location), if any.</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complete the Life Insurance Schedule (Section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complete the Employee Benefit Schedule (Section </w:t>
      </w:r>
      <w:r>
        <w:rPr>
          <w:rFonts w:ascii="Times New Roman" w:hAnsi="Times New Roman" w:eastAsia="Times New Roman" w:cs="Times New Roman"/>
          <w:b w:val="0"/>
          <w:sz w:val="24"/>
        </w:rPr>
        <w:t>VIII.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Describe the "other" items here.</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state approximate amount of major liabilities, including separate balances for each mortgage on real estate. Please include any significant income tax or other tax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all real estate mortgages, please provide the address and/or description of the property encumbered by the mortgage, the name and address of the creditor, the loan number, the recurring payment amount, the interest rate, the date the loan will be paid off, how the loan is held (husband, wife, jointly), and if the loan is covered with credit life insurance.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all bank loans and installment debt, please provide, the name and address of the creditor, the loan number, the recurring payment amount, the interest rate, the date the loan will be paid off, how the loan is held (husband, wife, jointly), if the loan is covered with credit life insurance, if the loan is secured.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all life insurance loans, please provide the name and address of the creditor, the loan number, the recurring payment amount, the interest rate, the date the loan will be paid off, how the loan is held (husband, wife, jointly), and if the loan is covered with credit life insurance.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any other debts or liabilities, recurring or otherwise, including, but not limited to, tax obligations, child support payments, alimony payments, and other financial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Additionally, please provide information regarding the following monthly expenses: health insurance premium; medical expenses; real estate taxes; condominium and coop fees; utilities.</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give amount, date, and donor of gifts that have been made that exceed the $15,000 annual limit per donee. If any gift tax returns have been filed,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each.</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 you expect to inherit more than $50,000 within the next five years?</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 or future beneficiary under another person's will or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yes,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instrument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 of the value of your interest.</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 you have power to appoint assets under another person's will or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so,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instrument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 of the value of your interest.</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or trustee for property of any kind for your children or any other person?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so, please describe the beneficiary, type of account, and approximate value, and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trust instrument, if any.</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indicate any person who advises you in any of the following categories:</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 you and/or your spouse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deposit box?</w:t>
      </w:r>
    </w:p>
    <w:p>
      <w:pPr>
        <w:keepNext w:val="0"/>
        <w:spacing w:before="200" w:after="0" w:line="260" w:lineRule="exact"/>
        <w:ind w:left="1080" w:right="0" w:firstLine="0"/>
        <w:jc w:val="both"/>
      </w:pPr>
      <w:r>
        <w:rPr>
          <w:rFonts w:ascii="Times New Roman" w:hAnsi="Times New Roman" w:eastAsia="Times New Roman" w:cs="Times New Roman"/>
          <w:b w:val="0"/>
          <w:sz w:val="24"/>
        </w:rPr>
        <w:t>If so, please list the location and contents of any safe deposit box to which you have access, and the names of any other persons who have access.</w:t>
      </w:r>
    </w:p>
    <w:p>
      <w:pPr>
        <w:keepNext w:val="0"/>
        <w:spacing w:before="200" w:after="0" w:line="260" w:lineRule="exact"/>
        <w:ind w:left="1080" w:right="0" w:firstLine="0"/>
        <w:jc w:val="both"/>
      </w:pPr>
      <w:r>
        <w:rPr>
          <w:rFonts w:ascii="Times New Roman" w:hAnsi="Times New Roman" w:eastAsia="Times New Roman" w:cs="Times New Roman"/>
          <w:b w:val="0"/>
          <w:sz w:val="24"/>
        </w:rPr>
        <w:t>If any contents of the safe deposit box do not belong to you, please identify and describe such items:</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120" w:after="0" w:line="260" w:lineRule="exact"/>
        <w:ind w:left="72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ESTATE PLAN OUTLINE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What cash bequests are to be made, if any? Indicate amount, name and address of recipient, alternate recipient (if any), and any relationship to you:</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What specific bequests of tangible personal property (e.g., furniture, jewelry, collections) do you wish to make, if any? Such bequests may be listed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incorporated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memorandum to your executor. Please describe the property to be given, approximate value, name and address of recipient, alternate recipient (if any), and any relationship to you:</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What specific gifts should be made of real property, if any? Indicate which property, recipient, etc., as above.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 you wish to make any bequests to charitable institutions? If so, please describe:</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What provision do you wish to make for your children, if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 you wish to have some portion of your property held in trust for your children or for their issue?</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any person to whom you are leaving any portion of your estate require assistance or protection in managing money or other property?</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Who should be the executor(s) and alternates?</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Who should be guardians of minor children, if any?</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Who should serve as your trustees?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 you wish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proxy?</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 you wish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w:t>
      </w:r>
    </w:p>
    <w:p>
      <w:pPr>
        <w:keepNext w:val="0"/>
        <w:spacing w:before="120" w:after="0" w:line="260" w:lineRule="exact"/>
        <w:ind w:left="72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INTEREST SCHEDULE--CLOSELY HELD BUSINESS INTERESTS</w:t>
      </w:r>
    </w:p>
    <w:p>
      <w:pPr>
        <w:keepNext w:val="0"/>
        <w:spacing w:before="200" w:after="0" w:line="260" w:lineRule="exact"/>
        <w:ind w:left="1080" w:right="0" w:firstLine="0"/>
        <w:jc w:val="both"/>
      </w:pPr>
      <w:r>
        <w:rPr>
          <w:rFonts w:ascii="Times New Roman" w:hAnsi="Times New Roman" w:eastAsia="Times New Roman" w:cs="Times New Roman"/>
          <w:b w:val="0"/>
          <w:sz w:val="24"/>
        </w:rPr>
        <w:t>For each such interest, indicate</w:t>
      </w:r>
    </w:p>
    <w:p>
      <w:pPr>
        <w:keepNext w:val="0"/>
        <w:spacing w:before="200" w:after="0" w:line="260" w:lineRule="exact"/>
        <w:ind w:left="1080" w:right="0" w:firstLine="0"/>
        <w:jc w:val="both"/>
      </w:pPr>
      <w:r>
        <w:rPr>
          <w:rFonts w:ascii="Times New Roman" w:hAnsi="Times New Roman" w:eastAsia="Times New Roman" w:cs="Times New Roman"/>
          <w:b w:val="0"/>
          <w:sz w:val="24"/>
        </w:rPr>
        <w:t>Type of interest:</w:t>
      </w:r>
    </w:p>
    <w:p>
      <w:pPr>
        <w:keepNext w:val="0"/>
        <w:spacing w:before="200" w:after="0" w:line="260" w:lineRule="exact"/>
        <w:ind w:left="1080" w:right="0" w:firstLine="0"/>
        <w:jc w:val="both"/>
      </w:pPr>
      <w:r>
        <w:rPr>
          <w:rFonts w:ascii="Times New Roman" w:hAnsi="Times New Roman" w:eastAsia="Times New Roman" w:cs="Times New Roman"/>
          <w:b w:val="0"/>
          <w:sz w:val="24"/>
        </w:rPr>
        <w:t>Description of product or service</w:t>
      </w:r>
    </w:p>
    <w:p>
      <w:pPr>
        <w:keepNext w:val="0"/>
        <w:spacing w:before="200" w:after="0" w:line="260" w:lineRule="exact"/>
        <w:ind w:left="1080" w:right="0" w:firstLine="0"/>
        <w:jc w:val="both"/>
      </w:pPr>
      <w:r>
        <w:rPr>
          <w:rFonts w:ascii="Times New Roman" w:hAnsi="Times New Roman" w:eastAsia="Times New Roman" w:cs="Times New Roman"/>
          <w:b w:val="0"/>
          <w:sz w:val="24"/>
        </w:rPr>
        <w:t>Do you plan to dispose of any business interests during your lifetime? If so, please describe.</w:t>
      </w:r>
    </w:p>
    <w:p>
      <w:pPr>
        <w:keepNext w:val="0"/>
        <w:spacing w:before="200" w:after="0" w:line="260" w:lineRule="exact"/>
        <w:ind w:left="1080" w:right="0" w:firstLine="0"/>
        <w:jc w:val="both"/>
      </w:pPr>
      <w:r>
        <w:rPr>
          <w:rFonts w:ascii="Times New Roman" w:hAnsi="Times New Roman" w:eastAsia="Times New Roman" w:cs="Times New Roman"/>
          <w:b w:val="0"/>
          <w:sz w:val="24"/>
        </w:rPr>
        <w:t>Do the entity formation documents provide for succession planning?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there is no succession planning, upon your passing, do you wish to transfer ownership to family, sell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co-owner, or sell to key employees, or do you have other plans for the disposition of the entity?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Is there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buy/sell agreement?</w:t>
      </w:r>
    </w:p>
    <w:p>
      <w:pPr>
        <w:keepNext w:val="0"/>
        <w:spacing w:before="120" w:after="0" w:line="260" w:lineRule="exact"/>
        <w:ind w:left="1080" w:right="0" w:firstLine="240"/>
        <w:jc w:val="left"/>
      </w:pPr>
      <w:r>
        <w:rPr>
          <w:rFonts w:ascii="Times New Roman" w:hAnsi="Times New Roman" w:eastAsia="Times New Roman" w:cs="Times New Roman"/>
          <w:b w:val="0"/>
          <w:sz w:val="24"/>
        </w:rPr>
        <w:t>If yes, is it funded?</w:t>
      </w:r>
    </w:p>
    <w:p>
      <w:pPr>
        <w:keepNext w:val="0"/>
        <w:spacing w:before="120" w:after="0" w:line="260" w:lineRule="exact"/>
        <w:ind w:left="72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 INSURANCE SCHEDULE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list all life insurance policies owned by you or any other person insuring the life of husband, wife, or another person. Please indicate by "X" who pays the premium. Be sure to include any group life insurance provided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w:t>
      </w:r>
    </w:p>
    <w:p>
      <w:pPr>
        <w:keepNext w:val="0"/>
        <w:spacing w:before="120" w:after="0" w:line="260" w:lineRule="exact"/>
        <w:ind w:left="72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LONG-TERM CARE INSURANCE AND DISABILITY INSURANCE SCHEDULE</w:t>
      </w:r>
    </w:p>
    <w:p>
      <w:pPr>
        <w:keepNext w:val="0"/>
        <w:spacing w:before="120" w:after="0" w:line="260" w:lineRule="exact"/>
        <w:ind w:left="72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BENEFIT SCHEDULE</w:t>
      </w:r>
    </w:p>
    <w:p>
      <w:pPr>
        <w:keepNext w:val="0"/>
        <w:spacing w:before="200" w:after="0" w:line="260" w:lineRule="exact"/>
        <w:ind w:left="1080" w:right="0" w:firstLine="0"/>
        <w:jc w:val="both"/>
      </w:pPr>
      <w:r>
        <w:rPr>
          <w:rFonts w:ascii="Times New Roman" w:hAnsi="Times New Roman" w:eastAsia="Times New Roman" w:cs="Times New Roman"/>
          <w:b w:val="0"/>
          <w:sz w:val="24"/>
        </w:rPr>
        <w:t>Other Employment Benefits</w:t>
      </w:r>
    </w:p>
    <w:p>
      <w:pPr>
        <w:keepNext w:val="0"/>
        <w:spacing w:before="200" w:after="0" w:line="260" w:lineRule="exact"/>
        <w:ind w:left="1080" w:right="0" w:firstLine="0"/>
        <w:jc w:val="both"/>
      </w:pPr>
      <w:r>
        <w:rPr>
          <w:rFonts w:ascii="Times New Roman" w:hAnsi="Times New Roman" w:eastAsia="Times New Roman" w:cs="Times New Roman"/>
          <w:b w:val="0"/>
          <w:sz w:val="24"/>
        </w:rPr>
        <w:t>Please describe any stock option, deferred compensation, or similar agreements and provide copies.</w:t>
      </w:r>
    </w:p>
    <w:p>
      <w:pPr>
        <w:keepNext w:val="0"/>
        <w:spacing w:before="120" w:after="0" w:line="260" w:lineRule="exact"/>
        <w:ind w:left="72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COMMUNITY AND MARITAL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Please complete the following section if either of you has resided during this marriage in any of the following states:</w:t>
      </w:r>
    </w:p>
    <w:p>
      <w:pPr>
        <w:keepNext w:val="0"/>
        <w:spacing w:before="200" w:after="0" w:line="260" w:lineRule="exact"/>
        <w:ind w:left="1080" w:right="0" w:firstLine="0"/>
        <w:jc w:val="both"/>
      </w:pPr>
      <w:r>
        <w:rPr>
          <w:rFonts w:ascii="Times New Roman" w:hAnsi="Times New Roman" w:eastAsia="Times New Roman" w:cs="Times New Roman"/>
          <w:b w:val="0"/>
          <w:sz w:val="24"/>
        </w:rPr>
        <w:t>Arizona, California, Idaho, Louisiana, Nevada, New Mexico, Texas, Washington (State), Wisconsin</w:t>
      </w:r>
    </w:p>
    <w:p>
      <w:pPr>
        <w:keepNext w:val="0"/>
        <w:spacing w:before="200" w:after="0" w:line="260" w:lineRule="exact"/>
        <w:ind w:left="1080" w:right="0" w:firstLine="0"/>
        <w:jc w:val="both"/>
      </w:pPr>
      <w:r>
        <w:rPr>
          <w:rFonts w:ascii="Times New Roman" w:hAnsi="Times New Roman" w:eastAsia="Times New Roman" w:cs="Times New Roman"/>
          <w:b w:val="0"/>
          <w:sz w:val="24"/>
        </w:rPr>
        <w:t>Note: In community or marital property states, property which each spouse brings to the marriage or acquires during the marriage by gift or inheritance is the separate property of that spouse. All other property and the proceeds of such properly (subject to agreement by the spouses to the contrary) is considered to be owned one-half by each spouse.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 you claim Massachusetts as your legal residence?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How long did you reside in any of the states listed above? (Indicate each state and dates of residence.)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Were you employed while you lived in any of the foregoing states?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Where did you live before moving to one of these states?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What property did you own at the time of your marriage?</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What did your spouse own at the time of your marriage?</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Did you receive any property after marriage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bequest, or inheritance?</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 received by inheritance, please indicate what you inherited and when, the estate tax value of the inheritance, and its current value.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 received by gift, who was the donor, when did you receive the gift, what comprised the gift, what was its value at the time, and what is its present value?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 sold any of the above, in what did you invest the proceeds?</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Did you or your spouse receive any property after marriage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bequest, or inheritance?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so, please supply the information indicated in question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above, as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Have you ever made any agreement with your spouse as to division of your property?</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so, please furnish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What was your employment, business, or other occupation at the date of marriage?</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What was your salary or other income at that date?</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What was your net worth at the date of marriage?</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What was your employment, business, or other occupation at the time you moved to the first of the foregoing states in which you resided?</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What was your annual salary or income at that time?</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What was your net worth at that time?</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Did your spouse have any earnings?</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What was the source of any funds used to acquire joint tenancy property?</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Before you moved to any of the foregoing states, did you acquire any property out of earnings after your marriage?</w:t>
      </w:r>
    </w:p>
    <w:p>
      <w:pPr>
        <w:keepNext w:val="0"/>
        <w:spacing w:before="120" w:after="0" w:line="260" w:lineRule="exact"/>
        <w:ind w:left="1080" w:right="0" w:firstLine="240"/>
        <w:jc w:val="left"/>
      </w:pPr>
      <w:r>
        <w:rPr>
          <w:rFonts w:ascii="Times New Roman" w:hAnsi="Times New Roman" w:eastAsia="Times New Roman" w:cs="Times New Roman"/>
          <w:b w:val="0"/>
          <w:sz w:val="24"/>
        </w:rPr>
        <w:t>If so, what property?</w:t>
      </w:r>
    </w:p>
    <w:p>
      <w:pPr>
        <w:keepNext w:val="0"/>
        <w:spacing w:before="120" w:after="0" w:line="260" w:lineRule="exact"/>
        <w:ind w:left="1080" w:right="0" w:firstLine="240"/>
        <w:jc w:val="left"/>
      </w:pPr>
      <w:r>
        <w:rPr>
          <w:rFonts w:ascii="Times New Roman" w:hAnsi="Times New Roman" w:eastAsia="Times New Roman" w:cs="Times New Roman"/>
          <w:b w:val="0"/>
          <w:sz w:val="24"/>
        </w:rPr>
        <w:t>If sold, what disposition was made of the proceeds?</w:t>
      </w:r>
    </w:p>
    <w:p>
      <w:pPr>
        <w:keepNext w:val="0"/>
        <w:spacing w:before="120" w:after="0" w:line="260" w:lineRule="exact"/>
        <w:ind w:left="720" w:right="0" w:firstLine="0"/>
        <w:jc w:val="left"/>
      </w:pP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IMPORTANT DOCUMENTS</w:t>
      </w:r>
    </w:p>
    <w:p>
      <w:pPr>
        <w:keepNext w:val="0"/>
        <w:spacing w:before="200" w:after="0" w:line="260" w:lineRule="exact"/>
        <w:ind w:left="1080" w:right="0" w:firstLine="0"/>
        <w:jc w:val="both"/>
      </w:pPr>
      <w:r>
        <w:rPr>
          <w:rFonts w:ascii="Times New Roman" w:hAnsi="Times New Roman" w:eastAsia="Times New Roman" w:cs="Times New Roman"/>
          <w:b w:val="0"/>
          <w:sz w:val="24"/>
        </w:rPr>
        <w:t>Please bring copies of the following documentation with you to your first office appointment:</w:t>
      </w:r>
    </w:p>
    <w:p>
      <w:pPr>
        <w:keepNext w:val="0"/>
        <w:spacing w:before="200" w:after="0" w:line="260" w:lineRule="exact"/>
        <w:ind w:left="1440" w:right="0" w:firstLine="0"/>
        <w:jc w:val="both"/>
      </w:pPr>
      <w:r>
        <w:rPr>
          <w:rFonts w:ascii="Times New Roman" w:hAnsi="Times New Roman" w:eastAsia="Times New Roman" w:cs="Times New Roman"/>
          <w:b w:val="0"/>
          <w:sz w:val="24"/>
        </w:rPr>
        <w:t>•.Wills</w:t>
      </w:r>
    </w:p>
    <w:p>
      <w:pPr>
        <w:keepNext w:val="0"/>
        <w:spacing w:before="200" w:after="0" w:line="260" w:lineRule="exact"/>
        <w:ind w:left="1440" w:right="0" w:firstLine="0"/>
        <w:jc w:val="both"/>
      </w:pPr>
      <w:r>
        <w:rPr>
          <w:rFonts w:ascii="Times New Roman" w:hAnsi="Times New Roman" w:eastAsia="Times New Roman" w:cs="Times New Roman"/>
          <w:b w:val="0"/>
          <w:sz w:val="24"/>
        </w:rPr>
        <w:t>•.Trusts</w:t>
      </w:r>
    </w:p>
    <w:p>
      <w:pPr>
        <w:keepNext w:val="0"/>
        <w:spacing w:before="200" w:after="0" w:line="260" w:lineRule="exact"/>
        <w:ind w:left="1440" w:right="0" w:firstLine="0"/>
        <w:jc w:val="both"/>
      </w:pPr>
      <w:r>
        <w:rPr>
          <w:rFonts w:ascii="Times New Roman" w:hAnsi="Times New Roman" w:eastAsia="Times New Roman" w:cs="Times New Roman"/>
          <w:b w:val="0"/>
          <w:sz w:val="24"/>
        </w:rPr>
        <w:t>•.Health Care Powers of Attorney or Proxies</w:t>
      </w:r>
    </w:p>
    <w:p>
      <w:pPr>
        <w:keepNext w:val="0"/>
        <w:spacing w:before="200" w:after="0" w:line="260" w:lineRule="exact"/>
        <w:ind w:left="1440" w:right="0" w:firstLine="0"/>
        <w:jc w:val="both"/>
      </w:pPr>
      <w:r>
        <w:rPr>
          <w:rFonts w:ascii="Times New Roman" w:hAnsi="Times New Roman" w:eastAsia="Times New Roman" w:cs="Times New Roman"/>
          <w:b w:val="0"/>
          <w:sz w:val="24"/>
        </w:rPr>
        <w:t>•.Living Wills</w:t>
      </w:r>
    </w:p>
    <w:p>
      <w:pPr>
        <w:keepNext w:val="0"/>
        <w:spacing w:before="200" w:after="0" w:line="260" w:lineRule="exact"/>
        <w:ind w:left="1440" w:right="0" w:firstLine="0"/>
        <w:jc w:val="both"/>
      </w:pPr>
      <w:r>
        <w:rPr>
          <w:rFonts w:ascii="Times New Roman" w:hAnsi="Times New Roman" w:eastAsia="Times New Roman" w:cs="Times New Roman"/>
          <w:b w:val="0"/>
          <w:sz w:val="24"/>
        </w:rPr>
        <w:t>•.Other Powers of Attorney</w:t>
      </w:r>
    </w:p>
    <w:p>
      <w:pPr>
        <w:keepNext w:val="0"/>
        <w:spacing w:before="200" w:after="0" w:line="260" w:lineRule="exact"/>
        <w:ind w:left="1440" w:right="0" w:firstLine="0"/>
        <w:jc w:val="both"/>
      </w:pPr>
      <w:r>
        <w:rPr>
          <w:rFonts w:ascii="Times New Roman" w:hAnsi="Times New Roman" w:eastAsia="Times New Roman" w:cs="Times New Roman"/>
          <w:b w:val="0"/>
          <w:sz w:val="24"/>
        </w:rPr>
        <w:t>•.Beneficiary Designation Forms for:</w:t>
      </w:r>
    </w:p>
    <w:p>
      <w:pPr>
        <w:keepNext w:val="0"/>
        <w:spacing w:before="200" w:after="0" w:line="260" w:lineRule="exact"/>
        <w:ind w:left="1800" w:right="0" w:firstLine="0"/>
        <w:jc w:val="both"/>
      </w:pPr>
      <w:r>
        <w:rPr>
          <w:rFonts w:ascii="Times New Roman" w:hAnsi="Times New Roman" w:eastAsia="Times New Roman" w:cs="Times New Roman"/>
          <w:b w:val="0"/>
          <w:sz w:val="24"/>
        </w:rPr>
        <w:t>o Pension Plans</w:t>
      </w:r>
    </w:p>
    <w:p>
      <w:pPr>
        <w:keepNext w:val="0"/>
        <w:spacing w:before="200" w:after="0" w:line="260" w:lineRule="exact"/>
        <w:ind w:left="1800" w:right="0" w:firstLine="0"/>
        <w:jc w:val="both"/>
      </w:pPr>
      <w:r>
        <w:rPr>
          <w:rFonts w:ascii="Times New Roman" w:hAnsi="Times New Roman" w:eastAsia="Times New Roman" w:cs="Times New Roman"/>
          <w:b w:val="0"/>
          <w:sz w:val="24"/>
        </w:rPr>
        <w:t>o IRAs</w:t>
      </w:r>
    </w:p>
    <w:p>
      <w:pPr>
        <w:keepNext w:val="0"/>
        <w:spacing w:before="200" w:after="0" w:line="260" w:lineRule="exact"/>
        <w:ind w:left="1800" w:right="0" w:firstLine="0"/>
        <w:jc w:val="both"/>
      </w:pPr>
      <w:r>
        <w:rPr>
          <w:rFonts w:ascii="Times New Roman" w:hAnsi="Times New Roman" w:eastAsia="Times New Roman" w:cs="Times New Roman"/>
          <w:b w:val="0"/>
          <w:sz w:val="24"/>
        </w:rPr>
        <w:t>o 401(k) Plans</w:t>
      </w:r>
    </w:p>
    <w:p>
      <w:pPr>
        <w:keepNext w:val="0"/>
        <w:spacing w:before="200" w:after="0" w:line="260" w:lineRule="exact"/>
        <w:ind w:left="1800" w:right="0" w:firstLine="0"/>
        <w:jc w:val="both"/>
      </w:pPr>
      <w:r>
        <w:rPr>
          <w:rFonts w:ascii="Times New Roman" w:hAnsi="Times New Roman" w:eastAsia="Times New Roman" w:cs="Times New Roman"/>
          <w:b w:val="0"/>
          <w:sz w:val="24"/>
        </w:rPr>
        <w:t>o 403(b) Plans</w:t>
      </w:r>
    </w:p>
    <w:p>
      <w:pPr>
        <w:keepNext w:val="0"/>
        <w:spacing w:before="200" w:after="0" w:line="260" w:lineRule="exact"/>
        <w:ind w:left="1800" w:right="0" w:firstLine="0"/>
        <w:jc w:val="both"/>
      </w:pPr>
      <w:r>
        <w:rPr>
          <w:rFonts w:ascii="Times New Roman" w:hAnsi="Times New Roman" w:eastAsia="Times New Roman" w:cs="Times New Roman"/>
          <w:b w:val="0"/>
          <w:sz w:val="24"/>
        </w:rPr>
        <w:t>o Life Insurance</w:t>
      </w:r>
    </w:p>
    <w:p>
      <w:pPr>
        <w:keepNext w:val="0"/>
        <w:spacing w:before="200" w:after="0" w:line="260" w:lineRule="exact"/>
        <w:ind w:left="1800" w:right="0" w:firstLine="0"/>
        <w:jc w:val="both"/>
      </w:pPr>
      <w:r>
        <w:rPr>
          <w:rFonts w:ascii="Times New Roman" w:hAnsi="Times New Roman" w:eastAsia="Times New Roman" w:cs="Times New Roman"/>
          <w:b w:val="0"/>
          <w:sz w:val="24"/>
        </w:rPr>
        <w:t>o Annuities</w:t>
      </w:r>
    </w:p>
    <w:p>
      <w:pPr>
        <w:keepNext w:val="0"/>
        <w:spacing w:before="200" w:after="0" w:line="260" w:lineRule="exact"/>
        <w:ind w:left="1800" w:right="0" w:firstLine="0"/>
        <w:jc w:val="both"/>
      </w:pPr>
      <w:r>
        <w:rPr>
          <w:rFonts w:ascii="Times New Roman" w:hAnsi="Times New Roman" w:eastAsia="Times New Roman" w:cs="Times New Roman"/>
          <w:b w:val="0"/>
          <w:sz w:val="24"/>
        </w:rPr>
        <w:t>o Transferable on Death Accounts</w:t>
      </w:r>
    </w:p>
    <w:p>
      <w:pPr>
        <w:keepNext w:val="0"/>
        <w:spacing w:before="200" w:after="0" w:line="260" w:lineRule="exact"/>
        <w:ind w:left="1800" w:right="0" w:firstLine="0"/>
        <w:jc w:val="both"/>
      </w:pPr>
      <w:r>
        <w:rPr>
          <w:rFonts w:ascii="Times New Roman" w:hAnsi="Times New Roman" w:eastAsia="Times New Roman" w:cs="Times New Roman"/>
          <w:b w:val="0"/>
          <w:sz w:val="24"/>
        </w:rPr>
        <w:t>o Payable on Death Accounts</w:t>
      </w:r>
    </w:p>
    <w:p>
      <w:pPr>
        <w:keepNext w:val="0"/>
        <w:spacing w:before="200" w:after="0" w:line="260" w:lineRule="exact"/>
        <w:ind w:left="1440" w:right="0" w:firstLine="0"/>
        <w:jc w:val="both"/>
      </w:pPr>
      <w:r>
        <w:rPr>
          <w:rFonts w:ascii="Times New Roman" w:hAnsi="Times New Roman" w:eastAsia="Times New Roman" w:cs="Times New Roman"/>
          <w:b w:val="0"/>
          <w:sz w:val="24"/>
        </w:rPr>
        <w:t>• Divorce Decrees (if applicable)</w:t>
      </w:r>
    </w:p>
    <w:p>
      <w:pPr>
        <w:keepNext w:val="0"/>
        <w:spacing w:before="200" w:after="0" w:line="260" w:lineRule="exact"/>
        <w:ind w:left="1440" w:right="0" w:firstLine="0"/>
        <w:jc w:val="both"/>
      </w:pPr>
      <w:r>
        <w:rPr>
          <w:rFonts w:ascii="Times New Roman" w:hAnsi="Times New Roman" w:eastAsia="Times New Roman" w:cs="Times New Roman"/>
          <w:b w:val="0"/>
          <w:sz w:val="24"/>
        </w:rPr>
        <w:t>• Separation or Divorce Settlement Agreements (if applicable)</w:t>
      </w:r>
    </w:p>
    <w:p>
      <w:pPr>
        <w:keepNext w:val="0"/>
        <w:spacing w:before="200" w:after="0" w:line="260" w:lineRule="exact"/>
        <w:ind w:left="1440" w:right="0" w:firstLine="0"/>
        <w:jc w:val="both"/>
      </w:pPr>
      <w:r>
        <w:rPr>
          <w:rFonts w:ascii="Times New Roman" w:hAnsi="Times New Roman" w:eastAsia="Times New Roman" w:cs="Times New Roman"/>
          <w:b w:val="0"/>
          <w:sz w:val="24"/>
        </w:rPr>
        <w:t>• Child Support Decrees (if applicable)</w:t>
      </w:r>
    </w:p>
    <w:p>
      <w:pPr>
        <w:keepNext w:val="0"/>
        <w:spacing w:before="200" w:after="0" w:line="260" w:lineRule="exact"/>
        <w:ind w:left="1440" w:right="0" w:firstLine="0"/>
        <w:jc w:val="both"/>
      </w:pPr>
      <w:r>
        <w:rPr>
          <w:rFonts w:ascii="Times New Roman" w:hAnsi="Times New Roman" w:eastAsia="Times New Roman" w:cs="Times New Roman"/>
          <w:b w:val="0"/>
          <w:sz w:val="24"/>
        </w:rPr>
        <w:t>• Pre-Nuptial/Post-Nuptial Agreements (if applicable)</w:t>
      </w:r>
    </w:p>
    <w:p>
      <w:pPr>
        <w:keepNext w:val="0"/>
        <w:spacing w:before="200" w:after="0" w:line="260" w:lineRule="exact"/>
        <w:ind w:left="1440" w:right="0" w:firstLine="0"/>
        <w:jc w:val="both"/>
      </w:pPr>
      <w:r>
        <w:rPr>
          <w:rFonts w:ascii="Times New Roman" w:hAnsi="Times New Roman" w:eastAsia="Times New Roman" w:cs="Times New Roman"/>
          <w:b w:val="0"/>
          <w:sz w:val="24"/>
        </w:rPr>
        <w:t>• Deeds</w:t>
      </w:r>
    </w:p>
    <w:p>
      <w:pPr>
        <w:keepNext w:val="0"/>
        <w:spacing w:before="200" w:after="0" w:line="260" w:lineRule="exact"/>
        <w:ind w:left="1440" w:right="0" w:firstLine="0"/>
        <w:jc w:val="both"/>
      </w:pPr>
      <w:r>
        <w:rPr>
          <w:rFonts w:ascii="Times New Roman" w:hAnsi="Times New Roman" w:eastAsia="Times New Roman" w:cs="Times New Roman"/>
          <w:b w:val="0"/>
          <w:sz w:val="24"/>
        </w:rPr>
        <w:t>• Zoning Certificates</w:t>
      </w:r>
    </w:p>
    <w:p>
      <w:pPr>
        <w:keepNext w:val="0"/>
        <w:spacing w:before="200" w:after="0" w:line="260" w:lineRule="exact"/>
        <w:ind w:left="1440" w:right="0" w:firstLine="0"/>
        <w:jc w:val="both"/>
      </w:pPr>
      <w:r>
        <w:rPr>
          <w:rFonts w:ascii="Times New Roman" w:hAnsi="Times New Roman" w:eastAsia="Times New Roman" w:cs="Times New Roman"/>
          <w:b w:val="0"/>
          <w:sz w:val="24"/>
        </w:rPr>
        <w:t>• Real estate tax bills</w:t>
      </w:r>
    </w:p>
    <w:p>
      <w:pPr>
        <w:keepNext w:val="0"/>
        <w:spacing w:before="200" w:after="0" w:line="260" w:lineRule="exact"/>
        <w:ind w:left="1440" w:right="0" w:firstLine="0"/>
        <w:jc w:val="both"/>
      </w:pPr>
      <w:r>
        <w:rPr>
          <w:rFonts w:ascii="Times New Roman" w:hAnsi="Times New Roman" w:eastAsia="Times New Roman" w:cs="Times New Roman"/>
          <w:b w:val="0"/>
          <w:sz w:val="24"/>
        </w:rPr>
        <w:t>• Mortgage statement</w:t>
      </w:r>
    </w:p>
    <w:p>
      <w:pPr>
        <w:keepNext w:val="0"/>
        <w:spacing w:before="200" w:after="0" w:line="260" w:lineRule="exact"/>
        <w:ind w:left="1440" w:right="0" w:firstLine="0"/>
        <w:jc w:val="both"/>
      </w:pPr>
      <w:r>
        <w:rPr>
          <w:rFonts w:ascii="Times New Roman" w:hAnsi="Times New Roman" w:eastAsia="Times New Roman" w:cs="Times New Roman"/>
          <w:b w:val="0"/>
          <w:sz w:val="24"/>
        </w:rPr>
        <w:t>• Other major debt statements</w:t>
      </w:r>
    </w:p>
    <w:p>
      <w:pPr>
        <w:keepNext w:val="0"/>
        <w:spacing w:before="200" w:after="0" w:line="260" w:lineRule="exact"/>
        <w:ind w:left="1440" w:right="0" w:firstLine="0"/>
        <w:jc w:val="both"/>
      </w:pPr>
      <w:r>
        <w:rPr>
          <w:rFonts w:ascii="Times New Roman" w:hAnsi="Times New Roman" w:eastAsia="Times New Roman" w:cs="Times New Roman"/>
          <w:b w:val="0"/>
          <w:sz w:val="24"/>
        </w:rPr>
        <w:t>• Investment statements</w:t>
      </w:r>
    </w:p>
    <w:p>
      <w:pPr>
        <w:keepNext w:val="0"/>
        <w:spacing w:before="200" w:after="0" w:line="260" w:lineRule="exact"/>
        <w:ind w:left="1440" w:right="0" w:firstLine="0"/>
        <w:jc w:val="both"/>
      </w:pPr>
      <w:r>
        <w:rPr>
          <w:rFonts w:ascii="Times New Roman" w:hAnsi="Times New Roman" w:eastAsia="Times New Roman" w:cs="Times New Roman"/>
          <w:b w:val="0"/>
          <w:sz w:val="24"/>
        </w:rPr>
        <w:t>• Bank statements</w:t>
      </w:r>
    </w:p>
    <w:p>
      <w:pPr>
        <w:keepNext w:val="0"/>
        <w:spacing w:before="200" w:after="0" w:line="260" w:lineRule="exact"/>
        <w:ind w:left="1440" w:right="0" w:firstLine="0"/>
        <w:jc w:val="both"/>
      </w:pPr>
      <w:r>
        <w:rPr>
          <w:rFonts w:ascii="Times New Roman" w:hAnsi="Times New Roman" w:eastAsia="Times New Roman" w:cs="Times New Roman"/>
          <w:b w:val="0"/>
          <w:sz w:val="24"/>
        </w:rPr>
        <w:t>• Life insurance</w:t>
      </w:r>
    </w:p>
    <w:p>
      <w:pPr>
        <w:keepNext w:val="0"/>
        <w:spacing w:before="200" w:after="0" w:line="260" w:lineRule="exact"/>
        <w:ind w:left="1440" w:right="0" w:firstLine="0"/>
        <w:jc w:val="both"/>
      </w:pPr>
      <w:r>
        <w:rPr>
          <w:rFonts w:ascii="Times New Roman" w:hAnsi="Times New Roman" w:eastAsia="Times New Roman" w:cs="Times New Roman"/>
          <w:b w:val="0"/>
          <w:sz w:val="24"/>
        </w:rPr>
        <w:t>• Annuity</w:t>
      </w:r>
    </w:p>
    <w:p>
      <w:pPr>
        <w:keepNext w:val="0"/>
        <w:spacing w:before="200" w:after="0" w:line="260" w:lineRule="exact"/>
        <w:ind w:left="1440" w:right="0" w:firstLine="0"/>
        <w:jc w:val="both"/>
      </w:pPr>
      <w:r>
        <w:rPr>
          <w:rFonts w:ascii="Times New Roman" w:hAnsi="Times New Roman" w:eastAsia="Times New Roman" w:cs="Times New Roman"/>
          <w:b w:val="0"/>
          <w:sz w:val="24"/>
        </w:rPr>
        <w:t>• List of valuable tangible personal property (i.e., collections, antiques, vehicles, boats)</w:t>
      </w:r>
    </w:p>
    <w:p>
      <w:pPr>
        <w:keepNext w:val="0"/>
        <w:spacing w:before="200" w:after="0" w:line="260" w:lineRule="exact"/>
        <w:ind w:left="1440" w:right="0" w:firstLine="0"/>
        <w:jc w:val="both"/>
      </w:pPr>
      <w:r>
        <w:rPr>
          <w:rFonts w:ascii="Times New Roman" w:hAnsi="Times New Roman" w:eastAsia="Times New Roman" w:cs="Times New Roman"/>
          <w:b w:val="0"/>
          <w:sz w:val="24"/>
        </w:rPr>
        <w:t>• List important sentimental items</w:t>
      </w:r>
    </w:p>
    <w:p>
      <w:pPr>
        <w:keepNext w:val="0"/>
        <w:spacing w:before="200" w:after="0" w:line="260" w:lineRule="exact"/>
        <w:ind w:left="1440" w:right="0" w:firstLine="0"/>
        <w:jc w:val="both"/>
      </w:pPr>
      <w:r>
        <w:rPr>
          <w:rFonts w:ascii="Times New Roman" w:hAnsi="Times New Roman" w:eastAsia="Times New Roman" w:cs="Times New Roman"/>
          <w:b w:val="0"/>
          <w:sz w:val="24"/>
        </w:rPr>
        <w:t>• Stock certificates, corporate minute books, stock ownership ledgers</w:t>
      </w:r>
    </w:p>
    <w:p>
      <w:pPr>
        <w:keepNext w:val="0"/>
        <w:spacing w:before="200" w:after="0" w:line="260" w:lineRule="exact"/>
        <w:ind w:left="1440" w:right="0" w:firstLine="0"/>
        <w:jc w:val="both"/>
      </w:pPr>
      <w:r>
        <w:rPr>
          <w:rFonts w:ascii="Times New Roman" w:hAnsi="Times New Roman" w:eastAsia="Times New Roman" w:cs="Times New Roman"/>
          <w:b w:val="0"/>
          <w:sz w:val="24"/>
        </w:rPr>
        <w:t>• LLC Operating Agreements</w:t>
      </w:r>
    </w:p>
    <w:p>
      <w:pPr>
        <w:keepNext w:val="0"/>
        <w:spacing w:before="200" w:after="0" w:line="260" w:lineRule="exact"/>
        <w:ind w:left="1440" w:right="0" w:firstLine="0"/>
        <w:jc w:val="both"/>
      </w:pPr>
      <w:r>
        <w:rPr>
          <w:rFonts w:ascii="Times New Roman" w:hAnsi="Times New Roman" w:eastAsia="Times New Roman" w:cs="Times New Roman"/>
          <w:b w:val="0"/>
          <w:sz w:val="24"/>
        </w:rPr>
        <w:t>• Percentage of ownership documents</w:t>
      </w:r>
    </w:p>
    <w:p>
      <w:pPr>
        <w:keepNext w:val="0"/>
        <w:spacing w:before="200" w:after="0" w:line="260" w:lineRule="exact"/>
        <w:ind w:left="1440" w:right="0" w:firstLine="0"/>
        <w:jc w:val="both"/>
      </w:pPr>
      <w:r>
        <w:rPr>
          <w:rFonts w:ascii="Times New Roman" w:hAnsi="Times New Roman" w:eastAsia="Times New Roman" w:cs="Times New Roman"/>
          <w:b w:val="0"/>
          <w:sz w:val="24"/>
        </w:rPr>
        <w:t>• Buy-sell agreements</w:t>
      </w:r>
    </w:p>
    <w:p>
      <w:pPr>
        <w:keepNext w:val="0"/>
        <w:spacing w:before="200" w:after="0" w:line="260" w:lineRule="exact"/>
        <w:ind w:left="1440" w:right="0" w:firstLine="0"/>
        <w:jc w:val="both"/>
      </w:pPr>
      <w:r>
        <w:rPr>
          <w:rFonts w:ascii="Times New Roman" w:hAnsi="Times New Roman" w:eastAsia="Times New Roman" w:cs="Times New Roman"/>
          <w:b w:val="0"/>
          <w:sz w:val="24"/>
        </w:rPr>
        <w:t>• Long Term Care Policies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Trusts and Wills where you are named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w:t>
      </w:r>
    </w:p>
    <w:p>
      <w:pPr>
        <w:keepNext w:val="0"/>
        <w:spacing w:before="200" w:after="0" w:line="260" w:lineRule="exact"/>
        <w:ind w:left="1440" w:right="0" w:firstLine="0"/>
        <w:jc w:val="both"/>
      </w:pPr>
      <w:r>
        <w:rPr>
          <w:rFonts w:ascii="Times New Roman" w:hAnsi="Times New Roman" w:eastAsia="Times New Roman" w:cs="Times New Roman"/>
          <w:b w:val="0"/>
          <w:sz w:val="24"/>
        </w:rPr>
        <w:t>• Federal gift tax returns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