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Estate Tax Worksheet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COMPUTATION OF GROSS ESTATE, TAXABLE ESTATE, AND TENTATIVE ESTATE TAX LIABILITY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Computation of Client’s Gross Estate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Computation of Client’s Taxable Estate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Computation of Tentative Estate Tax Liability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