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Eviction Complaint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IN THE CIRCUIT COURT OF THE [number] JUDICIAL CIRCUIT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[county name] COUNTY, ILLINOIS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EVICTION COMPLAINT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Plaintiff(s) claim as follows: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Plaintiff is entitled to possession of the following subject property:</w:t>
      </w:r>
    </w:p>
    <w:p>
      <w:pPr>
        <w:keepNext w:val="0"/>
        <w:spacing w:before="200" w:after="0" w:line="260" w:lineRule="exact"/>
        <w:ind w:left="144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[property address]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Defendant(s) unlawfully withhold possession of the subject property from the Plaintiff because: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☐ They entered the subject property peacefully but unlawfully withhold possession from the Plaintiff.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☐ They have failed to pay all rent due and owing under the terms of their lease with the Plaintiff.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☐ They refused to vacate the subject property after their tenancy ended.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☐ They breached the terms of their lease with the Plaintiff by: [describe breach of terms]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☐ They have failed to pay all condominium assessments due and owing.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☐ Other: [describe other]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Defendant(s) owe to the Plaintiff the following amounts: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☐ $[amount] in unpaid back rent.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☐ $[amount] in unpaid condominium assessments.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☐ $[amount] in fines, late fees, and other penalties.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☐ $[amount] in attorney's fees.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For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total of: $[amount] due and owing to the Plaintiff.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following documents are attached to this Eviction Complaint and incorporated by reference herein: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☐ Eviction pre-suit notice or demand.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☐ Affidavit of service of pre-suit notice or demand.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☐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full copy] or [The relevant provisions of] the lease upon which this lawsuit is based.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☐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affidavit explaining why no pre-suit notice, affidavit of service, and/or lease provisions are attached.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☐ [Other – specify]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Wherefore, the Plaintiff respectfully requests that this Court enter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eviction order in favor of Plaintiff and against the Defendant(s) as well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money judgment (if requested) in the amounts stated above, plus costs of court and after-accruing attorneys' fees (if applicable).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signer]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Plaintiff or its Agent, Representative or Attorney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[attorney number (if applicable)]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[firm 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Attorney for [client 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[city, state, zip code]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[phone number]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[fax number]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[email]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This is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attempt to collect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debt and any information obtained will be used for that purpose.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