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Eviction Summons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IN THE CIRCUIT COURT OF THE [number] JUDICIAL CIRCUIT</w:t>
      </w:r>
    </w:p>
    <w:p>
      <w:pPr>
        <w:keepNext w:val="0"/>
        <w:spacing w:before="200" w:after="0" w:line="260" w:lineRule="exact"/>
        <w:ind w:left="360" w:right="0" w:firstLine="0"/>
        <w:jc w:val="center"/>
      </w:pPr>
      <w:r>
        <w:rPr>
          <w:rFonts w:ascii="Times New Roman" w:hAnsi="Times New Roman" w:eastAsia="Times New Roman" w:cs="Times New Roman"/>
          <w:b w:val="0"/>
          <w:sz w:val="24"/>
        </w:rPr>
        <w:t>[county name] COUNTY, ILLINOIS</w:t>
      </w:r>
    </w:p>
    <w:p>
      <w:pPr>
        <w:keepNext w:val="0"/>
        <w:spacing w:before="120" w:after="0" w:line="260" w:lineRule="exact"/>
        <w:ind w:left="360" w:right="0" w:firstLine="0"/>
        <w:jc w:val="left"/>
      </w:pPr>
      <w:r>
        <w:rPr>
          <w:rFonts w:ascii="Times New Roman" w:hAnsi="Times New Roman" w:eastAsia="Times New Roman" w:cs="Times New Roman"/>
          <w:b/>
          <w:sz w:val="24"/>
        </w:rPr>
        <w:t>EVICTION SUMMONS</w:t>
      </w:r>
    </w:p>
    <w:p>
      <w:pPr>
        <w:keepNext w:val="0"/>
        <w:spacing w:before="200" w:after="0" w:line="260" w:lineRule="exact"/>
        <w:ind w:left="720" w:right="0" w:firstLine="0"/>
        <w:jc w:val="both"/>
      </w:pPr>
      <w:r>
        <w:rPr>
          <w:rFonts w:ascii="Times New Roman" w:hAnsi="Times New Roman" w:eastAsia="Times New Roman" w:cs="Times New Roman"/>
          <w:b w:val="0"/>
          <w:sz w:val="24"/>
        </w:rPr>
        <w:t>[Defendant name] – [service address for Defendant]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Plaintiff(s), named above, have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in this Court to have you evicted.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complaint is attached. You are summoned to appear in court at the time and place listed below to participate in this lawsuit. In order to do so, you must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appearance with the Clerk of the Circuit Court in the county that this lawsuit was filed in. You may be required to pay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to the Clerk's office in order to file your appearance. Once you have filed your appearance, you must appear in court at the time and place listed below.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do not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appearance in time or if you do not appear in court at the time and place listed below,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JUDGMENT BY DEFAULT</w:t>
      </w:r>
      <w:r>
        <w:rPr>
          <w:rFonts w:ascii="Times New Roman" w:hAnsi="Times New Roman" w:eastAsia="Times New Roman" w:cs="Times New Roman"/>
          <w:b w:val="0"/>
          <w:sz w:val="24"/>
        </w:rPr>
        <w:t xml:space="preserve"> may be entered for the relief requested in the complaint, ordering that you be evicted. If judgment is entered against you, the sheriff may evict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money judgment may also be entered against you if requested in the complaint.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Therefore you, the Defendant(s), after you have filed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appearance, are hereby summoned to appear in person before this Court on [date] at [time] in Courtroom [number] at [name and address of courthouse], at which time and 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TRIAL</w:t>
      </w:r>
      <w:r>
        <w:rPr>
          <w:rFonts w:ascii="Times New Roman" w:hAnsi="Times New Roman" w:eastAsia="Times New Roman" w:cs="Times New Roman"/>
          <w:b w:val="0"/>
          <w:sz w:val="24"/>
        </w:rPr>
        <w:t xml:space="preserve"> may be held on the complaint.</w:t>
      </w:r>
    </w:p>
    <w:p>
      <w:pPr>
        <w:keepNext w:val="0"/>
        <w:spacing w:before="120" w:after="0" w:line="260" w:lineRule="exact"/>
        <w:ind w:left="360" w:right="0" w:firstLine="0"/>
        <w:jc w:val="left"/>
      </w:pPr>
      <w:r>
        <w:rPr>
          <w:rFonts w:ascii="Times New Roman" w:hAnsi="Times New Roman" w:eastAsia="Times New Roman" w:cs="Times New Roman"/>
          <w:b/>
          <w:sz w:val="24"/>
        </w:rPr>
        <w:t>INSTRUCTIONS TO SERVER</w:t>
      </w:r>
    </w:p>
    <w:p>
      <w:pPr>
        <w:keepNext w:val="0"/>
        <w:spacing w:before="200" w:after="0" w:line="260" w:lineRule="exact"/>
        <w:ind w:left="720" w:right="0" w:firstLine="0"/>
        <w:jc w:val="both"/>
      </w:pPr>
      <w:r>
        <w:rPr>
          <w:rFonts w:ascii="Times New Roman" w:hAnsi="Times New Roman" w:eastAsia="Times New Roman" w:cs="Times New Roman"/>
          <w:b w:val="0"/>
          <w:sz w:val="24"/>
        </w:rPr>
        <w:t>This summons must be returned by the officer or other person to whom it was given for service, with endorsement of service and fees, if any, immediately after service and not less than seven (7) days before the day for appearance. If service cannot be made, this summons shall be returned so endorsed.</w:t>
      </w:r>
    </w:p>
    <w:p>
      <w:pPr/>
    </w:p>
    <w:p>
      <w:pPr>
        <w:keepNext w:val="0"/>
        <w:spacing w:before="120" w:after="0" w:line="260" w:lineRule="exact"/>
        <w:ind w:left="360" w:right="0" w:firstLine="0"/>
        <w:jc w:val="left"/>
      </w:pPr>
      <w:r>
        <w:rPr>
          <w:rFonts w:ascii="Times New Roman" w:hAnsi="Times New Roman" w:eastAsia="Times New Roman" w:cs="Times New Roman"/>
          <w:b/>
          <w:sz w:val="24"/>
        </w:rPr>
        <w:t>WITNESS</w:t>
      </w:r>
      <w:r>
        <w:rPr>
          <w:rFonts w:ascii="Times New Roman" w:hAnsi="Times New Roman" w:eastAsia="Times New Roman" w:cs="Times New Roman"/>
          <w:b w:val="0"/>
          <w:sz w:val="24"/>
        </w:rPr>
        <w:t xml:space="preserve"> ____________________ ,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r>
        <w:rPr>
          <w:rFonts w:ascii="Times New Roman" w:hAnsi="Times New Roman" w:eastAsia="Times New Roman" w:cs="Times New Roman"/>
          <w:sz w:val="24"/>
        </w:rPr>
        <w:br/>
      </w:r>
      <w:r>
        <w:rPr>
          <w:rFonts w:ascii="Times New Roman" w:hAnsi="Times New Roman" w:eastAsia="Times New Roman" w:cs="Times New Roman"/>
          <w:b/>
          <w:sz w:val="24"/>
        </w:rPr>
        <w:t>Clerk of Court</w:t>
      </w:r>
    </w:p>
    <w:p>
      <w:pPr>
        <w:keepNext w:val="0"/>
        <w:spacing w:before="120" w:after="0" w:line="260" w:lineRule="exact"/>
        <w:ind w:left="360" w:right="0" w:firstLine="0"/>
        <w:jc w:val="left"/>
      </w:pPr>
      <w:r>
        <w:rPr>
          <w:rFonts w:ascii="Times New Roman" w:hAnsi="Times New Roman" w:eastAsia="Times New Roman" w:cs="Times New Roman"/>
          <w:b/>
          <w:sz w:val="24"/>
        </w:rPr>
        <w:t>DATE OF SERVICE</w:t>
      </w:r>
      <w:r>
        <w:rPr>
          <w:rFonts w:ascii="Times New Roman" w:hAnsi="Times New Roman" w:eastAsia="Times New Roman" w:cs="Times New Roman"/>
          <w:b w:val="0"/>
          <w:sz w:val="24"/>
        </w:rPr>
        <w:t xml:space="preserv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(To be inserted by officer on copy left with Defendant or other person)</w:t>
      </w:r>
    </w:p>
    <w:p>
      <w:pPr>
        <w:keepNext w:val="0"/>
        <w:spacing w:before="200" w:after="0" w:line="260" w:lineRule="exact"/>
        <w:ind w:left="360" w:right="0" w:firstLine="0"/>
        <w:jc w:val="both"/>
      </w:pPr>
      <w:r>
        <w:rPr>
          <w:rFonts w:ascii="Times New Roman" w:hAnsi="Times New Roman" w:eastAsia="Times New Roman" w:cs="Times New Roman"/>
          <w:b/>
          <w:sz w:val="24"/>
        </w:rPr>
        <w:t>Atty. No.:</w:t>
      </w:r>
      <w:r>
        <w:rPr>
          <w:rFonts w:ascii="Times New Roman" w:hAnsi="Times New Roman" w:eastAsia="Times New Roman" w:cs="Times New Roman"/>
          <w:b w:val="0"/>
          <w:sz w:val="24"/>
        </w:rPr>
        <w:t xml:space="preserve"> [number]</w:t>
      </w:r>
    </w:p>
    <w:p>
      <w:pPr>
        <w:keepNext w:val="0"/>
        <w:spacing w:before="200" w:after="0" w:line="260" w:lineRule="exact"/>
        <w:ind w:left="360" w:right="0" w:firstLine="0"/>
        <w:jc w:val="both"/>
      </w:pP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[firm name]</w:t>
      </w:r>
    </w:p>
    <w:p>
      <w:pPr>
        <w:keepNext w:val="0"/>
        <w:spacing w:before="200" w:after="0" w:line="260" w:lineRule="exact"/>
        <w:ind w:left="360" w:right="0" w:firstLine="0"/>
        <w:jc w:val="both"/>
      </w:pPr>
      <w:r>
        <w:rPr>
          <w:rFonts w:ascii="Times New Roman" w:hAnsi="Times New Roman" w:eastAsia="Times New Roman" w:cs="Times New Roman"/>
          <w:b/>
          <w:sz w:val="24"/>
        </w:rPr>
        <w:t>Atty. for:</w:t>
      </w:r>
      <w:r>
        <w:rPr>
          <w:rFonts w:ascii="Times New Roman" w:hAnsi="Times New Roman" w:eastAsia="Times New Roman" w:cs="Times New Roman"/>
          <w:b w:val="0"/>
          <w:sz w:val="24"/>
        </w:rPr>
        <w:t xml:space="preserve"> [client name]</w:t>
      </w:r>
    </w:p>
    <w:p>
      <w:pPr>
        <w:keepNext w:val="0"/>
        <w:spacing w:before="200" w:after="0" w:line="260" w:lineRule="exact"/>
        <w:ind w:left="360" w:right="0" w:firstLine="0"/>
        <w:jc w:val="both"/>
      </w:pPr>
      <w:r>
        <w:rPr>
          <w:rFonts w:ascii="Times New Roman" w:hAnsi="Times New Roman" w:eastAsia="Times New Roman" w:cs="Times New Roman"/>
          <w:b/>
          <w:sz w:val="24"/>
        </w:rPr>
        <w:t>Address</w:t>
      </w:r>
      <w:r>
        <w:rPr>
          <w:rFonts w:ascii="Times New Roman" w:hAnsi="Times New Roman" w:eastAsia="Times New Roman" w:cs="Times New Roman"/>
          <w:b w:val="0"/>
          <w:sz w:val="24"/>
        </w:rPr>
        <w:t>: [address]</w:t>
      </w:r>
    </w:p>
    <w:p>
      <w:pPr>
        <w:keepNext w:val="0"/>
        <w:spacing w:before="200" w:after="0" w:line="260" w:lineRule="exact"/>
        <w:ind w:left="360" w:right="0" w:firstLine="0"/>
        <w:jc w:val="both"/>
      </w:pPr>
      <w:r>
        <w:rPr>
          <w:rFonts w:ascii="Times New Roman" w:hAnsi="Times New Roman" w:eastAsia="Times New Roman" w:cs="Times New Roman"/>
          <w:b/>
          <w:sz w:val="24"/>
        </w:rPr>
        <w:t>City/State/Zip Code:</w:t>
      </w:r>
      <w:r>
        <w:rPr>
          <w:rFonts w:ascii="Times New Roman" w:hAnsi="Times New Roman" w:eastAsia="Times New Roman" w:cs="Times New Roman"/>
          <w:b w:val="0"/>
          <w:sz w:val="24"/>
        </w:rPr>
        <w:t xml:space="preserve"> [address 2]</w:t>
      </w:r>
    </w:p>
    <w:p>
      <w:pPr>
        <w:keepNext w:val="0"/>
        <w:spacing w:before="200" w:after="0" w:line="260" w:lineRule="exact"/>
        <w:ind w:left="360" w:right="0" w:firstLine="0"/>
        <w:jc w:val="both"/>
      </w:pPr>
      <w:r>
        <w:rPr>
          <w:rFonts w:ascii="Times New Roman" w:hAnsi="Times New Roman" w:eastAsia="Times New Roman" w:cs="Times New Roman"/>
          <w:b/>
          <w:sz w:val="24"/>
        </w:rPr>
        <w:t>Telephone:</w:t>
      </w:r>
      <w:r>
        <w:rPr>
          <w:rFonts w:ascii="Times New Roman" w:hAnsi="Times New Roman" w:eastAsia="Times New Roman" w:cs="Times New Roman"/>
          <w:b w:val="0"/>
          <w:sz w:val="24"/>
        </w:rPr>
        <w:t xml:space="preserve"> [number]</w:t>
      </w:r>
    </w:p>
    <w:p>
      <w:pPr>
        <w:keepNext w:val="0"/>
        <w:spacing w:before="200" w:after="0" w:line="260" w:lineRule="exact"/>
        <w:ind w:left="360" w:right="0" w:firstLine="0"/>
        <w:jc w:val="both"/>
      </w:pPr>
      <w:r>
        <w:rPr>
          <w:rFonts w:ascii="Times New Roman" w:hAnsi="Times New Roman" w:eastAsia="Times New Roman" w:cs="Times New Roman"/>
          <w:b/>
          <w:sz w:val="24"/>
        </w:rPr>
        <w:t>Fax:</w:t>
      </w:r>
      <w:r>
        <w:rPr>
          <w:rFonts w:ascii="Times New Roman" w:hAnsi="Times New Roman" w:eastAsia="Times New Roman" w:cs="Times New Roman"/>
          <w:b w:val="0"/>
          <w:sz w:val="24"/>
        </w:rPr>
        <w:t xml:space="preserve"> [number]</w:t>
      </w:r>
    </w:p>
    <w:p>
      <w:pPr>
        <w:keepNext w:val="0"/>
        <w:spacing w:before="200" w:after="0" w:line="260" w:lineRule="exact"/>
        <w:ind w:left="360" w:right="0" w:firstLine="0"/>
        <w:jc w:val="both"/>
      </w:pPr>
      <w:r>
        <w:rPr>
          <w:rFonts w:ascii="Times New Roman" w:hAnsi="Times New Roman" w:eastAsia="Times New Roman" w:cs="Times New Roman"/>
          <w:b/>
          <w:sz w:val="24"/>
        </w:rPr>
        <w:t>Email:</w:t>
      </w:r>
      <w:r>
        <w:rPr>
          <w:rFonts w:ascii="Times New Roman" w:hAnsi="Times New Roman" w:eastAsia="Times New Roman" w:cs="Times New Roman"/>
          <w:b w:val="0"/>
          <w:sz w:val="24"/>
        </w:rPr>
        <w:t xml:space="preserve">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