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b/>
          <w:sz w:val="24"/>
        </w:rPr>
        <w:t>EXECUTIVE EXEMPTION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Test One for FLSA Executive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answers to questions 1–3 and one of the questions under number 4 are "yes," the employee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customarily and regularly direct the work of two or more other full-time employees, or their equivalent?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Does the employee have the authority to hire or fire other employees?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not,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Test Two for FLSA Executive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 to the two questions below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properly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test outlined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that employs him or her, regardless of the type of business organization (e.g., corporation, partnership, or other)?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Administrative Exemption: FLSA Test for Employees of Non-educational Establishments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qualify for the administrative exemption under the FLSA,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Administrative Exemption: FLSA Test for Employees of Educational Establishments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employer pay the employee: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that employs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Learned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Creative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Teacher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teacher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Lawyer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lawyer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Medical Doctor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doctor to qualify for the professional exemption, the answer to one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 UNDER THE FLSA</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outside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the client or customer will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 UNDER MASSACHUSETTS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Massachusetts' outside sales exemption to apply, the answer to the first question must be "yes," and the answer to the second question must be "no."</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regularly sell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or product away from the employer's place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make daily reports or visits to the office or plant of the employer?</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computer professional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$27.63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highly compensated employee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exemptions?</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