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if the answer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Employees Whose Primary Duty Consists of Sales Activity (New Jersey state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if his or her job involves sales activity,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consist of sales activity?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at least 50% of the employee’s total compensation come from commissions?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total compensation equal at least $400 per week?</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