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Exit Interview Questionnaire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SECTION 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INTRODUCTION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Your responses to this exit interview questionnaire will assist us in identifying areas where [Name of company] (Company) needs to improve and areas where the company is meeting or exceeding expectations.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REASONS FOR ENDING EMPLOYMENT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did you decide to resign from the Company?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Please describe the factor(s) that caused you to resign from the Company.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EXPERIENCE WORKING FOR THE COMPANY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training did you receive at the Company?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Can you please describe your experience with your supervisor(s)?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Can you please describe your experience(s) with the human resources department?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Were you satisfied with the wages and/or benefits you received while working for the Company?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Yes______   No 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NO, please explain why not: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Can you please describe your overall level of satisfaction for each position you held at the Company?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believe that you were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victim of discrimination or harassment while employed with the Company?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Yes______   No 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explain what happened: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Also, if YES to Question 8, can you please provide information concerning whether you discussed this discrimination or harassment allegation with your supervisor, any other member of management, and/or human resources? If so, what occurred after you reported the alleged discrimination or harassment?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witness anything that you felt was discriminatory or harassing treatment of another employee at the Company?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Yes______   No 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explain what you observed: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Also, if YES to Question 9, can you please provide information concerning whether you discussed this discrimination or harassment allegation with your supervisor, any other member of management, and/or human resources? If so, what occurred after you reported the alleged discrimination or harassment?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experience any other problems (aside from discrimination or harassment) while employed with the Company?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Yes______   No 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explain: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was your favorite part about working for the Company?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was your least favorite part about working for the Company?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Would you recommend the Company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place to work to others?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Yes______   No 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NO, please explain: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POST-EMPLOYMENT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Have you returned all Company property (e.g., laptop computer(s), mobile device(s), Company documents, etc.)?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Yes______   No 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Have you reviewed all agreements that you signed concerning your employment with the Company?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Yes______   No 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Do you understand your continuing responsibilities after your employment with the Company, as reflected in the above agreements?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Yes______   No 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you have any questions concerning these continuing responsibilities, can you please write them here?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Does the Company owe you any compensation or other benefits?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Yes______   No 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explain: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FINAL CONSIDERATIONS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you have any additional comments concerning your work experience with the Company, can you please add them below?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EMPLOYEE’S PRINTED NAME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