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FMLA Certification of Health Care Provider For Family Member's Serious Health Condition</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The DOL provides a form for a health care provider to certify the employee’s own serious health condition. See Certification of Health Care Provider for Employee’s Serious Health Condition under the Family and Medical Leave Act (DOL Form WH-380-E). </w:t>
      </w:r>
    </w:p>
    <w:p>
      <w:pPr/>
      <w:r>
        <w:rPr>
          <w:rFonts w:ascii="Times New Roman" w:hAnsi="Times New Roman" w:eastAsia="Times New Roman" w:cs="Times New Roman"/>
          <w:sz w:val="24"/>
        </w:rPr>
        <w:t>© 2021 LITTLER MENDELSON, P.C. ALL RIGHTS RESERVED.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