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FMLA Designation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DOL's Designation Notice under the (Family and Medical Leave Act) (DOL Form WH-382)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one-page form that notifies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as to whether their FMLA leave request has been approved (and, if not, the additional health certification required). It also notifies employees whether the employer is requiring the substitution of paid leave during the FMLA leave.</w:t>
      </w:r>
    </w:p>
    <w:p>
      <w:pPr>
        <w:keepNext w:val="0"/>
        <w:spacing w:before="200" w:after="0" w:line="260" w:lineRule="exact"/>
        <w:ind w:left="360" w:right="0" w:firstLine="0"/>
        <w:jc w:val="both"/>
      </w:pPr>
      <w:r>
        <w:rPr>
          <w:rFonts w:ascii="Times New Roman" w:hAnsi="Times New Roman" w:eastAsia="Times New Roman" w:cs="Times New Roman"/>
          <w:b w:val="0"/>
          <w:sz w:val="24"/>
        </w:rPr>
        <w:t>© 2021 LITTLER MENDELSON, P.C. ALL RIGHTS RESERVED.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