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FMLA Expired or Exhausted Leave Return-to-Work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[Employee Name]</w:t>
      </w:r>
    </w:p>
    <w:p>
      <w:pPr>
        <w:keepNext w:val="0"/>
        <w:spacing w:before="6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6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Dear [Employee],</w:t>
      </w:r>
    </w:p>
    <w:p>
      <w:pPr>
        <w:keepNext w:val="0"/>
        <w:spacing w:before="200" w:after="0" w:line="260" w:lineRule="exact"/>
        <w:ind w:left="360" w:right="0" w:firstLine="0"/>
        <w:jc w:val="both"/>
      </w:pPr>
      <w:r>
        <w:rPr>
          <w:rFonts w:ascii="Times New Roman" w:hAnsi="Times New Roman" w:eastAsia="Times New Roman" w:cs="Times New Roman"/>
          <w:b w:val="0"/>
          <w:sz w:val="24"/>
        </w:rPr>
        <w:t>I write to remind you that the leave you are currently taking under the Family and Medical Leave Act (FMLA) will expire on [date]. Accordingly, you are expected to return to work on [return to work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Because your FMLA leave is to accommodate your own serious health condition,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your reinstatement you must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fitness-for-duty certification from your health care provider specifically stating that you are able to perform the essential functions of your position. Enclosed is your job description for your health care provider's use in preparing the fitness-for-duty certification. If your health care provider releases you to return to work on [return to work date], please submit the fitness-for-duty certification upon your return.</w:t>
      </w:r>
    </w:p>
    <w:p>
      <w:pPr>
        <w:keepNext w:val="0"/>
        <w:spacing w:before="200" w:after="0" w:line="260" w:lineRule="exact"/>
        <w:ind w:left="360" w:right="0" w:firstLine="0"/>
        <w:jc w:val="both"/>
      </w:pPr>
      <w:r>
        <w:rPr>
          <w:rFonts w:ascii="Times New Roman" w:hAnsi="Times New Roman" w:eastAsia="Times New Roman" w:cs="Times New Roman"/>
          <w:b w:val="0"/>
          <w:sz w:val="24"/>
        </w:rPr>
        <w:t>If you will be unable to return to work on [return to work date], please take the following steps: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Notify [department and/or individual(s)] within two days after becoming aware of your inability to return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Arrange for your health care provider to complete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medical certification of your serious health condition (use the enclosed form)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Submit the completed form to [department and/or individual(s)] by [return to work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do not return to work on [return to work date] and also do not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your leave by that date, [employer] will assume that you have abandoned your position, and your employment with [employer] will be terminated.</w:t>
      </w:r>
    </w:p>
    <w:p>
      <w:pPr>
        <w:keepNext w:val="0"/>
        <w:spacing w:before="200" w:after="0" w:line="260" w:lineRule="exact"/>
        <w:ind w:left="360" w:right="0" w:firstLine="0"/>
        <w:jc w:val="both"/>
      </w:pPr>
      <w:r>
        <w:rPr>
          <w:rFonts w:ascii="Times New Roman" w:hAnsi="Times New Roman" w:eastAsia="Times New Roman" w:cs="Times New Roman"/>
          <w:b w:val="0"/>
          <w:sz w:val="24"/>
        </w:rPr>
        <w:t>I look forward to hearing from you very soon. You can contact me at [telephone number] or [e-mail address] if you have any questions.</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200" w:after="0" w:line="260" w:lineRule="exact"/>
        <w:ind w:left="360" w:right="0" w:firstLine="0"/>
        <w:jc w:val="both"/>
      </w:pPr>
      <w:r>
        <w:rPr>
          <w:rFonts w:ascii="Times New Roman" w:hAnsi="Times New Roman" w:eastAsia="Times New Roman" w:cs="Times New Roman"/>
          <w:b w:val="0"/>
          <w:sz w:val="24"/>
        </w:rPr>
        <w:t>[Name],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