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FOIA Request: Tax Documents</w:t>
      </w:r>
    </w:p>
    <w:p>
      <w:pPr>
        <w:keepNext w:val="0"/>
        <w:spacing w:after="0" w:line="240" w:lineRule="exact"/>
        <w:ind w:right="0"/>
        <w:jc w:val="both"/>
      </w:pPr>
    </w:p>
    <w:p>
      <w:pPr>
        <w:keepNext w:val="0"/>
        <w:spacing w:before="200" w:after="0" w:line="260" w:lineRule="exact"/>
        <w:ind w:left="360" w:right="0" w:firstLine="0"/>
        <w:jc w:val="both"/>
      </w:pPr>
      <w:r>
        <w:rPr>
          <w:rFonts w:ascii="Times New Roman" w:hAnsi="Times New Roman" w:eastAsia="Times New Roman" w:cs="Times New Roman"/>
          <w:b w:val="0"/>
          <w:sz w:val="24"/>
        </w:rPr>
        <w:t>Dear Disclosure Manager:</w:t>
      </w:r>
    </w:p>
    <w:p>
      <w:pPr>
        <w:keepNext w:val="0"/>
        <w:spacing w:before="200" w:after="0" w:line="260" w:lineRule="exact"/>
        <w:ind w:left="360" w:right="0" w:firstLine="0"/>
        <w:jc w:val="both"/>
      </w:pPr>
      <w:r>
        <w:rPr>
          <w:rFonts w:ascii="Times New Roman" w:hAnsi="Times New Roman" w:eastAsia="Times New Roman" w:cs="Times New Roman"/>
          <w:b w:val="0"/>
          <w:sz w:val="24"/>
        </w:rPr>
        <w:t>This request for information is submitted pursuant to the Freedom of Information Act (5 U.S.C. § 522, as amended) on behalf of [Taxpayer].</w:t>
      </w:r>
    </w:p>
    <w:p>
      <w:pPr>
        <w:keepNext w:val="0"/>
        <w:spacing w:before="200" w:after="0" w:line="260" w:lineRule="exact"/>
        <w:ind w:left="360" w:right="0" w:firstLine="0"/>
        <w:jc w:val="both"/>
      </w:pPr>
      <w:r>
        <w:rPr>
          <w:rFonts w:ascii="Times New Roman" w:hAnsi="Times New Roman" w:eastAsia="Times New Roman" w:cs="Times New Roman"/>
          <w:b w:val="0"/>
          <w:sz w:val="24"/>
        </w:rPr>
        <w:t>I hereby request that copies of the following documents be provided to me:</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[Identify documents or information being requested (e.g.,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of the Examination Division’s administrative file for Taxpayer’s ________ tax year, all documents supplied by any third party to the Service in connection with the Service’s audit of the Taxpayer’s __________ tax year, all documents prepared by the Service in connection with the Service’s audit of the Taxpayer’s ____________ tax year).]</w:t>
      </w:r>
    </w:p>
    <w:p>
      <w:pPr>
        <w:keepNext w:val="0"/>
        <w:spacing w:before="200" w:after="0" w:line="260" w:lineRule="exact"/>
        <w:ind w:left="360" w:right="0" w:firstLine="0"/>
        <w:jc w:val="both"/>
      </w:pP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power of attorney (Form 2848) authorizing me to represent the above-reference taxpayer in connection with the tax year referenced herein is on file with the IRS and attached hereto. Please send all correspondence associated with this request, including all requested records, to me at the following address:</w:t>
      </w:r>
    </w:p>
    <w:p>
      <w:pPr>
        <w:keepNext w:val="0"/>
        <w:spacing w:before="200" w:after="0" w:line="260" w:lineRule="exact"/>
        <w:ind w:left="720" w:right="0" w:firstLine="0"/>
        <w:jc w:val="both"/>
      </w:pPr>
      <w:r>
        <w:rPr>
          <w:rFonts w:ascii="Times New Roman" w:hAnsi="Times New Roman" w:eastAsia="Times New Roman" w:cs="Times New Roman"/>
          <w:b w:val="0"/>
          <w:sz w:val="24"/>
        </w:rPr>
        <w:t>________________________________________</w:t>
      </w:r>
    </w:p>
    <w:p>
      <w:pPr>
        <w:keepNext w:val="0"/>
        <w:spacing w:before="200" w:after="0" w:line="260" w:lineRule="exact"/>
        <w:ind w:left="720" w:right="0" w:firstLine="0"/>
        <w:jc w:val="both"/>
      </w:pPr>
      <w:r>
        <w:rPr>
          <w:rFonts w:ascii="Times New Roman" w:hAnsi="Times New Roman" w:eastAsia="Times New Roman" w:cs="Times New Roman"/>
          <w:b w:val="0"/>
          <w:sz w:val="24"/>
        </w:rPr>
        <w:t>________________________________________</w:t>
      </w:r>
    </w:p>
    <w:p>
      <w:pPr>
        <w:keepNext w:val="0"/>
        <w:spacing w:before="200" w:after="0" w:line="260" w:lineRule="exact"/>
        <w:ind w:left="720" w:right="0" w:firstLine="0"/>
        <w:jc w:val="both"/>
      </w:pPr>
      <w:r>
        <w:rPr>
          <w:rFonts w:ascii="Times New Roman" w:hAnsi="Times New Roman" w:eastAsia="Times New Roman" w:cs="Times New Roman"/>
          <w:b w:val="0"/>
          <w:sz w:val="24"/>
        </w:rPr>
        <w:t>[Name and Address]</w:t>
      </w:r>
    </w:p>
    <w:p>
      <w:pPr>
        <w:keepNext w:val="0"/>
        <w:spacing w:before="200" w:after="0" w:line="260" w:lineRule="exact"/>
        <w:ind w:left="360" w:right="0" w:firstLine="0"/>
        <w:jc w:val="both"/>
      </w:pPr>
      <w:r>
        <w:rPr>
          <w:rFonts w:ascii="Times New Roman" w:hAnsi="Times New Roman" w:eastAsia="Times New Roman" w:cs="Times New Roman"/>
          <w:b w:val="0"/>
          <w:sz w:val="24"/>
        </w:rPr>
        <w:t>I do not wish to inspect the documents first.</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To the extent it is determined that any requested record or portion thereof is exempted from disclosure, please provide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of any portions of such record that are not exempted from disclosure, and provide the following information with respect to any withheld information:</w:t>
      </w:r>
    </w:p>
    <w:p>
      <w:pPr>
        <w:keepNext w:val="0"/>
        <w:spacing w:before="200" w:after="0" w:line="260" w:lineRule="exact"/>
        <w:ind w:left="720" w:right="0" w:firstLine="0"/>
        <w:jc w:val="both"/>
      </w:pPr>
      <w:r>
        <w:rPr>
          <w:rFonts w:ascii="Times New Roman" w:hAnsi="Times New Roman" w:eastAsia="Times New Roman" w:cs="Times New Roman"/>
          <w:b w:val="0"/>
          <w:sz w:val="24"/>
        </w:rPr>
        <w:t>•</w:t>
        <w:tab/>
        <w:t>The date of such record;</w:t>
      </w:r>
    </w:p>
    <w:p>
      <w:pPr>
        <w:keepNext w:val="0"/>
        <w:spacing w:before="200" w:after="0" w:line="260" w:lineRule="exact"/>
        <w:ind w:left="720" w:right="0" w:firstLine="0"/>
        <w:jc w:val="both"/>
      </w:pPr>
      <w:r>
        <w:rPr>
          <w:rFonts w:ascii="Times New Roman" w:hAnsi="Times New Roman" w:eastAsia="Times New Roman" w:cs="Times New Roman"/>
          <w:b w:val="0"/>
          <w:sz w:val="24"/>
        </w:rPr>
        <w:t>•</w:t>
        <w:tab/>
        <w:t>The identity of the author and addressee of such record;</w:t>
      </w:r>
    </w:p>
    <w:p>
      <w:pPr>
        <w:keepNext w:val="0"/>
        <w:spacing w:before="200" w:after="0" w:line="260" w:lineRule="exact"/>
        <w:ind w:left="720" w:right="0" w:firstLine="0"/>
        <w:jc w:val="both"/>
      </w:pPr>
      <w:r>
        <w:rPr>
          <w:rFonts w:ascii="Times New Roman" w:hAnsi="Times New Roman" w:eastAsia="Times New Roman" w:cs="Times New Roman"/>
          <w:b w:val="0"/>
          <w:sz w:val="24"/>
        </w:rPr>
        <w:t>•</w:t>
        <w:tab/>
        <w:t>The title of such record;</w:t>
      </w:r>
    </w:p>
    <w:p>
      <w:pPr>
        <w:keepNext w:val="0"/>
        <w:spacing w:before="200" w:after="0" w:line="260" w:lineRule="exact"/>
        <w:ind w:left="720" w:right="0" w:firstLine="0"/>
        <w:jc w:val="both"/>
      </w:pPr>
      <w:r>
        <w:rPr>
          <w:rFonts w:ascii="Times New Roman" w:hAnsi="Times New Roman" w:eastAsia="Times New Roman" w:cs="Times New Roman"/>
          <w:b w:val="0"/>
          <w:sz w:val="24"/>
        </w:rPr>
        <w:t>•</w:t>
        <w:tab/>
        <w:t>The general nature of such record; and</w:t>
      </w:r>
    </w:p>
    <w:p>
      <w:pPr>
        <w:keepNext w:val="0"/>
        <w:spacing w:before="200" w:after="0" w:line="260" w:lineRule="exact"/>
        <w:ind w:left="720" w:right="0" w:firstLine="0"/>
        <w:jc w:val="both"/>
      </w:pPr>
      <w:r>
        <w:rPr>
          <w:rFonts w:ascii="Times New Roman" w:hAnsi="Times New Roman" w:eastAsia="Times New Roman" w:cs="Times New Roman"/>
          <w:b w:val="0"/>
          <w:sz w:val="24"/>
        </w:rPr>
        <w:t>•</w:t>
        <w:tab/>
        <w:t>The statutory basis for not disclosing such record or portion thereof.</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The Taxpayer is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“other requester” as defined in Treasury Regulation § 601.702(f)(3)(ii)(E) and agrees to pay any and all search and duplication fees up to $__________. If you estimate that the fees will exceed this limit, please contact me prior to completing this request.</w:t>
      </w:r>
    </w:p>
    <w:p>
      <w:pPr>
        <w:keepNext w:val="0"/>
        <w:spacing w:before="200" w:after="0" w:line="260" w:lineRule="exact"/>
        <w:ind w:left="360" w:right="0" w:firstLine="0"/>
        <w:jc w:val="both"/>
      </w:pPr>
      <w:r>
        <w:rPr>
          <w:rFonts w:ascii="Times New Roman" w:hAnsi="Times New Roman" w:eastAsia="Times New Roman" w:cs="Times New Roman"/>
          <w:b w:val="0"/>
          <w:sz w:val="24"/>
        </w:rPr>
        <w:t>Under penalty of perjury, I declare that the foregoing is true and correct to the best of my knowledge and belief.</w:t>
      </w:r>
    </w:p>
    <w:p>
      <w:pPr/>
    </w:p>
    <w:p>
      <w:pPr>
        <w:keepNext w:val="0"/>
        <w:spacing w:before="200" w:after="0" w:line="260" w:lineRule="exact"/>
        <w:ind w:left="360" w:right="0" w:firstLine="0"/>
        <w:jc w:val="both"/>
      </w:pPr>
      <w:r>
        <w:rPr>
          <w:rFonts w:ascii="Times New Roman" w:hAnsi="Times New Roman" w:eastAsia="Times New Roman" w:cs="Times New Roman"/>
          <w:b w:val="0"/>
          <w:sz w:val="24"/>
        </w:rPr>
        <w:t>Sincerely,</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[Signature]</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[Name]</w:t>
      </w:r>
    </w:p>
    <w:p>
      <w:pPr>
        <w:keepNext w:val="0"/>
        <w:spacing w:before="120" w:after="0" w:line="260" w:lineRule="exact"/>
        <w:ind w:left="360" w:right="0" w:firstLine="0"/>
        <w:jc w:val="left"/>
      </w:pPr>
      <w:r>
        <w:rPr>
          <w:rFonts w:ascii="Times New Roman" w:hAnsi="Times New Roman" w:eastAsia="Times New Roman" w:cs="Times New Roman"/>
          <w:b w:val="0"/>
          <w:sz w:val="24"/>
        </w:rPr>
        <w:t>Executed on __________________</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