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LexisNexis(R) Forms FORM 80-E2-11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Transactional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Letter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All States</w:t>
      </w:r>
    </w:p>
    <w:p>
      <w:pPr>
        <w:keepNext w:val="0"/>
        <w:spacing w:after="0" w:line="240" w:lineRule="exact"/>
        <w:ind w:right="0"/>
        <w:jc w:val="both"/>
      </w:pPr>
    </w:p>
    <w:p>
      <w:pPr>
        <w:keepNext/>
        <w:spacing w:before="240" w:after="0" w:line="34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Form E2-11 Sample FCRA Pre-Adverse Action Letter</w:t>
      </w:r>
    </w:p>
    <w:p>
      <w:pPr>
        <w:spacing w:line="60" w:lineRule="exact"/>
      </w:pPr>
    </w:p>
    <w:p>
      <w:pPr/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the most up-to-date guidance from the U.S. Federal Trade Commission, visit: https://www.ftc.gov/tips-advice/business-center/guidance/using-consumer-reports-what-employers-need-know.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Applicant: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Information received, in whole or in part, from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 indicates that you do not meet our hiring criteria. In accordance with the Fair Credit Reporting Act, we are enclosing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report we received from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], along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summary of your rights.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You have the right to dispute the accuracy or completeness of information contained in the report(s) by contacting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>].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contact us promptly if you wish to discuss this matter. Although we have not yet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final decision with regard to your employment, if we do not hear from you within five days, we will be unable to consider you further for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employment opportunity with our organization.</w:t>
      </w:r>
    </w:p>
    <w:p>
      <w:pPr>
        <w:keepNext w:val="0"/>
        <w:spacing w:before="200" w:after="0" w:line="260" w:lineRule="exact"/>
        <w:ind w:left="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200" w:after="0" w:line="260" w:lineRule="exact"/>
        <w:ind w:left="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[COMPANY OFFICIAL]</w:t>
      </w:r>
    </w:p>
    <w:p>
      <w:pPr>
        <w:keepNext w:val="0"/>
        <w:spacing w:before="120" w:after="0" w:line="22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Business Law Monographs</w:t>
      </w:r>
    </w:p>
    <w:p>
      <w:pPr>
        <w:keepNext w:val="0"/>
        <w:spacing w:after="0" w:line="22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Copyright 2022,  Matthew Bender &amp; Company, Inc.,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LexisNexis Group.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