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Final Judgment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IN THE COUNTY COURT, IN AND FOR [name of county] COUNTY, FLORIDA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 of landlord]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Plaintiff,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vs.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 of tenant]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Defendant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CASE NO. [case number]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FINAL JUDGMENT - EVICTION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THIS ACTION came before the Court upon Plaintiff’s Complaint for Eviction. On the evidence presented, it is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ADJUDGED that Plaintiff, [landlord's name], recover from Defendant, [tenant's name], possession of the real property described as follows: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[legal or street description of rental premises including, if applicable, unit number]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and $ [amount of court costs] as court costs, FOR WHICH LET WRITS OF POSSESSION AND EXECUTION NOW ISSUE.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ORDERED in [city in which the court is located] county in which the Court is located] COUNTY, FLORIDA on ____________________, _____, 20_____.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[county] Judge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cc: [name of landlord]</w:t>
      </w:r>
    </w:p>
    <w:p>
      <w:pPr>
        <w:keepNext w:val="0"/>
        <w:spacing w:before="6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 of tenant]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