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FLORIDA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Florida,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7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xml:space="preserve"> Within 15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