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jc w:val="center"/>
      </w:pPr>
      <w:r>
        <w:rPr>
          <w:rFonts w:ascii="Times New Roman" w:hAnsi="Times New Roman" w:eastAsia="Times New Roman" w:cs="Times New Roman"/>
          <w:b/>
          <w:sz w:val="24"/>
        </w:rPr>
        <w:t>FLORIDA WARRANTY DEED</w:t>
      </w:r>
    </w:p>
    <w:p>
      <w:pPr/>
    </w:p>
    <w:p>
      <w:pPr/>
      <w:r>
        <w:rPr>
          <w:rFonts w:ascii="Times New Roman" w:hAnsi="Times New Roman" w:eastAsia="Times New Roman" w:cs="Times New Roman"/>
          <w:sz w:val="24"/>
        </w:rPr>
        <w:t>STATE OF FLORIDA</w:t>
      </w:r>
    </w:p>
    <w:p>
      <w:pPr/>
    </w:p>
    <w:p>
      <w:pPr/>
    </w:p>
    <w:p>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spacing w:line="276" w:lineRule="auto"/>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jc w:val="both"/>
      </w:pPr>
    </w:p>
    <w:p>
      <w:pPr>
        <w:jc w:val="both"/>
      </w:pPr>
    </w:p>
    <w:p>
      <w:pPr>
        <w:jc w:val="both"/>
      </w:pPr>
    </w:p>
    <w:p>
      <w:pPr/>
    </w:p>
    <w:p>
      <w:pPr/>
    </w:p>
    <w:p>
      <w:pPr/>
    </w:p>
    <w:p>
      <w:pPr/>
    </w:p>
    <w:p>
      <w:pPr/>
    </w:p>
    <w:p>
      <w:pPr/>
    </w:p>
    <w:p>
      <w:pPr>
        <w:spacing w:before="0" w:after="0" w:line="360" w:lineRule="auto"/>
      </w:pPr>
    </w:p>
    <w:p>
      <w:pPr/>
      <w:r>
        <w:rPr>
          <w:rFonts w:ascii="Times New Roman" w:hAnsi="Times New Roman" w:eastAsia="Times New Roman" w:cs="Times New Roman"/>
          <w:sz w:val="24"/>
        </w:rPr>
        <w:t>STATE OF FLORIDA)</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 xml:space="preserve">The foregoing instrument was acknowledged before me by means of </w:t>
      </w:r>
      <w:r>
        <w:rPr>
          <w:rFonts w:ascii="Times New Roman" w:hAnsi="Times New Roman" w:eastAsia="Times New Roman" w:cs="Times New Roman"/>
          <w:sz w:val="24"/>
        </w:rPr>
        <w:t>☐</w:t>
      </w:r>
      <w:r>
        <w:rPr>
          <w:rFonts w:ascii="Times New Roman" w:hAnsi="Times New Roman" w:eastAsia="Times New Roman" w:cs="Times New Roman"/>
          <w:sz w:val="24"/>
        </w:rPr>
        <w:t xml:space="preserve"> physical presence or </w:t>
      </w:r>
      <w:r>
        <w:rPr>
          <w:rFonts w:ascii="Times New Roman" w:hAnsi="Times New Roman" w:eastAsia="Times New Roman" w:cs="Times New Roman"/>
          <w:sz w:val="24"/>
        </w:rPr>
        <w:t>☐</w:t>
      </w:r>
      <w:r>
        <w:rPr>
          <w:rFonts w:ascii="Times New Roman" w:hAnsi="Times New Roman" w:eastAsia="Times New Roman" w:cs="Times New Roman"/>
          <w:sz w:val="24"/>
        </w:rPr>
        <w:t xml:space="preserve"> online notarization, this ______ day of __________ , ______ , by _____________________ who is personally known to me or who has produced ___________________________________ as identification.</w:t>
      </w:r>
    </w:p>
    <w:p>
      <w:pP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________________________________                     (SEAL)</w:t>
      </w:r>
    </w:p>
    <w:p>
      <w:pPr/>
      <w:r>
        <w:rPr>
          <w:rFonts w:ascii="Times New Roman" w:hAnsi="Times New Roman" w:eastAsia="Times New Roman" w:cs="Times New Roman"/>
          <w:sz w:val="24"/>
        </w:rPr>
        <w:t xml:space="preserve">Notary Public </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My Commission Expires: ______________</w:t>
      </w: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