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FLORIDA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605 Florida Revised Limited Liability Company Act (State Law) of the State of Florida (the "Act"). The Members agree to file with the appropriate agency within the State of Florida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Florida.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Florida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Florida,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Florida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10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10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10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tab/>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