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Petition fo</w:t>
      </w:r>
      <w:r>
        <w:rPr>
          <w:rFonts w:ascii="Times New Roman" w:hAnsi="Times New Roman" w:eastAsia="Times New Roman" w:cs="Times New Roman"/>
          <w:sz w:val="24"/>
        </w:rPr>
        <w:t>r Summary Administration</w:t>
      </w:r>
    </w:p>
    <w:p>
      <w:pPr>
        <w:spacing w:before="375" w:after="0" w:line="275" w:lineRule="exact"/>
        <w:jc w:val="center"/>
      </w:pPr>
      <w:r>
        <w:rPr>
          <w:rFonts w:ascii="Times New Roman" w:hAnsi="Times New Roman" w:eastAsia="Times New Roman" w:cs="Times New Roman"/>
          <w:sz w:val="24"/>
        </w:rPr>
        <w:t>IN THE CIRCUIT COURT FOR ____________________________, FLORIDA</w:t>
      </w:r>
    </w:p>
    <w:p>
      <w:pPr/>
    </w:p>
    <w:p>
      <w:pPr>
        <w:spacing w:before="400" w:after="0"/>
      </w:pPr>
      <w:r>
        <w:rPr>
          <w:rFonts w:ascii="Times New Roman" w:hAnsi="Times New Roman" w:eastAsia="Times New Roman" w:cs="Times New Roman"/>
          <w:b/>
          <w:sz w:val="24"/>
        </w:rPr>
        <w:t>PETITION FOR SUMMARY ADMINISTRATION</w:t>
      </w:r>
    </w:p>
    <w:p>
      <w:pPr>
        <w:spacing w:before="200" w:after="0" w:line="276" w:lineRule="auto"/>
        <w:jc w:val="both"/>
      </w:pPr>
      <w:r>
        <w:rPr>
          <w:rFonts w:ascii="Times New Roman" w:hAnsi="Times New Roman" w:eastAsia="Times New Roman" w:cs="Times New Roman"/>
          <w:sz w:val="24"/>
        </w:rPr>
        <w:t>Petitioner, ___________________________, respectively request the entry of an order of summary administration and in support thereof alleges.</w:t>
      </w:r>
    </w:p>
    <w:p>
      <w:pPr>
        <w:spacing w:line="276" w:lineRule="auto"/>
        <w:jc w:val="both"/>
      </w:pPr>
      <w:r>
        <w:rPr>
          <w:rFonts w:ascii="Times New Roman" w:hAnsi="Times New Roman" w:eastAsia="Times New Roman" w:cs="Times New Roman"/>
          <w:sz w:val="24"/>
        </w:rPr>
        <w:t xml:space="preserve"> </w:t>
      </w:r>
    </w:p>
    <w:p>
      <w:pPr>
        <w:spacing w:line="276" w:lineRule="auto"/>
        <w:ind w:hanging="200"/>
        <w:jc w:val="both"/>
      </w:pPr>
      <w:r>
        <w:rPr>
          <w:rFonts w:ascii="Times New Roman" w:hAnsi="Times New Roman" w:eastAsia="Times New Roman" w:cs="Times New Roman"/>
          <w:sz w:val="24"/>
        </w:rPr>
        <w:t>1) Petitioner has an interest in this estate as _________________________________________________________________.</w:t>
      </w:r>
    </w:p>
    <w:p>
      <w:pPr>
        <w:spacing w:line="276" w:lineRule="auto"/>
        <w:ind w:hanging="200"/>
        <w:jc w:val="both"/>
      </w:pPr>
      <w:r>
        <w:rPr>
          <w:rFonts w:ascii="Times New Roman" w:hAnsi="Times New Roman" w:eastAsia="Times New Roman" w:cs="Times New Roman"/>
          <w:sz w:val="24"/>
        </w:rPr>
        <w:t>2) Decedent's last known address was __________________________________________________________________. His/Her social Security number is ________________________________________________________________________.</w:t>
      </w:r>
    </w:p>
    <w:p>
      <w:pPr>
        <w:spacing w:line="276" w:lineRule="auto"/>
        <w:ind w:hanging="200"/>
        <w:jc w:val="both"/>
      </w:pPr>
      <w:r>
        <w:rPr>
          <w:rFonts w:ascii="Times New Roman" w:hAnsi="Times New Roman" w:eastAsia="Times New Roman" w:cs="Times New Roman"/>
          <w:sz w:val="24"/>
        </w:rPr>
        <w:t>3) Decedent died on __________________________, at the age of ___________. At the time of his/her death, Decedent was domiciled in County of __________________________________, Florida.</w:t>
      </w:r>
    </w:p>
    <w:p>
      <w:pPr>
        <w:spacing w:line="276" w:lineRule="auto"/>
        <w:ind w:hanging="200"/>
        <w:jc w:val="both"/>
      </w:pPr>
      <w:r>
        <w:rPr>
          <w:rFonts w:ascii="Times New Roman" w:hAnsi="Times New Roman" w:eastAsia="Times New Roman" w:cs="Times New Roman"/>
          <w:sz w:val="24"/>
        </w:rPr>
        <w:t>4) Petitioner is entitled to Summary Administration because:</w:t>
      </w:r>
    </w:p>
    <w:p>
      <w:pPr>
        <w:spacing w:line="276" w:lineRule="auto"/>
        <w:ind w:hanging="200"/>
        <w:jc w:val="both"/>
      </w:pPr>
      <w:r>
        <w:rPr>
          <w:rFonts w:ascii="Times New Roman" w:hAnsi="Times New Roman" w:eastAsia="Times New Roman" w:cs="Times New Roman"/>
          <w:sz w:val="24"/>
        </w:rPr>
        <w:t>a. The Decedent's will does not direct administration as required by Chapter 733, Florida Statutes.</w:t>
      </w:r>
    </w:p>
    <w:p>
      <w:pPr>
        <w:spacing w:line="276" w:lineRule="auto"/>
        <w:ind w:hanging="200"/>
        <w:jc w:val="both"/>
      </w:pPr>
      <w:r>
        <w:rPr>
          <w:rFonts w:ascii="Times New Roman" w:hAnsi="Times New Roman" w:eastAsia="Times New Roman" w:cs="Times New Roman"/>
          <w:sz w:val="24"/>
        </w:rPr>
        <w:t>b. The value of the entire estate subject to administration in this state, less the value of property exempt from the claims of creditor, does not exceed $75,000.00.</w:t>
      </w:r>
    </w:p>
    <w:p>
      <w:pPr>
        <w:spacing w:line="276" w:lineRule="auto"/>
        <w:ind w:hanging="200"/>
        <w:jc w:val="both"/>
      </w:pPr>
      <w:r>
        <w:rPr>
          <w:rFonts w:ascii="Times New Roman" w:hAnsi="Times New Roman" w:eastAsia="Times New Roman" w:cs="Times New Roman"/>
          <w:sz w:val="24"/>
        </w:rPr>
        <w:t>c. The Decedent has been dead for more than two years.</w:t>
      </w:r>
    </w:p>
    <w:p>
      <w:pPr>
        <w:spacing w:line="276" w:lineRule="auto"/>
        <w:ind w:hanging="200"/>
        <w:jc w:val="both"/>
      </w:pPr>
      <w:r>
        <w:rPr>
          <w:rFonts w:ascii="Times New Roman" w:hAnsi="Times New Roman" w:eastAsia="Times New Roman" w:cs="Times New Roman"/>
          <w:sz w:val="24"/>
        </w:rPr>
        <w:t>5) The assets of this estate and the estimated value of each, as well as the separately designated exempt assets of this estate are as follows:</w:t>
      </w:r>
    </w:p>
    <w:p>
      <w:pPr>
        <w:spacing w:line="276" w:lineRule="auto"/>
      </w:pPr>
    </w:p>
    <w:p>
      <w:pPr>
        <w:spacing w:line="276" w:lineRule="auto"/>
        <w:ind w:hanging="200"/>
        <w:jc w:val="both"/>
      </w:pPr>
    </w:p>
    <w:p>
      <w:pPr>
        <w:spacing w:line="276" w:lineRule="auto"/>
        <w:ind w:hanging="200"/>
        <w:jc w:val="both"/>
      </w:pPr>
      <w:r>
        <w:rPr>
          <w:rFonts w:ascii="Times New Roman" w:hAnsi="Times New Roman" w:eastAsia="Times New Roman" w:cs="Times New Roman"/>
          <w:sz w:val="24"/>
        </w:rPr>
        <w:t>6) Petitioner has made a diligent search and reasonable inquiry for any known or reasonably ascertainable creditors.</w:t>
      </w:r>
    </w:p>
    <w:p>
      <w:pPr>
        <w:spacing w:line="276" w:lineRule="auto"/>
        <w:ind w:hanging="200"/>
        <w:jc w:val="both"/>
      </w:pPr>
      <w:r>
        <w:rPr>
          <w:rFonts w:ascii="Times New Roman" w:hAnsi="Times New Roman" w:eastAsia="Times New Roman" w:cs="Times New Roman"/>
          <w:sz w:val="24"/>
        </w:rPr>
        <w:t>7) As to claims of creditors:</w:t>
      </w:r>
    </w:p>
    <w:p>
      <w:pPr>
        <w:spacing w:line="276" w:lineRule="auto"/>
        <w:ind w:hanging="200"/>
        <w:jc w:val="both"/>
      </w:pPr>
      <w:r>
        <w:rPr>
          <w:rFonts w:ascii="Times New Roman" w:hAnsi="Times New Roman" w:eastAsia="Times New Roman" w:cs="Times New Roman"/>
          <w:sz w:val="24"/>
        </w:rPr>
        <w:t>a. All claims of creditors are barred.</w:t>
      </w:r>
    </w:p>
    <w:p>
      <w:pPr>
        <w:spacing w:line="276" w:lineRule="auto"/>
        <w:ind w:hanging="200"/>
      </w:pPr>
      <w:r>
        <w:rPr>
          <w:rFonts w:ascii="Times New Roman" w:hAnsi="Times New Roman" w:eastAsia="Times New Roman" w:cs="Times New Roman"/>
          <w:sz w:val="24"/>
        </w:rPr>
        <w:t>b. The estate is indebted and provision for payment of debts has been arranged as follows: ____________________________________________________________________________________________________.</w:t>
      </w:r>
    </w:p>
    <w:p>
      <w:pPr>
        <w:spacing w:line="276" w:lineRule="auto"/>
        <w:ind w:hanging="200"/>
        <w:jc w:val="both"/>
      </w:pPr>
      <w:r>
        <w:rPr>
          <w:rFonts w:ascii="Times New Roman" w:hAnsi="Times New Roman" w:eastAsia="Times New Roman" w:cs="Times New Roman"/>
          <w:sz w:val="24"/>
        </w:rPr>
        <w:t>8) The names of the beneficiaries of this estate and of the Decedent's spouse, if any, their addresses and their relationships to the Decedent and the dates of birth of any such beneficiaries who are minors, are:</w:t>
      </w:r>
    </w:p>
    <w:p>
      <w:pPr>
        <w:spacing w:line="276" w:lineRule="auto"/>
      </w:pPr>
    </w:p>
    <w:p>
      <w:pPr>
        <w:spacing w:line="276" w:lineRule="auto"/>
        <w:ind w:hanging="200"/>
        <w:jc w:val="both"/>
      </w:pPr>
    </w:p>
    <w:p>
      <w:pPr>
        <w:spacing w:line="276" w:lineRule="auto"/>
        <w:ind w:hanging="200"/>
        <w:jc w:val="both"/>
      </w:pPr>
      <w:r>
        <w:rPr>
          <w:rFonts w:ascii="Times New Roman" w:hAnsi="Times New Roman" w:eastAsia="Times New Roman" w:cs="Times New Roman"/>
          <w:sz w:val="24"/>
        </w:rPr>
        <w:t>9) A schedule of proposed distribution of assets in this estate, including separately designated exempt property, and the person to whom each asset is to be distributed follows:</w:t>
      </w:r>
    </w:p>
    <w:p>
      <w:pPr>
        <w:spacing w:line="276" w:lineRule="auto"/>
      </w:pPr>
    </w:p>
    <w:p>
      <w:pPr>
        <w:spacing w:line="276" w:lineRule="auto"/>
        <w:ind w:hanging="200"/>
        <w:jc w:val="both"/>
      </w:pPr>
    </w:p>
    <w:p>
      <w:pPr>
        <w:spacing w:line="276" w:lineRule="auto"/>
        <w:ind w:hanging="200"/>
        <w:jc w:val="both"/>
      </w:pPr>
      <w:r>
        <w:rPr>
          <w:rFonts w:ascii="Times New Roman" w:hAnsi="Times New Roman" w:eastAsia="Times New Roman" w:cs="Times New Roman"/>
          <w:sz w:val="24"/>
        </w:rPr>
        <w:t>10) Venue is proper in this county because ___________________________________________________________________.</w:t>
      </w:r>
    </w:p>
    <w:p>
      <w:pPr>
        <w:spacing w:line="276" w:lineRule="auto"/>
        <w:jc w:val="center"/>
      </w:pPr>
      <w:r>
        <w:rPr>
          <w:rFonts w:ascii="Times New Roman" w:hAnsi="Times New Roman" w:eastAsia="Times New Roman" w:cs="Times New Roman"/>
          <w:sz w:val="24"/>
        </w:rPr>
        <w:t>[EITHER:]</w:t>
      </w:r>
    </w:p>
    <w:p>
      <w:pPr>
        <w:spacing w:line="276" w:lineRule="auto"/>
        <w:ind w:hanging="200"/>
        <w:jc w:val="both"/>
      </w:pPr>
      <w:r>
        <w:rPr>
          <w:rFonts w:ascii="Times New Roman" w:hAnsi="Times New Roman" w:eastAsia="Times New Roman" w:cs="Times New Roman"/>
          <w:sz w:val="24"/>
        </w:rPr>
        <w:t xml:space="preserve">11) The original of Decedent's will dated </w:t>
      </w:r>
      <w:r>
        <w:rPr>
          <w:rFonts w:ascii="Times New Roman" w:hAnsi="Times New Roman" w:eastAsia="Times New Roman" w:cs="Times New Roman"/>
          <w:sz w:val="24"/>
        </w:rPr>
        <w:t>[date of will]</w:t>
      </w:r>
      <w:r>
        <w:rPr>
          <w:rFonts w:ascii="Times New Roman" w:hAnsi="Times New Roman" w:eastAsia="Times New Roman" w:cs="Times New Roman"/>
          <w:sz w:val="24"/>
        </w:rPr>
        <w:t>, is in the possession of the court or accompanies this petition. Petitioner is not aware of any unrevoked will or codicil of Decedent.</w:t>
      </w:r>
    </w:p>
    <w:p>
      <w:pPr>
        <w:spacing w:line="276" w:lineRule="auto"/>
        <w:jc w:val="center"/>
      </w:pPr>
      <w:r>
        <w:rPr>
          <w:rFonts w:ascii="Times New Roman" w:hAnsi="Times New Roman" w:eastAsia="Times New Roman" w:cs="Times New Roman"/>
          <w:sz w:val="24"/>
        </w:rPr>
        <w:t>[OR:]</w:t>
      </w:r>
    </w:p>
    <w:p>
      <w:pPr>
        <w:spacing w:line="276" w:lineRule="auto"/>
        <w:ind w:hanging="200"/>
        <w:jc w:val="both"/>
      </w:pPr>
      <w:r>
        <w:rPr>
          <w:rFonts w:ascii="Times New Roman" w:hAnsi="Times New Roman" w:eastAsia="Times New Roman" w:cs="Times New Roman"/>
          <w:sz w:val="24"/>
        </w:rPr>
        <w:t>11) After the exercise of reasonable diligence, Petitioner is not aware of any unrevoked wills or codicils of Decedent.</w:t>
      </w:r>
    </w:p>
    <w:p>
      <w:pPr>
        <w:spacing w:line="276" w:lineRule="auto"/>
        <w:jc w:val="center"/>
      </w:pPr>
      <w:r>
        <w:rPr>
          <w:rFonts w:ascii="Times New Roman" w:hAnsi="Times New Roman" w:eastAsia="Times New Roman" w:cs="Times New Roman"/>
          <w:sz w:val="24"/>
        </w:rPr>
        <w:t>[END OF CHOICES]</w:t>
      </w:r>
    </w:p>
    <w:p>
      <w:pPr>
        <w:spacing w:line="276" w:lineRule="auto"/>
        <w:jc w:val="both"/>
      </w:pPr>
      <w:r>
        <w:rPr>
          <w:rFonts w:ascii="Times New Roman" w:hAnsi="Times New Roman" w:eastAsia="Times New Roman" w:cs="Times New Roman"/>
          <w:sz w:val="24"/>
        </w:rPr>
        <w:t>Petitioner acknowledges that any known or reasonable ascertainable creditor who did not receive notice of this petition and for whom provision of or payment has not been made may enforce the claim and, if the creditor prevails, creditor shall be awarded reasonable attorney's fees as costs against Petitioner.</w:t>
      </w:r>
    </w:p>
    <w:p>
      <w:pPr>
        <w:spacing w:line="276" w:lineRule="auto"/>
        <w:jc w:val="both"/>
      </w:pPr>
      <w:r>
        <w:rPr>
          <w:rFonts w:ascii="Times New Roman" w:hAnsi="Times New Roman" w:eastAsia="Times New Roman" w:cs="Times New Roman"/>
          <w:sz w:val="24"/>
        </w:rPr>
        <w:t xml:space="preserve"> </w:t>
      </w:r>
    </w:p>
    <w:p>
      <w:pPr>
        <w:spacing w:line="276" w:lineRule="auto"/>
        <w:jc w:val="both"/>
      </w:pPr>
      <w:r>
        <w:rPr>
          <w:rFonts w:ascii="Times New Roman" w:hAnsi="Times New Roman" w:eastAsia="Times New Roman" w:cs="Times New Roman"/>
          <w:sz w:val="24"/>
        </w:rPr>
        <w:t>Petitioner waives notice of hearing on this petition and requests the entry of an order of Summary Administration directing distribution as proposed in paragraph 8, above.</w:t>
      </w:r>
    </w:p>
    <w:p>
      <w:pPr>
        <w:spacing w:line="276" w:lineRule="auto"/>
        <w:jc w:val="both"/>
      </w:pPr>
      <w:r>
        <w:rPr>
          <w:rFonts w:ascii="Times New Roman" w:hAnsi="Times New Roman" w:eastAsia="Times New Roman" w:cs="Times New Roman"/>
          <w:sz w:val="24"/>
        </w:rPr>
        <w:t xml:space="preserve"> </w:t>
      </w:r>
    </w:p>
    <w:p>
      <w:pPr>
        <w:spacing w:line="276" w:lineRule="auto"/>
        <w:jc w:val="both"/>
      </w:pPr>
      <w:r>
        <w:rPr>
          <w:rFonts w:ascii="Times New Roman" w:hAnsi="Times New Roman" w:eastAsia="Times New Roman" w:cs="Times New Roman"/>
          <w:sz w:val="24"/>
        </w:rPr>
        <w:t>Under penalties of perjury, I declare that I have read the foregoing, and the facts alleged are true to the best of my knowledge and belief.</w:t>
      </w:r>
    </w:p>
    <w:p>
      <w:pPr>
        <w:spacing w:line="276" w:lineRule="auto"/>
        <w:jc w:val="both"/>
      </w:pPr>
      <w:r>
        <w:rPr>
          <w:rFonts w:ascii="Times New Roman" w:hAnsi="Times New Roman" w:eastAsia="Times New Roman" w:cs="Times New Roman"/>
          <w:sz w:val="24"/>
        </w:rPr>
        <w:t xml:space="preserve"> </w:t>
      </w:r>
    </w:p>
    <w:p>
      <w:pPr>
        <w:spacing w:line="276" w:lineRule="auto"/>
        <w:jc w:val="both"/>
      </w:pPr>
      <w:r>
        <w:rPr>
          <w:rFonts w:ascii="Times New Roman" w:hAnsi="Times New Roman" w:eastAsia="Times New Roman" w:cs="Times New Roman"/>
          <w:sz w:val="24"/>
        </w:rPr>
        <w:t>Dated this __________ day of ____________________________, 20_____________.</w:t>
      </w:r>
    </w:p>
    <w:p>
      <w:pPr>
        <w:spacing w:line="276" w:lineRule="auto"/>
        <w:jc w:val="both"/>
      </w:pPr>
      <w:r>
        <w:rPr>
          <w:rFonts w:ascii="Times New Roman" w:hAnsi="Times New Roman" w:eastAsia="Times New Roman" w:cs="Times New Roman"/>
          <w:sz w:val="24"/>
        </w:rPr>
        <w:t xml:space="preserve"> </w:t>
      </w:r>
    </w:p>
    <w:p>
      <w:pPr>
        <w:spacing w:line="276" w:lineRule="auto"/>
        <w:jc w:val="both"/>
      </w:pPr>
      <w:r>
        <w:rPr>
          <w:rFonts w:ascii="Times New Roman" w:hAnsi="Times New Roman" w:eastAsia="Times New Roman" w:cs="Times New Roman"/>
          <w:sz w:val="24"/>
        </w:rPr>
        <w:t>___________________________________                                         ___________________________________</w:t>
      </w:r>
    </w:p>
    <w:p>
      <w:pPr>
        <w:spacing w:line="276" w:lineRule="auto"/>
      </w:pPr>
      <w:r>
        <w:rPr>
          <w:rFonts w:ascii="Times New Roman" w:hAnsi="Times New Roman" w:eastAsia="Times New Roman" w:cs="Times New Roman"/>
          <w:sz w:val="24"/>
        </w:rPr>
        <w:t>Petitioner’s Signature                                                                            Petitioner’s Name</w:t>
      </w:r>
    </w:p>
    <w:p>
      <w:pPr>
        <w:spacing w:line="276" w:lineRule="auto"/>
      </w:pPr>
    </w:p>
    <w:p>
      <w:pPr>
        <w:spacing w:line="276" w:lineRule="auto"/>
        <w:jc w:val="both"/>
      </w:pPr>
      <w:r>
        <w:rPr>
          <w:rFonts w:ascii="Times New Roman" w:hAnsi="Times New Roman" w:eastAsia="Times New Roman" w:cs="Times New Roman"/>
          <w:sz w:val="24"/>
        </w:rPr>
        <w:t>___________________________________                                         ___________________________________</w:t>
      </w:r>
    </w:p>
    <w:p>
      <w:pPr>
        <w:spacing w:line="276" w:lineRule="auto"/>
      </w:pPr>
      <w:r>
        <w:rPr>
          <w:rFonts w:ascii="Times New Roman" w:hAnsi="Times New Roman" w:eastAsia="Times New Roman" w:cs="Times New Roman"/>
          <w:sz w:val="24"/>
        </w:rPr>
        <w:t>Petitioner’s Address                                                                              Petitioner’s Telephone Number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