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 w:after="0" w:line="480" w:lineRule="auto"/>
        <w:jc w:val="center"/>
      </w:pPr>
      <w:r>
        <w:rPr>
          <w:rFonts w:ascii="Times New Roman" w:hAnsi="Times New Roman" w:eastAsia="Times New Roman" w:cs="Times New Roman"/>
          <w:b/>
          <w:sz w:val="24"/>
        </w:rPr>
        <w:t>FLORIDA POWER OF ATTORNEY REVOCATION</w:t>
      </w:r>
    </w:p>
    <w:p>
      <w:pPr>
        <w:spacing w:line="480" w:lineRule="auto"/>
      </w:pPr>
      <w:r>
        <w:rPr>
          <w:rFonts w:ascii="Times New Roman" w:hAnsi="Times New Roman" w:eastAsia="Times New Roman" w:cs="Times New Roman"/>
          <w:sz w:val="24"/>
        </w:rPr>
        <w:t>Use of this form is for the power of 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p>
    <w:p>
      <w:pPr>
        <w:spacing w:line="480"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 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p>
    <w:p>
      <w:pPr>
        <w:spacing w:line="480"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 Financial</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p>
    <w:p>
      <w:pPr>
        <w:spacing w:line="480"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Other: </w:t>
      </w:r>
      <w:r>
        <w:rPr>
          <w:rFonts w:ascii="Times New Roman" w:hAnsi="Times New Roman" w:eastAsia="Times New Roman" w:cs="Times New Roman"/>
          <w:sz w:val="24"/>
        </w:rPr>
        <w:t>[DATE]</w:t>
      </w:r>
    </w:p>
    <w:p>
      <w:pPr>
        <w:spacing w:before="69" w:after="0" w:line="480"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hereby immediately revoke those portions covering decisions of the document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titled </w:t>
      </w:r>
      <w:r>
        <w:rPr>
          <w:rFonts w:ascii="Times New Roman" w:hAnsi="Times New Roman" w:eastAsia="Times New Roman" w:cs="Times New Roman"/>
          <w:sz w:val="24"/>
        </w:rPr>
        <w:t>[TITLE]</w:t>
      </w:r>
      <w:r>
        <w:rPr>
          <w:rFonts w:ascii="Times New Roman" w:hAnsi="Times New Roman" w:eastAsia="Times New Roman" w:cs="Times New Roman"/>
          <w:sz w:val="24"/>
        </w:rPr>
        <w:t xml:space="preserve"> that I previously executed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on the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which appointed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my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and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alternate successor agent. I hereby notify said agent(s) and any other interested</w:t>
      </w:r>
      <w:r>
        <w:rPr>
          <w:rFonts w:ascii="Times New Roman" w:hAnsi="Times New Roman" w:eastAsia="Times New Roman" w:cs="Times New Roman"/>
          <w:sz w:val="24"/>
        </w:rPr>
        <w:t xml:space="preserve"> </w:t>
      </w:r>
      <w:r>
        <w:rPr>
          <w:rFonts w:ascii="Times New Roman" w:hAnsi="Times New Roman" w:eastAsia="Times New Roman" w:cs="Times New Roman"/>
          <w:sz w:val="24"/>
        </w:rPr>
        <w:t>persons and institutions that all portions of said document are</w:t>
      </w:r>
      <w:r>
        <w:rPr>
          <w:rFonts w:ascii="Times New Roman" w:hAnsi="Times New Roman" w:eastAsia="Times New Roman" w:cs="Times New Roman"/>
          <w:sz w:val="24"/>
        </w:rPr>
        <w:t xml:space="preserve"> </w:t>
      </w:r>
      <w:r>
        <w:rPr>
          <w:rFonts w:ascii="Times New Roman" w:hAnsi="Times New Roman" w:eastAsia="Times New Roman" w:cs="Times New Roman"/>
          <w:sz w:val="24"/>
        </w:rPr>
        <w:t>revoked.</w:t>
      </w:r>
    </w:p>
    <w:p>
      <w:pPr>
        <w:spacing w:line="480" w:lineRule="auto"/>
      </w:pPr>
    </w:p>
    <w:p>
      <w:pPr>
        <w:spacing w:line="480" w:lineRule="auto"/>
      </w:pPr>
      <w:r>
        <w:rPr>
          <w:rFonts w:ascii="Times New Roman" w:hAnsi="Times New Roman" w:eastAsia="Times New Roman" w:cs="Times New Roman"/>
          <w:sz w:val="24"/>
        </w:rPr>
        <w:t>This revocation takes effect immediately. A photocopy has the same effect as an</w:t>
      </w:r>
      <w:r>
        <w:rPr>
          <w:rFonts w:ascii="Times New Roman" w:hAnsi="Times New Roman" w:eastAsia="Times New Roman" w:cs="Times New Roman"/>
          <w:sz w:val="24"/>
        </w:rPr>
        <w:t xml:space="preserve"> </w:t>
      </w:r>
      <w:r>
        <w:rPr>
          <w:rFonts w:ascii="Times New Roman" w:hAnsi="Times New Roman" w:eastAsia="Times New Roman" w:cs="Times New Roman"/>
          <w:sz w:val="24"/>
        </w:rPr>
        <w:t>original.</w:t>
      </w:r>
    </w:p>
    <w:p>
      <w:pPr>
        <w:spacing w:line="480" w:lineRule="auto"/>
      </w:pPr>
    </w:p>
    <w:p>
      <w:pPr>
        <w:spacing w:line="480" w:lineRule="auto"/>
      </w:pPr>
      <w:r>
        <w:rPr>
          <w:rFonts w:ascii="Times New Roman" w:hAnsi="Times New Roman" w:eastAsia="Times New Roman" w:cs="Times New Roman"/>
          <w:sz w:val="24"/>
        </w:rPr>
        <w:t>This revocation was 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this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69" w:after="0" w:line="480" w:lineRule="auto"/>
      </w:pPr>
      <w:r>
        <w:rPr>
          <w:rFonts w:ascii="Times New Roman" w:hAnsi="Times New Roman" w:eastAsia="Times New Roman" w:cs="Times New Roman"/>
          <w:sz w:val="24"/>
        </w:rPr>
        <w:t>Signature of</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Principal </w:t>
      </w:r>
      <w:r>
        <w:rPr>
          <w:rFonts w:ascii="Times New Roman" w:hAnsi="Times New Roman" w:eastAsia="Times New Roman" w:cs="Times New Roman"/>
          <w:sz w:val="24"/>
        </w:rPr>
        <w:t>_________________________</w:t>
      </w:r>
    </w:p>
    <w:p>
      <w:pPr>
        <w:spacing w:before="69" w:after="0" w:line="480" w:lineRule="auto"/>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[NAME]</w:t>
      </w:r>
    </w:p>
    <w:p>
      <w:pPr>
        <w:spacing w:line="480" w:lineRule="auto"/>
      </w:pPr>
      <w:r>
        <w:rPr>
          <w:rFonts w:ascii="Times New Roman" w:hAnsi="Times New Roman" w:eastAsia="Times New Roman" w:cs="Times New Roman"/>
          <w:sz w:val="24"/>
        </w:rPr>
        <w:t>NOTE: Provide copies to anyone who may have copies of the Power of Attorney that</w:t>
      </w:r>
      <w:r>
        <w:rPr>
          <w:rFonts w:ascii="Times New Roman" w:hAnsi="Times New Roman" w:eastAsia="Times New Roman" w:cs="Times New Roman"/>
          <w:sz w:val="24"/>
        </w:rPr>
        <w:t xml:space="preserve"> </w:t>
      </w:r>
      <w:r>
        <w:rPr>
          <w:rFonts w:ascii="Times New Roman" w:hAnsi="Times New Roman" w:eastAsia="Times New Roman" w:cs="Times New Roman"/>
          <w:sz w:val="24"/>
        </w:rPr>
        <w:t>is being revoked. Retain the original of this form in your personal</w:t>
      </w:r>
      <w:r>
        <w:rPr>
          <w:rFonts w:ascii="Times New Roman" w:hAnsi="Times New Roman" w:eastAsia="Times New Roman" w:cs="Times New Roman"/>
          <w:sz w:val="24"/>
        </w:rPr>
        <w:t xml:space="preserve"> </w:t>
      </w:r>
      <w:r>
        <w:rPr>
          <w:rFonts w:ascii="Times New Roman" w:hAnsi="Times New Roman" w:eastAsia="Times New Roman" w:cs="Times New Roman"/>
          <w:sz w:val="24"/>
        </w:rPr>
        <w:t>papers.</w:t>
      </w:r>
    </w:p>
    <w:p>
      <w:pPr>
        <w:spacing w:line="480" w:lineRule="auto"/>
      </w:pPr>
    </w:p>
    <w:p>
      <w:pPr>
        <w:spacing w:line="480" w:lineRule="auto"/>
      </w:pPr>
    </w:p>
    <w:p>
      <w:pPr>
        <w:spacing w:line="480" w:lineRule="auto"/>
      </w:pPr>
    </w:p>
    <w:p>
      <w:pPr>
        <w:spacing w:line="480" w:lineRule="auto"/>
      </w:pPr>
    </w:p>
    <w:p>
      <w:pPr/>
      <w:r>
        <w:rPr>
          <w:rFonts w:ascii="Times New Roman" w:hAnsi="Times New Roman" w:eastAsia="Times New Roman" w:cs="Times New Roman"/>
          <w:sz w:val="24"/>
        </w:rPr>
        <w:t>We, the witnesses, each do hereby declare in the presence of the principal that the principal signed and executed this instrument in the presence of each of us, that the principal signed it willingly, that each of us hereby signs this power of attorney revocation as witness at the request of the principal and in the principal’s presence, and that, to the best of our knowledge, the principal is eighteen years of age or over, of sound mind, and under no constraint or undue influence.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Witness’s Signature</w:t>
        <w:tab/>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b/>
          <w:sz w:val="24"/>
        </w:rPr>
        <w:t>Witness’s Signature</w:t>
        <w:tab/>
        <w:tab/>
        <w:tab/>
        <w:tab/>
      </w:r>
    </w:p>
    <w:p>
      <w:pPr/>
    </w:p>
    <w:p>
      <w:pPr>
        <w:spacing w:line="480" w:lineRule="auto"/>
      </w:pPr>
      <w:r>
        <w:rPr>
          <w:rFonts w:ascii="Times New Roman" w:hAnsi="Times New Roman" w:eastAsia="Times New Roman" w:cs="Times New Roman"/>
          <w:sz w:val="24"/>
        </w:rPr>
        <w:t>[ADDRESS]</w:t>
      </w:r>
    </w:p>
    <w:p>
      <w:pPr>
        <w:spacing w:line="480" w:lineRule="auto"/>
        <w:jc w:val="center"/>
      </w:pPr>
      <w:r>
        <w:rPr>
          <w:rFonts w:ascii="Times New Roman" w:hAnsi="Times New Roman" w:eastAsia="Times New Roman" w:cs="Times New Roman"/>
          <w:b/>
          <w:sz w:val="24"/>
        </w:rPr>
        <w:t>NOTARY</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ACKNOWLEDGMENT</w:t>
      </w:r>
    </w:p>
    <w:p>
      <w:pPr>
        <w:spacing w:line="480" w:lineRule="auto"/>
      </w:pPr>
      <w:r>
        <w:rPr>
          <w:rFonts w:ascii="Times New Roman" w:hAnsi="Times New Roman" w:eastAsia="Times New Roman" w:cs="Times New Roman"/>
          <w:sz w:val="24"/>
        </w:rPr>
        <w:t>[State of Florida</w:t>
      </w:r>
    </w:p>
    <w:p>
      <w:pPr>
        <w:spacing w:line="480" w:lineRule="auto"/>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w:t>
      </w:r>
    </w:p>
    <w:p>
      <w:pPr>
        <w:spacing w:line="480" w:lineRule="auto"/>
      </w:pPr>
    </w:p>
    <w:p>
      <w:pPr>
        <w:spacing w:before="0" w:after="225" w:line="480" w:lineRule="auto"/>
      </w:pPr>
      <w:r>
        <w:rPr>
          <w:rFonts w:ascii="Times New Roman" w:hAnsi="Times New Roman" w:eastAsia="Times New Roman" w:cs="Times New Roman"/>
          <w:sz w:val="24"/>
        </w:rPr>
        <w:t xml:space="preserve">The foregoing instrument was acknowledged before me by means of </w:t>
      </w:r>
      <w:r>
        <w:rPr>
          <w:rFonts w:ascii="Times New Roman" w:hAnsi="Times New Roman" w:eastAsia="Times New Roman" w:cs="Times New Roman"/>
          <w:sz w:val="24"/>
        </w:rPr>
        <w:t xml:space="preserve"> physical presence or </w:t>
      </w:r>
      <w:r>
        <w:rPr>
          <w:rFonts w:ascii="Times New Roman" w:hAnsi="Times New Roman" w:eastAsia="Times New Roman" w:cs="Times New Roman"/>
          <w:sz w:val="24"/>
        </w:rPr>
        <w:t xml:space="preserve"> online notarization, </w:t>
      </w:r>
      <w:r>
        <w:rPr>
          <w:rFonts w:ascii="Times New Roman" w:hAnsi="Times New Roman" w:eastAsia="Times New Roman" w:cs="Times New Roman"/>
          <w:sz w:val="24"/>
        </w:rPr>
        <w:t xml:space="preserve">this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w:t>
      </w:r>
      <w:r>
        <w:rPr>
          <w:rFonts w:ascii="Times New Roman" w:hAnsi="Times New Roman" w:eastAsia="Times New Roman" w:cs="Times New Roman"/>
          <w:sz w:val="24"/>
        </w:rPr>
        <w:t>.</w:t>
      </w:r>
    </w:p>
    <w:p>
      <w:pPr>
        <w:spacing w:before="0" w:after="225" w:line="480" w:lineRule="auto"/>
      </w:pPr>
      <w:r>
        <w:rPr>
          <w:rFonts w:ascii="Times New Roman" w:hAnsi="Times New Roman" w:eastAsia="Times New Roman" w:cs="Times New Roman"/>
          <w:sz w:val="24"/>
        </w:rPr>
        <w:t>(Seal)</w:t>
      </w:r>
    </w:p>
    <w:p>
      <w:pPr>
        <w:spacing w:before="0" w:after="225"/>
      </w:pPr>
      <w:r>
        <w:rPr>
          <w:rFonts w:ascii="Times New Roman" w:hAnsi="Times New Roman" w:eastAsia="Times New Roman" w:cs="Times New Roman"/>
          <w:sz w:val="24"/>
        </w:rPr>
        <w:t>________________________</w:t>
      </w:r>
    </w:p>
    <w:p>
      <w:pPr>
        <w:spacing w:before="0" w:after="225"/>
      </w:pPr>
      <w:r>
        <w:rPr>
          <w:rFonts w:ascii="Times New Roman" w:hAnsi="Times New Roman" w:eastAsia="Times New Roman" w:cs="Times New Roman"/>
          <w:sz w:val="24"/>
        </w:rPr>
        <w:t>Signature of Notary Public</w:t>
      </w:r>
    </w:p>
    <w:p>
      <w:pPr>
        <w:spacing w:before="0" w:after="225"/>
      </w:pPr>
      <w:r>
        <w:rPr>
          <w:rFonts w:ascii="Times New Roman" w:hAnsi="Times New Roman" w:eastAsia="Times New Roman" w:cs="Times New Roman"/>
          <w:sz w:val="24"/>
        </w:rPr>
        <w:t>Print, Type/Stamp Name of Notary</w:t>
      </w:r>
    </w:p>
    <w:p>
      <w:pPr>
        <w:spacing w:before="0" w:after="225"/>
      </w:pPr>
      <w:r>
        <w:rPr>
          <w:rFonts w:ascii="Times New Roman" w:hAnsi="Times New Roman" w:eastAsia="Times New Roman" w:cs="Times New Roman"/>
          <w:sz w:val="24"/>
        </w:rPr>
        <w:t xml:space="preserve">Personally known: </w:t>
      </w:r>
      <w:r>
        <w:rPr>
          <w:rFonts w:ascii="Times New Roman" w:hAnsi="Times New Roman" w:eastAsia="Times New Roman" w:cs="Times New Roman"/>
          <w:sz w:val="24"/>
        </w:rPr>
        <w:t>[DETAILS]</w:t>
      </w:r>
    </w:p>
    <w:p>
      <w:pPr>
        <w:spacing w:before="0" w:after="225"/>
      </w:pPr>
      <w:r>
        <w:rPr>
          <w:rFonts w:ascii="Times New Roman" w:hAnsi="Times New Roman" w:eastAsia="Times New Roman" w:cs="Times New Roman"/>
          <w:sz w:val="24"/>
        </w:rPr>
        <w:t xml:space="preserve">OR Produced Identification: </w:t>
      </w:r>
      <w:r>
        <w:rPr>
          <w:rFonts w:ascii="Times New Roman" w:hAnsi="Times New Roman" w:eastAsia="Times New Roman" w:cs="Times New Roman"/>
          <w:sz w:val="24"/>
        </w:rPr>
        <w:t>[DETAILS]</w:t>
      </w:r>
    </w:p>
    <w:p>
      <w:pPr>
        <w:spacing w:before="0" w:after="225"/>
      </w:pPr>
      <w:r>
        <w:rPr>
          <w:rFonts w:ascii="Times New Roman" w:hAnsi="Times New Roman" w:eastAsia="Times New Roman" w:cs="Times New Roman"/>
          <w:sz w:val="24"/>
        </w:rPr>
        <w:t xml:space="preserve">Type of Identification Produced: </w:t>
      </w:r>
      <w:r>
        <w:rPr>
          <w:rFonts w:ascii="Times New Roman" w:hAnsi="Times New Roman" w:eastAsia="Times New Roman" w:cs="Times New Roman"/>
          <w:sz w:val="24"/>
        </w:rPr>
        <w:t>[DOCUMENT]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