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FLORIDA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Florida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[PRINT]</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