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FLORIDA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>
        <w:spacing w:before="3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>
        <w:spacing w:before="3" w:after="0"/>
      </w:pPr>
    </w:p>
    <w:p>
      <w:pPr>
        <w:spacing w:before="3" w:after="0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§ 83.49, you are required to return the deposit within 30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