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68" w:after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CONSENT FORM FOR SEASONAL INFLUENZA (FLU) VACCINE</w:t>
      </w:r>
    </w:p>
    <w:p>
      <w:pPr>
        <w:spacing w:before="251" w:after="0" w:line="276" w:lineRule="auto"/>
      </w:pPr>
      <w:r>
        <w:rPr>
          <w:rFonts w:ascii="Times New Roman" w:hAnsi="Times New Roman" w:eastAsia="Times New Roman" w:cs="Times New Roman"/>
          <w:sz w:val="24"/>
        </w:rPr>
        <w:t>I have read or have had explained to me the information about influenza and influenza vaccine. I have had an opportunity to discuss the benefits and risks of influenza vaccine with a healthcare provider of my choice before coming</w:t>
      </w:r>
    </w:p>
    <w:p>
      <w:pPr>
        <w:spacing w:before="4" w:after="0" w:line="235" w:lineRule="auto"/>
      </w:pPr>
      <w:r>
        <w:rPr>
          <w:rFonts w:ascii="Times New Roman" w:hAnsi="Times New Roman" w:eastAsia="Times New Roman" w:cs="Times New Roman"/>
          <w:sz w:val="24"/>
        </w:rPr>
        <w:t xml:space="preserve">here today. I have had a chance to ask questions which were answered to my satisfaction. I understand the benefits and risks of influenza vaccine and request that the vaccine be given to </w:t>
      </w:r>
      <w:r>
        <w:rPr>
          <w:rFonts w:ascii="Times New Roman" w:hAnsi="Times New Roman" w:eastAsia="Times New Roman" w:cs="Times New Roman"/>
          <w:sz w:val="24"/>
        </w:rPr>
        <w:t>☐</w:t>
      </w:r>
      <w:r>
        <w:rPr>
          <w:rFonts w:ascii="Times New Roman" w:hAnsi="Times New Roman" w:eastAsia="Times New Roman" w:cs="Times New Roman"/>
          <w:sz w:val="24"/>
        </w:rPr>
        <w:t xml:space="preserve"> ME </w:t>
      </w:r>
      <w:r>
        <w:rPr>
          <w:rFonts w:ascii="Times New Roman" w:hAnsi="Times New Roman" w:eastAsia="Times New Roman" w:cs="Times New Roman"/>
          <w:sz w:val="24"/>
        </w:rPr>
        <w:t>☐</w:t>
      </w:r>
      <w:r>
        <w:rPr>
          <w:rFonts w:ascii="Times New Roman" w:hAnsi="Times New Roman" w:eastAsia="Times New Roman" w:cs="Times New Roman"/>
          <w:sz w:val="24"/>
        </w:rPr>
        <w:t xml:space="preserve"> MY CHILD.</w:t>
      </w:r>
    </w:p>
    <w:p>
      <w:pPr>
        <w:spacing w:before="10" w:after="0"/>
      </w:pPr>
    </w:p>
    <w:p>
      <w:pPr>
        <w:spacing w:before="37" w:after="0"/>
      </w:pPr>
      <w:r>
        <w:rPr>
          <w:rFonts w:ascii="Times New Roman" w:hAnsi="Times New Roman" w:eastAsia="Times New Roman" w:cs="Times New Roman"/>
          <w:sz w:val="24"/>
        </w:rPr>
        <w:t>Please print:</w:t>
      </w:r>
    </w:p>
    <w:p>
      <w:pPr>
        <w:spacing w:before="3" w:after="0"/>
      </w:pPr>
    </w:p>
    <w:p>
      <w:pPr>
        <w:spacing w:line="276" w:lineRule="auto"/>
        <w:ind w:hanging="1832"/>
      </w:pPr>
      <w:r>
        <w:rPr>
          <w:rFonts w:ascii="Times New Roman" w:hAnsi="Times New Roman" w:eastAsia="Times New Roman" w:cs="Times New Roman"/>
          <w:b/>
          <w:sz w:val="24"/>
        </w:rPr>
        <w:t>Title: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  <w:tab/>
      </w:r>
      <w:r>
        <w:rPr>
          <w:rFonts w:ascii="Times New Roman" w:hAnsi="Times New Roman" w:eastAsia="Times New Roman" w:cs="Times New Roman"/>
          <w:b/>
          <w:sz w:val="24"/>
        </w:rPr>
        <w:t>Name: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  <w:tab/>
        <w:tab/>
        <w:tab/>
      </w:r>
      <w:r>
        <w:rPr>
          <w:rFonts w:ascii="Times New Roman" w:hAnsi="Times New Roman" w:eastAsia="Times New Roman" w:cs="Times New Roman"/>
          <w:b/>
          <w:sz w:val="24"/>
        </w:rPr>
        <w:t>Last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4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SSN: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ab/>
      </w:r>
      <w:r>
        <w:rPr>
          <w:rFonts w:ascii="Times New Roman" w:hAnsi="Times New Roman" w:eastAsia="Times New Roman" w:cs="Times New Roman"/>
          <w:b/>
          <w:sz w:val="24"/>
        </w:rPr>
        <w:t xml:space="preserve"> (FIRST)</w:t>
        <w:tab/>
        <w:t>(MIDDLE)</w:t>
        <w:tab/>
        <w:t>(LAST)</w:t>
      </w:r>
    </w:p>
    <w:p>
      <w:pPr>
        <w:spacing w:before="8" w:after="0"/>
      </w:pPr>
    </w:p>
    <w:p>
      <w:pPr/>
      <w:r>
        <w:rPr>
          <w:rFonts w:ascii="Times New Roman" w:hAnsi="Times New Roman" w:eastAsia="Times New Roman" w:cs="Times New Roman"/>
          <w:sz w:val="24"/>
        </w:rPr>
        <w:t>Child’s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Birthday</w:t>
      </w:r>
      <w:r>
        <w:rPr>
          <w:rFonts w:ascii="Times New Roman" w:hAnsi="Times New Roman" w:eastAsia="Times New Roman" w:cs="Times New Roman"/>
          <w:sz w:val="24"/>
        </w:rPr>
        <w:t xml:space="preserve"> </w:t>
        <w:tab/>
        <w:t>/</w:t>
        <w:tab/>
        <w:t>/</w:t>
        <w:tab/>
      </w:r>
      <w:r>
        <w:rPr>
          <w:rFonts w:ascii="Times New Roman" w:hAnsi="Times New Roman" w:eastAsia="Times New Roman" w:cs="Times New Roman"/>
          <w:sz w:val="24"/>
        </w:rPr>
        <w:t>&amp;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Age</w:t>
      </w:r>
      <w:r>
        <w:rPr>
          <w:rFonts w:ascii="Times New Roman" w:hAnsi="Times New Roman" w:eastAsia="Times New Roman" w:cs="Times New Roman"/>
          <w:sz w:val="24"/>
        </w:rPr>
        <w:t xml:space="preserve"> </w:t>
        <w:tab/>
      </w:r>
      <w:r>
        <w:rPr>
          <w:rFonts w:ascii="Times New Roman" w:hAnsi="Times New Roman" w:eastAsia="Times New Roman" w:cs="Times New Roman"/>
          <w:sz w:val="24"/>
        </w:rPr>
        <w:t>(if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applicable)</w:t>
      </w:r>
    </w:p>
    <w:p>
      <w:pPr/>
    </w:p>
    <w:p>
      <w:pPr>
        <w:spacing w:before="1" w:after="0"/>
      </w:pPr>
      <w:r>
        <w:rPr>
          <w:rFonts w:ascii="Times New Roman" w:hAnsi="Times New Roman" w:eastAsia="Times New Roman" w:cs="Times New Roman"/>
          <w:sz w:val="24"/>
        </w:rPr>
        <w:t xml:space="preserve">Is your child 6 months of age or older? ☐ YES ☐ NO </w:t>
      </w:r>
      <w:r>
        <w:rPr>
          <w:rFonts w:ascii="Times New Roman" w:hAnsi="Times New Roman" w:eastAsia="Times New Roman" w:cs="Times New Roman"/>
          <w:b/>
          <w:sz w:val="24"/>
        </w:rPr>
        <w:t>(If “no,” your child may not receive the vaccine at this time.)</w:t>
      </w:r>
    </w:p>
    <w:p>
      <w:pPr>
        <w:spacing w:before="11" w:after="0"/>
      </w:pPr>
    </w:p>
    <w:p>
      <w:pPr/>
      <w:r>
        <w:rPr>
          <w:rFonts w:ascii="Times New Roman" w:hAnsi="Times New Roman" w:eastAsia="Times New Roman" w:cs="Times New Roman"/>
          <w:sz w:val="24"/>
        </w:rPr>
        <w:t>Parent or Guardian’s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Name: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ab/>
      </w:r>
    </w:p>
    <w:p>
      <w:pPr>
        <w:spacing w:before="8" w:after="0"/>
      </w:pPr>
    </w:p>
    <w:p>
      <w:pPr/>
      <w:r>
        <w:rPr>
          <w:rFonts w:ascii="Times New Roman" w:hAnsi="Times New Roman" w:eastAsia="Times New Roman" w:cs="Times New Roman"/>
          <w:b/>
          <w:sz w:val="24"/>
        </w:rPr>
        <w:t xml:space="preserve">Vaccine is for (check one):  </w:t>
      </w:r>
      <w:r>
        <w:rPr>
          <w:rFonts w:ascii="Times New Roman" w:hAnsi="Times New Roman" w:eastAsia="Times New Roman" w:cs="Times New Roman"/>
          <w:sz w:val="24"/>
        </w:rPr>
        <w:t>☐</w:t>
      </w:r>
      <w:r>
        <w:rPr>
          <w:rFonts w:ascii="Times New Roman" w:hAnsi="Times New Roman" w:eastAsia="Times New Roman" w:cs="Times New Roman"/>
          <w:sz w:val="24"/>
        </w:rPr>
        <w:t xml:space="preserve"> Physician </w:t>
      </w:r>
      <w:r>
        <w:rPr>
          <w:rFonts w:ascii="Times New Roman" w:hAnsi="Times New Roman" w:eastAsia="Times New Roman" w:cs="Times New Roman"/>
          <w:sz w:val="24"/>
        </w:rPr>
        <w:t>☐</w:t>
      </w:r>
      <w:r>
        <w:rPr>
          <w:rFonts w:ascii="Times New Roman" w:hAnsi="Times New Roman" w:eastAsia="Times New Roman" w:cs="Times New Roman"/>
          <w:sz w:val="24"/>
        </w:rPr>
        <w:t xml:space="preserve">  Contractor  </w:t>
      </w:r>
      <w:r>
        <w:rPr>
          <w:rFonts w:ascii="Times New Roman" w:hAnsi="Times New Roman" w:eastAsia="Times New Roman" w:cs="Times New Roman"/>
          <w:sz w:val="24"/>
        </w:rPr>
        <w:t>☐</w:t>
      </w:r>
      <w:r>
        <w:rPr>
          <w:rFonts w:ascii="Times New Roman" w:hAnsi="Times New Roman" w:eastAsia="Times New Roman" w:cs="Times New Roman"/>
          <w:sz w:val="24"/>
        </w:rPr>
        <w:t xml:space="preserve"> Employee  </w:t>
      </w:r>
      <w:r>
        <w:rPr>
          <w:rFonts w:ascii="Times New Roman" w:hAnsi="Times New Roman" w:eastAsia="Times New Roman" w:cs="Times New Roman"/>
          <w:sz w:val="24"/>
        </w:rPr>
        <w:t>☐</w:t>
      </w:r>
      <w:r>
        <w:rPr>
          <w:rFonts w:ascii="Times New Roman" w:hAnsi="Times New Roman" w:eastAsia="Times New Roman" w:cs="Times New Roman"/>
          <w:sz w:val="24"/>
        </w:rPr>
        <w:t xml:space="preserve"> Volunteer </w:t>
      </w:r>
      <w:r>
        <w:rPr>
          <w:rFonts w:ascii="Times New Roman" w:hAnsi="Times New Roman" w:eastAsia="Times New Roman" w:cs="Times New Roman"/>
          <w:sz w:val="24"/>
        </w:rPr>
        <w:t>☐</w:t>
      </w:r>
      <w:r>
        <w:rPr>
          <w:rFonts w:ascii="Times New Roman" w:hAnsi="Times New Roman" w:eastAsia="Times New Roman" w:cs="Times New Roman"/>
          <w:sz w:val="24"/>
        </w:rPr>
        <w:t xml:space="preserve"> Family Member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(Adult)</w:t>
      </w:r>
    </w:p>
    <w:p>
      <w:pPr>
        <w:spacing w:before="157" w:after="0"/>
      </w:pPr>
      <w:r>
        <w:rPr>
          <w:rFonts w:ascii="Times New Roman" w:hAnsi="Times New Roman" w:eastAsia="Times New Roman" w:cs="Times New Roman"/>
          <w:sz w:val="24"/>
        </w:rPr>
        <w:t>☐</w:t>
      </w:r>
      <w:r>
        <w:rPr>
          <w:rFonts w:ascii="Times New Roman" w:hAnsi="Times New Roman" w:eastAsia="Times New Roman" w:cs="Times New Roman"/>
          <w:sz w:val="24"/>
        </w:rPr>
        <w:t xml:space="preserve">Family Member (Child) </w:t>
      </w:r>
      <w:r>
        <w:rPr>
          <w:rFonts w:ascii="Times New Roman" w:hAnsi="Times New Roman" w:eastAsia="Times New Roman" w:cs="Times New Roman"/>
          <w:sz w:val="24"/>
        </w:rPr>
        <w:t>☐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Other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ab/>
      </w:r>
    </w:p>
    <w:p>
      <w:pPr>
        <w:spacing w:before="121" w:after="0"/>
      </w:pPr>
      <w:r>
        <w:rPr>
          <w:rFonts w:ascii="Times New Roman" w:hAnsi="Times New Roman" w:eastAsia="Times New Roman" w:cs="Times New Roman"/>
          <w:sz w:val="24"/>
        </w:rPr>
        <w:t>Company/Organization: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ab/>
      </w:r>
    </w:p>
    <w:p>
      <w:pPr>
        <w:spacing w:before="4" w:after="0"/>
      </w:pPr>
    </w:p>
    <w:p>
      <w:pPr>
        <w:spacing w:before="113" w:after="0" w:line="218" w:lineRule="auto"/>
      </w:pPr>
      <w:r>
        <w:rPr>
          <w:rFonts w:ascii="Times New Roman" w:hAnsi="Times New Roman" w:eastAsia="Times New Roman" w:cs="Times New Roman"/>
          <w:sz w:val="24"/>
        </w:rPr>
        <w:t xml:space="preserve">Has the person receiving the vaccine ever had a severe allergic (hypersensitivity) reaction to eggs, chickens, or chicken feathers? </w:t>
      </w:r>
      <w:r>
        <w:rPr>
          <w:rFonts w:ascii="Times New Roman" w:hAnsi="Times New Roman" w:eastAsia="Times New Roman" w:cs="Times New Roman"/>
          <w:sz w:val="24"/>
        </w:rPr>
        <w:t>☐</w:t>
      </w:r>
      <w:r>
        <w:rPr>
          <w:rFonts w:ascii="Times New Roman" w:hAnsi="Times New Roman" w:eastAsia="Times New Roman" w:cs="Times New Roman"/>
          <w:sz w:val="24"/>
        </w:rPr>
        <w:t xml:space="preserve"> YES </w:t>
      </w:r>
      <w:r>
        <w:rPr>
          <w:rFonts w:ascii="Times New Roman" w:hAnsi="Times New Roman" w:eastAsia="Times New Roman" w:cs="Times New Roman"/>
          <w:sz w:val="24"/>
        </w:rPr>
        <w:t>☐</w:t>
      </w:r>
      <w:r>
        <w:rPr>
          <w:rFonts w:ascii="Times New Roman" w:hAnsi="Times New Roman" w:eastAsia="Times New Roman" w:cs="Times New Roman"/>
          <w:sz w:val="24"/>
        </w:rPr>
        <w:t xml:space="preserve"> NO</w:t>
      </w:r>
    </w:p>
    <w:p>
      <w:pPr>
        <w:spacing w:before="184" w:after="0"/>
      </w:pPr>
      <w:r>
        <w:rPr>
          <w:rFonts w:ascii="Times New Roman" w:hAnsi="Times New Roman" w:eastAsia="Times New Roman" w:cs="Times New Roman"/>
          <w:sz w:val="24"/>
        </w:rPr>
        <w:t>Does the person receiving the vaccine have a history of Guillain-Barré syndrome or a persistent neurological illness?</w:t>
      </w:r>
    </w:p>
    <w:p>
      <w:pPr>
        <w:spacing w:before="170" w:after="0"/>
      </w:pPr>
      <w:r>
        <w:rPr>
          <w:rFonts w:ascii="Times New Roman" w:hAnsi="Times New Roman" w:eastAsia="Times New Roman" w:cs="Times New Roman"/>
          <w:sz w:val="24"/>
        </w:rPr>
        <w:t>☐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YES </w:t>
      </w:r>
      <w:r>
        <w:rPr>
          <w:rFonts w:ascii="Times New Roman" w:hAnsi="Times New Roman" w:eastAsia="Times New Roman" w:cs="Times New Roman"/>
          <w:sz w:val="24"/>
        </w:rPr>
        <w:t>☐</w:t>
      </w:r>
      <w:r>
        <w:rPr>
          <w:rFonts w:ascii="Times New Roman" w:hAnsi="Times New Roman" w:eastAsia="Times New Roman" w:cs="Times New Roman"/>
          <w:sz w:val="24"/>
        </w:rPr>
        <w:t xml:space="preserve"> NO</w:t>
      </w:r>
    </w:p>
    <w:p>
      <w:pPr>
        <w:spacing w:before="159" w:after="0"/>
      </w:pPr>
      <w:r>
        <w:rPr>
          <w:rFonts w:ascii="Times New Roman" w:hAnsi="Times New Roman" w:eastAsia="Times New Roman" w:cs="Times New Roman"/>
          <w:sz w:val="24"/>
        </w:rPr>
        <w:t>Has the person received a live vaccine within the past 30 days (i.e. MMR, RotaTeq/Rotarix)? ☐ Yes*  ☐ No</w:t>
      </w:r>
    </w:p>
    <w:p>
      <w:pPr>
        <w:spacing w:before="58" w:after="0"/>
      </w:pPr>
      <w:r>
        <w:rPr>
          <w:rFonts w:ascii="Times New Roman" w:hAnsi="Times New Roman" w:eastAsia="Times New Roman" w:cs="Times New Roman"/>
          <w:b/>
          <w:sz w:val="24"/>
        </w:rPr>
        <w:t xml:space="preserve">*If YES, it is recommended to space live vaccines by </w:t>
      </w:r>
      <w:r>
        <w:rPr>
          <w:rFonts w:ascii="Times New Roman" w:hAnsi="Times New Roman" w:eastAsia="Times New Roman" w:cs="Times New Roman"/>
          <w:b/>
          <w:sz w:val="24"/>
        </w:rPr>
        <w:t>&gt;</w:t>
      </w:r>
      <w:r>
        <w:rPr>
          <w:rFonts w:ascii="Times New Roman" w:hAnsi="Times New Roman" w:eastAsia="Times New Roman" w:cs="Times New Roman"/>
          <w:b/>
          <w:sz w:val="24"/>
        </w:rPr>
        <w:t xml:space="preserve"> 4 weeks for full efficacy</w:t>
      </w:r>
    </w:p>
    <w:p>
      <w:pPr>
        <w:spacing w:before="71" w:after="0"/>
      </w:pPr>
      <w:r>
        <w:rPr>
          <w:rFonts w:ascii="Times New Roman" w:hAnsi="Times New Roman" w:eastAsia="Times New Roman" w:cs="Times New Roman"/>
          <w:sz w:val="24"/>
        </w:rPr>
        <w:t xml:space="preserve">Is the person receiving the vaccine pregnant? </w:t>
      </w:r>
      <w:r>
        <w:rPr>
          <w:rFonts w:ascii="Times New Roman" w:hAnsi="Times New Roman" w:eastAsia="Times New Roman" w:cs="Times New Roman"/>
          <w:sz w:val="24"/>
        </w:rPr>
        <w:t>☐</w:t>
      </w:r>
      <w:r>
        <w:rPr>
          <w:rFonts w:ascii="Times New Roman" w:hAnsi="Times New Roman" w:eastAsia="Times New Roman" w:cs="Times New Roman"/>
          <w:sz w:val="24"/>
        </w:rPr>
        <w:t xml:space="preserve"> YES </w:t>
      </w:r>
      <w:r>
        <w:rPr>
          <w:rFonts w:ascii="Times New Roman" w:hAnsi="Times New Roman" w:eastAsia="Times New Roman" w:cs="Times New Roman"/>
          <w:sz w:val="24"/>
        </w:rPr>
        <w:t>☐</w:t>
      </w:r>
      <w:r>
        <w:rPr>
          <w:rFonts w:ascii="Times New Roman" w:hAnsi="Times New Roman" w:eastAsia="Times New Roman" w:cs="Times New Roman"/>
          <w:sz w:val="24"/>
        </w:rPr>
        <w:t xml:space="preserve"> NO</w:t>
      </w:r>
    </w:p>
    <w:p>
      <w:pPr>
        <w:spacing w:before="206" w:after="0" w:line="218" w:lineRule="auto"/>
      </w:pPr>
      <w:r>
        <w:rPr>
          <w:rFonts w:ascii="Times New Roman" w:hAnsi="Times New Roman" w:eastAsia="Times New Roman" w:cs="Times New Roman"/>
          <w:sz w:val="24"/>
        </w:rPr>
        <w:t xml:space="preserve">Is the person receiving the vaccine allergic to Neomycin, Thimerosal (Preservative found in contact lens solution), any vaccine ingredient, or latex? </w:t>
      </w:r>
      <w:r>
        <w:rPr>
          <w:rFonts w:ascii="Times New Roman" w:hAnsi="Times New Roman" w:eastAsia="Times New Roman" w:cs="Times New Roman"/>
          <w:sz w:val="24"/>
        </w:rPr>
        <w:t>☐</w:t>
      </w:r>
      <w:r>
        <w:rPr>
          <w:rFonts w:ascii="Times New Roman" w:hAnsi="Times New Roman" w:eastAsia="Times New Roman" w:cs="Times New Roman"/>
          <w:sz w:val="24"/>
        </w:rPr>
        <w:t xml:space="preserve"> YES </w:t>
      </w:r>
      <w:r>
        <w:rPr>
          <w:rFonts w:ascii="Times New Roman" w:hAnsi="Times New Roman" w:eastAsia="Times New Roman" w:cs="Times New Roman"/>
          <w:sz w:val="24"/>
        </w:rPr>
        <w:t xml:space="preserve">☐ </w:t>
      </w:r>
      <w:r>
        <w:rPr>
          <w:rFonts w:ascii="Times New Roman" w:hAnsi="Times New Roman" w:eastAsia="Times New Roman" w:cs="Times New Roman"/>
          <w:sz w:val="24"/>
        </w:rPr>
        <w:t>NO</w:t>
      </w:r>
    </w:p>
    <w:p>
      <w:pPr>
        <w:spacing w:before="59" w:after="0" w:line="260" w:lineRule="exact"/>
      </w:pPr>
      <w:r>
        <w:rPr>
          <w:rFonts w:ascii="Times New Roman" w:hAnsi="Times New Roman" w:eastAsia="Times New Roman" w:cs="Times New Roman"/>
          <w:sz w:val="24"/>
        </w:rPr>
        <w:t xml:space="preserve">For children 6 mo-8 yrs:  Have they received 2 or more doses of influenza vaccine since July 2015? </w:t>
      </w:r>
      <w:r>
        <w:rPr>
          <w:rFonts w:ascii="Times New Roman" w:hAnsi="Times New Roman" w:eastAsia="Times New Roman" w:cs="Times New Roman"/>
          <w:sz w:val="24"/>
        </w:rPr>
        <w:t>☐</w:t>
      </w:r>
      <w:r>
        <w:rPr>
          <w:rFonts w:ascii="Times New Roman" w:hAnsi="Times New Roman" w:eastAsia="Times New Roman" w:cs="Times New Roman"/>
          <w:sz w:val="24"/>
        </w:rPr>
        <w:t xml:space="preserve"> YES </w:t>
      </w:r>
      <w:r>
        <w:rPr>
          <w:rFonts w:ascii="Times New Roman" w:hAnsi="Times New Roman" w:eastAsia="Times New Roman" w:cs="Times New Roman"/>
          <w:sz w:val="24"/>
        </w:rPr>
        <w:t>☐</w:t>
      </w:r>
      <w:r>
        <w:rPr>
          <w:rFonts w:ascii="Times New Roman" w:hAnsi="Times New Roman" w:eastAsia="Times New Roman" w:cs="Times New Roman"/>
          <w:sz w:val="24"/>
        </w:rPr>
        <w:t xml:space="preserve"> NO</w:t>
      </w:r>
    </w:p>
    <w:p>
      <w:pPr>
        <w:spacing w:line="199" w:lineRule="exact"/>
      </w:pPr>
      <w:r>
        <w:rPr>
          <w:rFonts w:ascii="Times New Roman" w:hAnsi="Times New Roman" w:eastAsia="Times New Roman" w:cs="Times New Roman"/>
          <w:b/>
          <w:sz w:val="24"/>
        </w:rPr>
        <w:t>(If no, the child will need to receive 2 vaccinations [at least one month apart] for the best protection against flu.)</w:t>
      </w:r>
    </w:p>
    <w:p>
      <w:pPr>
        <w:spacing w:before="8" w:after="0"/>
      </w:pPr>
    </w:p>
    <w:p>
      <w:pPr/>
      <w:r>
        <w:rPr>
          <w:rFonts w:ascii="Times New Roman" w:hAnsi="Times New Roman" w:eastAsia="Times New Roman" w:cs="Times New Roman"/>
          <w:sz w:val="24"/>
        </w:rPr>
        <w:t>For children and adolescents aged 2-17 yrs:  Is the child taking long-term aspirin or aspirin-containing therapy?</w:t>
      </w:r>
    </w:p>
    <w:p>
      <w:pPr>
        <w:spacing w:before="173" w:after="0"/>
      </w:pPr>
      <w:r>
        <w:rPr>
          <w:rFonts w:ascii="Times New Roman" w:hAnsi="Times New Roman" w:eastAsia="Times New Roman" w:cs="Times New Roman"/>
          <w:sz w:val="24"/>
        </w:rPr>
        <w:t>☐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YES </w:t>
      </w:r>
      <w:r>
        <w:rPr>
          <w:rFonts w:ascii="Times New Roman" w:hAnsi="Times New Roman" w:eastAsia="Times New Roman" w:cs="Times New Roman"/>
          <w:sz w:val="24"/>
        </w:rPr>
        <w:t>☐</w:t>
      </w:r>
      <w:r>
        <w:rPr>
          <w:rFonts w:ascii="Times New Roman" w:hAnsi="Times New Roman" w:eastAsia="Times New Roman" w:cs="Times New Roman"/>
          <w:sz w:val="24"/>
        </w:rPr>
        <w:t xml:space="preserve"> NO</w:t>
      </w:r>
    </w:p>
    <w:p>
      <w:pPr/>
    </w:p>
    <w:p>
      <w:pPr>
        <w:spacing w:before="6" w:after="0"/>
      </w:pPr>
    </w:p>
    <w:p>
      <w:pPr>
        <w:spacing w:before="5" w:after="29"/>
      </w:pPr>
      <w:r>
        <w:rPr>
          <w:rFonts w:ascii="Times New Roman" w:hAnsi="Times New Roman" w:eastAsia="Times New Roman" w:cs="Times New Roman"/>
          <w:sz w:val="24"/>
        </w:rPr>
        <w:t>Signature of person receiving vaccine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Parent/Guardian</w:t>
        <w:tab/>
        <w:t>Date</w:t>
      </w:r>
    </w:p>
    <w:p>
      <w:pPr>
        <w:spacing w:line="91" w:lineRule="exact"/>
      </w:pPr>
    </w:p>
    <w:p>
      <w:pPr>
        <w:spacing w:before="79" w:after="0"/>
      </w:pPr>
      <w:r>
        <w:rPr>
          <w:rFonts w:ascii="Times New Roman" w:hAnsi="Times New Roman" w:eastAsia="Times New Roman" w:cs="Times New Roman"/>
          <w:b/>
          <w:sz w:val="24"/>
        </w:rPr>
        <w:t>DO NOT WRITE IN THIS SPACE—OFFICE USE ONLY   VIS Edition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Provided: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  <w:tab/>
      </w:r>
    </w:p>
    <w:p>
      <w:pPr>
        <w:spacing w:before="4" w:after="0"/>
      </w:pPr>
    </w:p>
    <w:p>
      <w:pPr>
        <w:spacing w:before="95" w:after="0"/>
      </w:pPr>
      <w:r>
        <w:rPr>
          <w:rFonts w:ascii="Times New Roman" w:hAnsi="Times New Roman" w:eastAsia="Times New Roman" w:cs="Times New Roman"/>
          <w:sz w:val="24"/>
        </w:rPr>
        <w:t>Lot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number:</w:t>
        <w:tab/>
      </w:r>
      <w:r>
        <w:rPr>
          <w:rFonts w:ascii="Times New Roman" w:hAnsi="Times New Roman" w:eastAsia="Times New Roman" w:cs="Times New Roman"/>
          <w:sz w:val="24"/>
        </w:rPr>
        <w:t xml:space="preserve"> </w:t>
        <w:tab/>
      </w:r>
      <w:r>
        <w:rPr>
          <w:rFonts w:ascii="Times New Roman" w:hAnsi="Times New Roman" w:eastAsia="Times New Roman" w:cs="Times New Roman"/>
          <w:sz w:val="24"/>
        </w:rPr>
        <w:t>Expiration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Date:</w:t>
      </w:r>
      <w:r>
        <w:rPr>
          <w:rFonts w:ascii="Times New Roman" w:hAnsi="Times New Roman" w:eastAsia="Times New Roman" w:cs="Times New Roman"/>
          <w:sz w:val="24"/>
        </w:rPr>
        <w:t xml:space="preserve"> </w:t>
        <w:tab/>
      </w:r>
      <w:r>
        <w:rPr>
          <w:rFonts w:ascii="Times New Roman" w:hAnsi="Times New Roman" w:eastAsia="Times New Roman" w:cs="Times New Roman"/>
          <w:sz w:val="24"/>
        </w:rPr>
        <w:t>CHECK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ONE:</w:t>
      </w:r>
    </w:p>
    <w:p>
      <w:pPr>
        <w:spacing w:before="8" w:after="0"/>
      </w:pPr>
    </w:p>
    <w:p>
      <w:pPr>
        <w:spacing w:before="94" w:after="0"/>
      </w:pP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ab/>
      </w:r>
      <w:r>
        <w:rPr>
          <w:rFonts w:ascii="Times New Roman" w:hAnsi="Times New Roman" w:eastAsia="Times New Roman" w:cs="Times New Roman"/>
          <w:sz w:val="24"/>
        </w:rPr>
        <w:t>0.5 mL IM Influenza Virus Vaccine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given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</w:t>
      </w:r>
      <w:r>
        <w:rPr>
          <w:rFonts w:ascii="Times New Roman" w:hAnsi="Times New Roman" w:eastAsia="Times New Roman" w:cs="Times New Roman"/>
          <w:sz w:val="24"/>
        </w:rPr>
        <w:t xml:space="preserve"> </w:t>
        <w:tab/>
      </w:r>
      <w:r>
        <w:rPr>
          <w:rFonts w:ascii="Times New Roman" w:hAnsi="Times New Roman" w:eastAsia="Times New Roman" w:cs="Times New Roman"/>
          <w:sz w:val="24"/>
        </w:rPr>
        <w:t>left</w:t>
      </w:r>
      <w:r>
        <w:rPr>
          <w:rFonts w:ascii="Times New Roman" w:hAnsi="Times New Roman" w:eastAsia="Times New Roman" w:cs="Times New Roman"/>
          <w:sz w:val="24"/>
        </w:rPr>
        <w:t xml:space="preserve"> </w:t>
        <w:tab/>
      </w:r>
      <w:r>
        <w:rPr>
          <w:rFonts w:ascii="Times New Roman" w:hAnsi="Times New Roman" w:eastAsia="Times New Roman" w:cs="Times New Roman"/>
          <w:sz w:val="24"/>
        </w:rPr>
        <w:t>right  deltoid –  TIV  or  QIV</w:t>
      </w:r>
    </w:p>
    <w:p>
      <w:pPr>
        <w:spacing w:before="1" w:after="0" w:line="207" w:lineRule="exact"/>
      </w:pP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ab/>
      </w:r>
      <w:r>
        <w:rPr>
          <w:rFonts w:ascii="Times New Roman" w:hAnsi="Times New Roman" w:eastAsia="Times New Roman" w:cs="Times New Roman"/>
          <w:sz w:val="24"/>
        </w:rPr>
        <w:t>0.5 mL IM Influenza HIGH Dose Virus Vaccine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given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</w:t>
      </w:r>
      <w:r>
        <w:rPr>
          <w:rFonts w:ascii="Times New Roman" w:hAnsi="Times New Roman" w:eastAsia="Times New Roman" w:cs="Times New Roman"/>
          <w:sz w:val="24"/>
        </w:rPr>
        <w:t xml:space="preserve"> </w:t>
        <w:tab/>
      </w:r>
      <w:r>
        <w:rPr>
          <w:rFonts w:ascii="Times New Roman" w:hAnsi="Times New Roman" w:eastAsia="Times New Roman" w:cs="Times New Roman"/>
          <w:sz w:val="24"/>
        </w:rPr>
        <w:t>left</w:t>
      </w:r>
      <w:r>
        <w:rPr>
          <w:rFonts w:ascii="Times New Roman" w:hAnsi="Times New Roman" w:eastAsia="Times New Roman" w:cs="Times New Roman"/>
          <w:sz w:val="24"/>
        </w:rPr>
        <w:t xml:space="preserve"> </w:t>
        <w:tab/>
      </w:r>
      <w:r>
        <w:rPr>
          <w:rFonts w:ascii="Times New Roman" w:hAnsi="Times New Roman" w:eastAsia="Times New Roman" w:cs="Times New Roman"/>
          <w:sz w:val="24"/>
        </w:rPr>
        <w:t>right deltoid (65+)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TIV-SR</w:t>
      </w:r>
    </w:p>
    <w:p>
      <w:pPr>
        <w:spacing w:line="207" w:lineRule="exact"/>
      </w:pP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ab/>
      </w:r>
      <w:r>
        <w:rPr>
          <w:rFonts w:ascii="Times New Roman" w:hAnsi="Times New Roman" w:eastAsia="Times New Roman" w:cs="Times New Roman"/>
          <w:sz w:val="24"/>
        </w:rPr>
        <w:t>0.5mL Intradermal Virus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Vaccine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site</w:t>
      </w:r>
      <w:r>
        <w:rPr>
          <w:rFonts w:ascii="Times New Roman" w:hAnsi="Times New Roman" w:eastAsia="Times New Roman" w:cs="Times New Roman"/>
          <w:sz w:val="24"/>
        </w:rPr>
        <w:t xml:space="preserve"> </w:t>
        <w:tab/>
      </w:r>
      <w:r>
        <w:rPr>
          <w:rFonts w:ascii="Times New Roman" w:hAnsi="Times New Roman" w:eastAsia="Times New Roman" w:cs="Times New Roman"/>
          <w:sz w:val="24"/>
        </w:rPr>
        <w:t>-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TIV</w:t>
      </w:r>
    </w:p>
    <w:p>
      <w:pPr>
        <w:spacing w:before="31" w:after="0" w:line="207" w:lineRule="exact"/>
      </w:pP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ab/>
      </w:r>
      <w:r>
        <w:rPr>
          <w:rFonts w:ascii="Times New Roman" w:hAnsi="Times New Roman" w:eastAsia="Times New Roman" w:cs="Times New Roman"/>
          <w:sz w:val="24"/>
        </w:rPr>
        <w:t>0.5mL FluBlok Influenza Virus Vaccine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given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</w:t>
      </w:r>
      <w:r>
        <w:rPr>
          <w:rFonts w:ascii="Times New Roman" w:hAnsi="Times New Roman" w:eastAsia="Times New Roman" w:cs="Times New Roman"/>
          <w:sz w:val="24"/>
        </w:rPr>
        <w:t xml:space="preserve"> </w:t>
        <w:tab/>
      </w:r>
      <w:r>
        <w:rPr>
          <w:rFonts w:ascii="Times New Roman" w:hAnsi="Times New Roman" w:eastAsia="Times New Roman" w:cs="Times New Roman"/>
          <w:sz w:val="24"/>
        </w:rPr>
        <w:t>left</w:t>
      </w:r>
      <w:r>
        <w:rPr>
          <w:rFonts w:ascii="Times New Roman" w:hAnsi="Times New Roman" w:eastAsia="Times New Roman" w:cs="Times New Roman"/>
          <w:sz w:val="24"/>
        </w:rPr>
        <w:t xml:space="preserve"> </w:t>
        <w:tab/>
      </w:r>
      <w:r>
        <w:rPr>
          <w:rFonts w:ascii="Times New Roman" w:hAnsi="Times New Roman" w:eastAsia="Times New Roman" w:cs="Times New Roman"/>
          <w:sz w:val="24"/>
        </w:rPr>
        <w:t>right  deltoid</w:t>
      </w:r>
    </w:p>
    <w:p>
      <w:pPr>
        <w:spacing w:line="206" w:lineRule="exact"/>
      </w:pP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ab/>
      </w:r>
      <w:r>
        <w:rPr>
          <w:rFonts w:ascii="Times New Roman" w:hAnsi="Times New Roman" w:eastAsia="Times New Roman" w:cs="Times New Roman"/>
          <w:sz w:val="24"/>
        </w:rPr>
        <w:t>Children 6-35 months:  0.25 mL/dose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given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</w:t>
      </w:r>
      <w:r>
        <w:rPr>
          <w:rFonts w:ascii="Times New Roman" w:hAnsi="Times New Roman" w:eastAsia="Times New Roman" w:cs="Times New Roman"/>
          <w:sz w:val="24"/>
        </w:rPr>
        <w:t xml:space="preserve"> </w:t>
        <w:tab/>
      </w:r>
      <w:r>
        <w:rPr>
          <w:rFonts w:ascii="Times New Roman" w:hAnsi="Times New Roman" w:eastAsia="Times New Roman" w:cs="Times New Roman"/>
          <w:sz w:val="24"/>
        </w:rPr>
        <w:t>left</w:t>
      </w:r>
      <w:r>
        <w:rPr>
          <w:rFonts w:ascii="Times New Roman" w:hAnsi="Times New Roman" w:eastAsia="Times New Roman" w:cs="Times New Roman"/>
          <w:sz w:val="24"/>
        </w:rPr>
        <w:t xml:space="preserve"> </w:t>
        <w:tab/>
      </w:r>
      <w:r>
        <w:rPr>
          <w:rFonts w:ascii="Times New Roman" w:hAnsi="Times New Roman" w:eastAsia="Times New Roman" w:cs="Times New Roman"/>
          <w:sz w:val="24"/>
        </w:rPr>
        <w:t>right  deltoid (1 or 2 doses per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season)</w:t>
      </w:r>
    </w:p>
    <w:p>
      <w:pPr>
        <w:spacing w:line="207" w:lineRule="exact"/>
      </w:pP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ab/>
      </w:r>
      <w:r>
        <w:rPr>
          <w:rFonts w:ascii="Times New Roman" w:hAnsi="Times New Roman" w:eastAsia="Times New Roman" w:cs="Times New Roman"/>
          <w:sz w:val="24"/>
        </w:rPr>
        <w:t>Children 3-8 years:  0.5 mL/dose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given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</w:t>
      </w:r>
      <w:r>
        <w:rPr>
          <w:rFonts w:ascii="Times New Roman" w:hAnsi="Times New Roman" w:eastAsia="Times New Roman" w:cs="Times New Roman"/>
          <w:sz w:val="24"/>
        </w:rPr>
        <w:t xml:space="preserve"> </w:t>
        <w:tab/>
      </w:r>
      <w:r>
        <w:rPr>
          <w:rFonts w:ascii="Times New Roman" w:hAnsi="Times New Roman" w:eastAsia="Times New Roman" w:cs="Times New Roman"/>
          <w:sz w:val="24"/>
        </w:rPr>
        <w:t>left</w:t>
      </w:r>
      <w:r>
        <w:rPr>
          <w:rFonts w:ascii="Times New Roman" w:hAnsi="Times New Roman" w:eastAsia="Times New Roman" w:cs="Times New Roman"/>
          <w:sz w:val="24"/>
        </w:rPr>
        <w:t xml:space="preserve"> </w:t>
        <w:tab/>
      </w:r>
      <w:r>
        <w:rPr>
          <w:rFonts w:ascii="Times New Roman" w:hAnsi="Times New Roman" w:eastAsia="Times New Roman" w:cs="Times New Roman"/>
          <w:sz w:val="24"/>
        </w:rPr>
        <w:t>right  deltoid (1 or 2 doses per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season)</w:t>
      </w:r>
    </w:p>
    <w:p>
      <w:pPr>
        <w:spacing w:before="1" w:after="0"/>
      </w:pP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ab/>
      </w:r>
      <w:r>
        <w:rPr>
          <w:rFonts w:ascii="Times New Roman" w:hAnsi="Times New Roman" w:eastAsia="Times New Roman" w:cs="Times New Roman"/>
          <w:sz w:val="24"/>
        </w:rPr>
        <w:t>Children older than 9 years: 0.5 mL/dose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given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</w:t>
      </w:r>
      <w:r>
        <w:rPr>
          <w:rFonts w:ascii="Times New Roman" w:hAnsi="Times New Roman" w:eastAsia="Times New Roman" w:cs="Times New Roman"/>
          <w:sz w:val="24"/>
        </w:rPr>
        <w:t xml:space="preserve"> </w:t>
        <w:tab/>
      </w:r>
      <w:r>
        <w:rPr>
          <w:rFonts w:ascii="Times New Roman" w:hAnsi="Times New Roman" w:eastAsia="Times New Roman" w:cs="Times New Roman"/>
          <w:sz w:val="24"/>
        </w:rPr>
        <w:t>left</w:t>
      </w:r>
      <w:r>
        <w:rPr>
          <w:rFonts w:ascii="Times New Roman" w:hAnsi="Times New Roman" w:eastAsia="Times New Roman" w:cs="Times New Roman"/>
          <w:sz w:val="24"/>
        </w:rPr>
        <w:t xml:space="preserve"> </w:t>
        <w:tab/>
      </w:r>
      <w:r>
        <w:rPr>
          <w:rFonts w:ascii="Times New Roman" w:hAnsi="Times New Roman" w:eastAsia="Times New Roman" w:cs="Times New Roman"/>
          <w:sz w:val="24"/>
        </w:rPr>
        <w:t>right  deltoid (1 dose per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season)</w:t>
      </w:r>
    </w:p>
    <w:p>
      <w:pPr>
        <w:spacing w:before="11" w:after="0"/>
      </w:pPr>
    </w:p>
    <w:p>
      <w:pPr>
        <w:spacing w:line="211" w:lineRule="exact"/>
      </w:pPr>
      <w:r>
        <w:rPr>
          <w:rFonts w:ascii="Times New Roman" w:hAnsi="Times New Roman" w:eastAsia="Times New Roman" w:cs="Times New Roman"/>
          <w:sz w:val="24"/>
        </w:rPr>
        <w:t>Nurse/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Provider’s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Signature</w:t>
        <w:tab/>
        <w:t>Date</w:t>
        <w:tab/>
        <w:t>Time</w:t>
      </w:r>
    </w:p>
    <w:p>
      <w:pPr/>
    </w:p>
    <w:p>
      <w:pPr>
        <w:spacing w:before="1" w:after="0"/>
      </w:pPr>
    </w:p>
    <w:p>
      <w:pPr>
        <w:spacing w:before="95" w:after="0"/>
      </w:pPr>
      <w:r>
        <w:rPr>
          <w:rFonts w:ascii="Times New Roman" w:hAnsi="Times New Roman" w:eastAsia="Times New Roman" w:cs="Times New Roman"/>
          <w:sz w:val="24"/>
        </w:rPr>
        <w:t>Form Made Fillable by</w:t>
      </w:r>
      <w:r>
        <w:rPr>
          <w:rFonts w:ascii="Times New Roman" w:hAnsi="Times New Roman" w:eastAsia="Times New Roman" w:cs="Times New Roman"/>
          <w:sz w:val="24"/>
        </w:rPr>
        <w:t xml:space="preserve"> eForms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