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Foreclosure Complaint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SUPERIOR COURT OF [name of county] COUNTY </w:t>
      </w:r>
    </w:p>
    <w:p>
      <w:pPr>
        <w:keepNext w:val="0"/>
        <w:spacing w:before="6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COMES NOW Plaintiff, [name of plaintiff], by and through the undersigned counsel and files this Complaint against Defendant(s) [name of defendant(s)], respectfully showing this Honorable Court as follows:</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INTRODUCTION, PARTIES, JURISDICTION AND VENUE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[name of plaintiff] (hereinafter “[term for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city] (City), [name of county] County, Georgia.</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Defendants [name of defendants] (hereinafter [last name(s)]”), Georgia residents currently living at [address] where they can be served with process. Defendants [last name(s)] are subject to the jurisdiction of this Court and venue is proper herein.</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FACTS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re-alleges and incorporate herein the preceding paragraphs of this pleading though set forth in full herein.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or about [month] [day], [year], Defendants borrowed $[loan amount] from Plaintiff and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as evidence of this loan.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this Promissory Note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secure repayment of the Note, the Defendants conveyed the real property located at [location] (the “Property”) to the Plaintiff via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deed recorded in Deed Book [deed book number], Page [page number], [name of county] County, Georgia records.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Under the terms of the aforementioned Note and Security Deed, Defendants promised and agreed to repay the principal sum of $[amount], together with interest and other amounts as provided for in the Note and Security Deed.</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have defaulted under the terms of the Note and Security Deed.</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Specifically, Defendants have failed to make the monthly payment due on [month] [day], [year], and have failed to make any payments coming due under the Note and Security Deed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were given written notice dated [month] [day], [year], of their default and which informed them that if they wished to avoid foreclosure, they must bring the balance on the loan current.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have failed to cure the default.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this written notice is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reason of said default and notice thereof, all conditions precedent to the acceleration of the Promissory Note and foreclosure of the Security Deed have occurred. Accordingly, Plaintiff hereby accelerates the full principal balance and interest due under the Note and Security Deed and demand immediate payment thereof.</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COUNT ONE-JUDICIAL FORECLOSURE-SUIT ON NOTE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re-alleges and incorporate herein the preceding paragraphs of this pleading though set forth in full herein.</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for the value of money loaned to Defendants in the amount of $[amount]. Defendants have missed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[number] payments as of [month] [day], [year]. Monthly payments are due in the amount of $[amount]. For each late payment, the Note requires the inclusion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penalty for each month at $[amount] plus interest.</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are in default under the note, and therefore Plaintiff is entitled to judgment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determined at trial.</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is also entitled to recover all reasonable attorney’s fees and costs incurred in maintaining this action, including, but not limited to, the cost of title search and investigation, costs of this action, and such other sums advanced to foreclose.</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PRAYER FOR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WHEREFORE, Plaintiff prays for judgment against the Defendants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judgment against Defendants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proven at trial together with any and all interest as authorized by law, including pre-judgment interest;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permitting Plaintiff to levy on any judgment obtained herein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judgment against the Defendants for reasonable attorney’s fees and costs in bringing this action, pursuant to the Note as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judgment against the Defendants that by such levy upon any judgment obtained herein, the rights of the Defendants and all persons claiming by, through, or under them subsequent to the execution and recording of the Security Deed referred to be adjudged inferior and subordinate to Plaintiff’s assessment lien and be forever foreclosed.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judgment that Plaintiff be permitted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bidder and purchaser at the Sheriff’s sale for any levy on any judgment obtained herein sale;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such other and further relief as the Court deems just and equitable in the premises.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[law firm]</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GSBA #[number] </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 OF PROMISSORY NOTE</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 OF NOTICE OF DEFAULT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