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Form 13F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Form 13F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publicly available, quarterly reporting form that certain institutional investment managers must file with the Securities and Exchange Commission (SEC) regarding their securities holdings. Managers with investment discretion over accounts with $100 million or more in Section 13(f) securities are required to file Form 13F. Section 13(f) securities are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delineated list of securities that appear on the Official List of Section 13(f) Securities (available at http://www.sec.gov/divisions/investment/13flists.htm), which the SEC updates quarterly and typically includes securities traded on U.S. stock exchanges, shares of exchange-traded funds, and certain convertible debt securities, equity options, and warrants.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additional information on Form 13F, including reporting triggers, requirements, and deadlines, see:</w:t>
      </w:r>
    </w:p>
    <w:p>
      <w:pPr>
        <w:keepNext w:val="0"/>
        <w:spacing w:before="120" w:after="0" w:line="260" w:lineRule="exact"/>
        <w:ind w:right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Form 13F Reporting by Institutional Investment Managers</w:t>
      </w:r>
    </w:p>
    <w:p>
      <w:pPr>
        <w:keepNext w:val="0"/>
        <w:spacing w:before="120" w:after="0" w:line="260" w:lineRule="exact"/>
        <w:ind w:right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Reporting and Recordkeeping Requirements of Hedge Funds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[Click here] for the official SEC form.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[Click here] for the SEC’s Frequently Asked Questions regarding form 13F.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