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2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Fraternity Letter of Recommendation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From</w:t>
      </w:r>
    </w:p>
    <w:p>
      <w:pPr/>
      <w:r>
        <w:rPr>
          <w:rFonts w:ascii="Times New Roman" w:hAnsi="Times New Roman" w:eastAsia="Times New Roman" w:cs="Times New Roman"/>
          <w:sz w:val="24"/>
        </w:rPr>
        <w:br/>
        <w:t>Name _________________</w:t>
        <w:br/>
        <w:t>Phone Number 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E-Mail 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In Recommendation of</w:t>
        <w:br/>
      </w:r>
      <w:r>
        <w:rPr>
          <w:rFonts w:ascii="Times New Roman" w:hAnsi="Times New Roman" w:eastAsia="Times New Roman" w:cs="Times New Roman"/>
          <w:sz w:val="24"/>
        </w:rPr>
        <w:br/>
        <w:t>Name _________________</w:t>
        <w:br/>
        <w:t>University/College 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My name is </w:t>
      </w:r>
      <w:r>
        <w:rPr>
          <w:rFonts w:ascii="Times New Roman" w:hAnsi="Times New Roman" w:eastAsia="Times New Roman" w:cs="Times New Roman"/>
          <w:sz w:val="24"/>
        </w:rPr>
        <w:t>_________________ [Your Name]</w:t>
      </w:r>
      <w:r>
        <w:rPr>
          <w:rFonts w:ascii="Times New Roman" w:hAnsi="Times New Roman" w:eastAsia="Times New Roman" w:cs="Times New Roman"/>
          <w:sz w:val="24"/>
        </w:rPr>
        <w:t xml:space="preserve"> and a member of </w:t>
      </w:r>
      <w:r>
        <w:rPr>
          <w:rFonts w:ascii="Times New Roman" w:hAnsi="Times New Roman" w:eastAsia="Times New Roman" w:cs="Times New Roman"/>
          <w:sz w:val="24"/>
        </w:rPr>
        <w:t>_________________ [Name of Fraternity]</w:t>
      </w:r>
      <w:r>
        <w:rPr>
          <w:rFonts w:ascii="Times New Roman" w:hAnsi="Times New Roman" w:eastAsia="Times New Roman" w:cs="Times New Roman"/>
          <w:sz w:val="24"/>
        </w:rPr>
        <w:t xml:space="preserve"> when I was studying at </w:t>
      </w:r>
      <w:r>
        <w:rPr>
          <w:rFonts w:ascii="Times New Roman" w:hAnsi="Times New Roman" w:eastAsia="Times New Roman" w:cs="Times New Roman"/>
          <w:sz w:val="24"/>
        </w:rPr>
        <w:t>_________________ [Name of University/College].</w:t>
      </w:r>
      <w:r>
        <w:rPr>
          <w:rFonts w:ascii="Times New Roman" w:hAnsi="Times New Roman" w:eastAsia="Times New Roman" w:cs="Times New Roman"/>
          <w:sz w:val="24"/>
        </w:rPr>
        <w:t xml:space="preserve"> I had a great experience and am still in contact with the friends I made during that time. My </w:t>
      </w:r>
      <w:r>
        <w:rPr>
          <w:rFonts w:ascii="Times New Roman" w:hAnsi="Times New Roman" w:eastAsia="Times New Roman" w:cs="Times New Roman"/>
          <w:sz w:val="24"/>
        </w:rPr>
        <w:t>_________________ [Relationship to the Pledge]</w:t>
      </w:r>
      <w:r>
        <w:rPr>
          <w:rFonts w:ascii="Times New Roman" w:hAnsi="Times New Roman" w:eastAsia="Times New Roman" w:cs="Times New Roman"/>
          <w:sz w:val="24"/>
        </w:rPr>
        <w:t xml:space="preserve">, </w:t>
      </w:r>
      <w:r>
        <w:rPr>
          <w:rFonts w:ascii="Times New Roman" w:hAnsi="Times New Roman" w:eastAsia="Times New Roman" w:cs="Times New Roman"/>
          <w:sz w:val="24"/>
        </w:rPr>
        <w:t>_________________ [Name of Pledge]</w:t>
      </w:r>
      <w:r>
        <w:rPr>
          <w:rFonts w:ascii="Times New Roman" w:hAnsi="Times New Roman" w:eastAsia="Times New Roman" w:cs="Times New Roman"/>
          <w:sz w:val="24"/>
        </w:rPr>
        <w:t xml:space="preserve">, is currently attending </w:t>
      </w:r>
      <w:r>
        <w:rPr>
          <w:rFonts w:ascii="Times New Roman" w:hAnsi="Times New Roman" w:eastAsia="Times New Roman" w:cs="Times New Roman"/>
          <w:sz w:val="24"/>
        </w:rPr>
        <w:t>_________________ [Name of University/College]</w:t>
      </w:r>
      <w:r>
        <w:rPr>
          <w:rFonts w:ascii="Times New Roman" w:hAnsi="Times New Roman" w:eastAsia="Times New Roman" w:cs="Times New Roman"/>
          <w:sz w:val="24"/>
        </w:rPr>
        <w:t xml:space="preserve"> and would appreciate it if you would consider him as a candidate for the fraternity.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Please do not hesitate to contact me if you should require any further information.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Best,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  <w:t>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 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