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Freedom of Information Act (FOIA) Request for Additional Information Letter</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[AGENCY LETTERHEAD]</w:t>
      </w:r>
    </w:p>
    <w:p>
      <w:pPr>
        <w:keepNext w:val="0"/>
        <w:spacing w:before="200" w:after="0" w:line="260" w:lineRule="exact"/>
        <w:ind w:left="720" w:right="0" w:firstLine="0"/>
        <w:jc w:val="both"/>
      </w:pPr>
      <w:r>
        <w:rPr>
          <w:rFonts w:ascii="Times New Roman" w:hAnsi="Times New Roman" w:eastAsia="Times New Roman" w:cs="Times New Roman"/>
          <w:b w:val="0"/>
          <w:sz w:val="24"/>
        </w:rPr>
        <w:t>[DATE]</w:t>
      </w:r>
    </w:p>
    <w:p>
      <w:pPr>
        <w:keepNext w:val="0"/>
        <w:spacing w:before="200" w:after="0" w:line="260" w:lineRule="exact"/>
        <w:ind w:left="720" w:right="0" w:firstLine="0"/>
        <w:jc w:val="both"/>
      </w:pPr>
      <w:r>
        <w:rPr>
          <w:rFonts w:ascii="Times New Roman" w:hAnsi="Times New Roman" w:eastAsia="Times New Roman" w:cs="Times New Roman"/>
          <w:b w:val="0"/>
          <w:sz w:val="24"/>
        </w:rPr>
        <w:t>[METHOD OF DELIVERY]</w:t>
      </w:r>
    </w:p>
    <w:p>
      <w:pPr>
        <w:keepNext w:val="0"/>
        <w:spacing w:before="200" w:after="0" w:line="260" w:lineRule="exact"/>
        <w:ind w:left="720" w:right="0" w:firstLine="0"/>
        <w:jc w:val="both"/>
      </w:pPr>
      <w:r>
        <w:rPr>
          <w:rFonts w:ascii="Times New Roman" w:hAnsi="Times New Roman" w:eastAsia="Times New Roman" w:cs="Times New Roman"/>
          <w:b w:val="0"/>
          <w:sz w:val="24"/>
        </w:rPr>
        <w:t>[RECEIPIENT NAME AND ADDRESS]</w:t>
      </w:r>
    </w:p>
    <w:p>
      <w:pPr>
        <w:keepNext w:val="0"/>
        <w:spacing w:before="200" w:after="0" w:line="260" w:lineRule="exact"/>
        <w:ind w:left="720" w:right="0" w:firstLine="0"/>
        <w:jc w:val="both"/>
      </w:pPr>
      <w:r>
        <w:rPr>
          <w:rFonts w:ascii="Times New Roman" w:hAnsi="Times New Roman" w:eastAsia="Times New Roman" w:cs="Times New Roman"/>
          <w:b w:val="0"/>
          <w:sz w:val="24"/>
        </w:rPr>
        <w:t>RE: [TRACKING OR CONTROL NUMBER FOR REQUEST]</w:t>
      </w:r>
    </w:p>
    <w:p>
      <w:pPr>
        <w:keepNext w:val="0"/>
        <w:spacing w:before="200" w:after="0" w:line="260" w:lineRule="exact"/>
        <w:ind w:left="720" w:right="0" w:firstLine="0"/>
        <w:jc w:val="both"/>
      </w:pPr>
      <w:r>
        <w:rPr>
          <w:rFonts w:ascii="Times New Roman" w:hAnsi="Times New Roman" w:eastAsia="Times New Roman" w:cs="Times New Roman"/>
          <w:b w:val="0"/>
          <w:sz w:val="24"/>
        </w:rPr>
        <w:t>Dear [NAME]:</w:t>
      </w:r>
    </w:p>
    <w:p>
      <w:pPr>
        <w:keepNext w:val="0"/>
        <w:spacing w:before="200" w:after="0" w:line="260" w:lineRule="exact"/>
        <w:ind w:left="720" w:right="0" w:firstLine="0"/>
        <w:jc w:val="both"/>
      </w:pPr>
      <w:r>
        <w:rPr>
          <w:rFonts w:ascii="Times New Roman" w:hAnsi="Times New Roman" w:eastAsia="Times New Roman" w:cs="Times New Roman"/>
          <w:b w:val="0"/>
          <w:sz w:val="24"/>
        </w:rPr>
        <w:t>This letter acknowledges receipt of your Freedom of Information Act (FOIA) request, dated [DATE], to [AGENCY], for [BRIEF SUMMARY OF SUBMISSION].</w:t>
      </w:r>
    </w:p>
    <w:p>
      <w:pPr>
        <w:keepNext w:val="0"/>
        <w:spacing w:before="200" w:after="0" w:line="260" w:lineRule="exact"/>
        <w:ind w:left="720" w:right="0" w:firstLine="0"/>
        <w:jc w:val="both"/>
      </w:pPr>
      <w:r>
        <w:rPr>
          <w:rFonts w:ascii="Times New Roman" w:hAnsi="Times New Roman" w:eastAsia="Times New Roman" w:cs="Times New Roman"/>
          <w:b w:val="0"/>
          <w:sz w:val="24"/>
        </w:rPr>
        <w:t>This office received your request via [METHOD OF DELIVERY] on [DATE]. Your request has been assigned [TRACKING NUMBER]. This number should be referenced in all future correspondence.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After careful review of your request, we have determined that your request is too broad or did not specifically identify records you are seeking. Requests for records must be described in sufficient detail to allow us to identify the requested records without placing unreasonable burden on the reviewing agency. Regulation [AGENCY REGULATION] requires that you describe records sought with as much detail as possible to ensure our office can locate records. Where possible, requests should include, among other things, the date the record was created, title of the records, author(s) names, recipients of the record, subject matter, and, if available, the [AGENCY] component or office that created or control the record. The FOIA does not require [AGENCY] to create new records in response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FOIA request or attempt to otherwise interpret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request that does not sufficiently identify records requested.</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Please resubmit your request with additional information that provides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description of the records you are seeking. Upon receipt of information sufficient to allow the agency to proceed with the search and processing of your request, you will be notified.</w:t>
      </w:r>
    </w:p>
    <w:p>
      <w:pPr>
        <w:keepNext w:val="0"/>
        <w:spacing w:before="200" w:after="0" w:line="260" w:lineRule="exact"/>
        <w:ind w:left="720" w:right="0" w:firstLine="0"/>
        <w:jc w:val="both"/>
      </w:pPr>
      <w:r>
        <w:rPr>
          <w:rFonts w:ascii="Times New Roman" w:hAnsi="Times New Roman" w:eastAsia="Times New Roman" w:cs="Times New Roman"/>
          <w:b w:val="0"/>
          <w:sz w:val="24"/>
        </w:rPr>
        <w:t>Consistent with FOIA regulations, [AGENCY REGULATIONS], [AGENCY] processes requests in the order they are received. Due to the increasing number of FOIA requests received by this office, we may encounter some delay in processing your request.</w:t>
      </w:r>
    </w:p>
    <w:p>
      <w:pPr>
        <w:keepNext w:val="0"/>
        <w:spacing w:before="200" w:after="0" w:line="260" w:lineRule="exact"/>
        <w:ind w:left="720" w:right="0" w:firstLine="0"/>
        <w:jc w:val="both"/>
      </w:pPr>
      <w:r>
        <w:rPr>
          <w:rFonts w:ascii="Times New Roman" w:hAnsi="Times New Roman" w:eastAsia="Times New Roman" w:cs="Times New Roman"/>
          <w:b w:val="0"/>
          <w:sz w:val="24"/>
        </w:rPr>
        <w:t>Should you have any questions or if you wish to discuss your request, please contact this office at [TELEPHONE NUMBER] or via e-mail at [E-MAIL ADDRESS].</w:t>
      </w:r>
    </w:p>
    <w:p>
      <w:pPr>
        <w:keepNext w:val="0"/>
        <w:spacing w:before="200" w:after="0" w:line="260" w:lineRule="exact"/>
        <w:ind w:left="360" w:right="0" w:firstLine="0"/>
        <w:jc w:val="both"/>
      </w:pPr>
      <w:r>
        <w:rPr>
          <w:rFonts w:ascii="Times New Roman" w:hAnsi="Times New Roman" w:eastAsia="Times New Roman" w:cs="Times New Roman"/>
          <w:b w:val="0"/>
          <w:sz w:val="24"/>
        </w:rPr>
        <w:t>Sincerely,</w:t>
      </w:r>
    </w:p>
    <w:p>
      <w:pPr>
        <w:keepNext w:val="0"/>
        <w:spacing w:before="120" w:after="0" w:line="260" w:lineRule="exact"/>
        <w:ind w:left="360" w:right="0" w:firstLine="0"/>
        <w:jc w:val="left"/>
      </w:pPr>
      <w:r>
        <w:rPr>
          <w:rFonts w:ascii="Times New Roman" w:hAnsi="Times New Roman" w:eastAsia="Times New Roman" w:cs="Times New Roman"/>
          <w:b w:val="0"/>
          <w:sz w:val="24"/>
        </w:rPr>
        <w:t>[NAME]</w:t>
      </w:r>
    </w:p>
    <w:p>
      <w:pPr>
        <w:keepNext w:val="0"/>
        <w:spacing w:before="120" w:after="0" w:line="260" w:lineRule="exact"/>
        <w:ind w:left="360" w:right="0" w:firstLine="0"/>
        <w:jc w:val="left"/>
      </w:pPr>
      <w:r>
        <w:rPr>
          <w:rFonts w:ascii="Times New Roman" w:hAnsi="Times New Roman" w:eastAsia="Times New Roman" w:cs="Times New Roman"/>
          <w:b w:val="0"/>
          <w:sz w:val="24"/>
        </w:rPr>
        <w:t>[TITLE]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