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Freedom of Information Act (FOIA) Response Letter for Expedited Processing Request</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[AGENCY LETTERHEAD]</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[METHOD OF DELIVERY]</w:t>
      </w:r>
    </w:p>
    <w:p>
      <w:pPr>
        <w:keepNext w:val="0"/>
        <w:spacing w:before="200" w:after="0" w:line="260" w:lineRule="exact"/>
        <w:ind w:left="720" w:right="0" w:firstLine="0"/>
        <w:jc w:val="both"/>
      </w:pPr>
      <w:r>
        <w:rPr>
          <w:rFonts w:ascii="Times New Roman" w:hAnsi="Times New Roman" w:eastAsia="Times New Roman" w:cs="Times New Roman"/>
          <w:b w:val="0"/>
          <w:sz w:val="24"/>
        </w:rPr>
        <w:t>[RECIPIENT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RE: [TRACKING OR CONTROL NUMBER FOR REQUEST]</w:t>
      </w:r>
    </w:p>
    <w:p>
      <w:pPr>
        <w:keepNext w:val="0"/>
        <w:spacing w:before="200" w:after="0" w:line="260" w:lineRule="exact"/>
        <w:ind w:left="720" w:right="0" w:firstLine="0"/>
        <w:jc w:val="both"/>
      </w:pPr>
      <w:r>
        <w:rPr>
          <w:rFonts w:ascii="Times New Roman" w:hAnsi="Times New Roman" w:eastAsia="Times New Roman" w:cs="Times New Roman"/>
          <w:b w:val="0"/>
          <w:sz w:val="24"/>
        </w:rPr>
        <w:t>Dear [NAME]:</w:t>
      </w:r>
    </w:p>
    <w:p>
      <w:pPr>
        <w:keepNext w:val="0"/>
        <w:spacing w:before="200" w:after="0" w:line="260" w:lineRule="exact"/>
        <w:ind w:left="720" w:right="0" w:firstLine="0"/>
        <w:jc w:val="both"/>
      </w:pPr>
      <w:r>
        <w:rPr>
          <w:rFonts w:ascii="Times New Roman" w:hAnsi="Times New Roman" w:eastAsia="Times New Roman" w:cs="Times New Roman"/>
          <w:b w:val="0"/>
          <w:sz w:val="24"/>
        </w:rPr>
        <w:t>This letter acknowledges receipt of your Freedom of Information Act (FOIA) request, dated [DATE], to [AGENCY], for [BRIEF SUMMARY OF SUBMISSION] via [TRANSMISSION MEDIUM].</w:t>
      </w:r>
    </w:p>
    <w:p>
      <w:pPr>
        <w:keepNext w:val="0"/>
        <w:spacing w:before="200" w:after="0" w:line="260" w:lineRule="exact"/>
        <w:ind w:left="720" w:right="0" w:firstLine="0"/>
        <w:jc w:val="both"/>
      </w:pPr>
      <w:r>
        <w:rPr>
          <w:rFonts w:ascii="Times New Roman" w:hAnsi="Times New Roman" w:eastAsia="Times New Roman" w:cs="Times New Roman"/>
          <w:b w:val="0"/>
          <w:sz w:val="24"/>
        </w:rPr>
        <w:t>This office received your request via [METHOD OF DELIVERY] on [DATE]. Your request has been assigned [TRACKING NUMBER]. This number should be referenced in all future correspondence.</w:t>
      </w:r>
    </w:p>
    <w:p>
      <w:pPr>
        <w:keepNext w:val="0"/>
        <w:spacing w:before="200" w:after="0" w:line="260" w:lineRule="exact"/>
        <w:ind w:left="720" w:right="0" w:firstLine="0"/>
        <w:jc w:val="both"/>
      </w:pPr>
      <w:r>
        <w:rPr>
          <w:rFonts w:ascii="Times New Roman" w:hAnsi="Times New Roman" w:eastAsia="Times New Roman" w:cs="Times New Roman"/>
          <w:b w:val="0"/>
          <w:sz w:val="24"/>
        </w:rPr>
        <w:t>Consistent with FOIA regulations, [AGENCY REGULATIONS], [AGENCY] processes requests in the order they are received. Due to the increasing number of FOIA requests received by this office, we may encounter some delay in processing your request.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FOIA allows us to recover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cost of complying with your FOIA request.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you will be charged for those records you have requested in accordance with our guidelines, regulations, and policies, as well as relevant guidance issued by the Office of Management and Budget (OMB). Based on the information in your FOIA request, you have been assigned to the [TYPE OF REQUESTER],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you will be charged in accordance with the fee schedule enclosed].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note that you have also requested expedited processing in connection with your request.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your expedited processing request, you have indicated that [SUMMARIZE JUSTIFICATION ASSERTED BY REQUESTER FOR EXPEDITED PROCESSING]. This agency evaluates requests for expedited processing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case-by-case basis. You must demonstrate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compelling need for expedited processing. The factors we consider include, among other things [LIST FACTORS IN AGENCY REGULATION AND CITATION].</w:t>
      </w:r>
    </w:p>
    <w:p>
      <w:pPr>
        <w:keepNext w:val="0"/>
        <w:spacing w:before="200" w:after="0" w:line="260" w:lineRule="exact"/>
        <w:ind w:left="720" w:right="0" w:firstLine="0"/>
        <w:jc w:val="both"/>
      </w:pPr>
      <w:r>
        <w:rPr>
          <w:rFonts w:ascii="Times New Roman" w:hAnsi="Times New Roman" w:eastAsia="Times New Roman" w:cs="Times New Roman"/>
          <w:b w:val="0"/>
          <w:sz w:val="24"/>
        </w:rPr>
        <w:t>Based on our evaluation, we are [GRANTING OR CONDITIONALLY GRANTING OR DENYING] your request for expedited processing.</w:t>
      </w:r>
    </w:p>
    <w:p>
      <w:pPr>
        <w:keepNext w:val="0"/>
        <w:spacing w:before="200" w:after="0" w:line="260" w:lineRule="exact"/>
        <w:ind w:left="720" w:right="0" w:firstLine="0"/>
        <w:jc w:val="both"/>
      </w:pPr>
      <w:r>
        <w:rPr>
          <w:rFonts w:ascii="Times New Roman" w:hAnsi="Times New Roman" w:eastAsia="Times New Roman" w:cs="Times New Roman"/>
          <w:b w:val="0"/>
          <w:sz w:val="24"/>
        </w:rPr>
        <w:t>Should you have any questions or if you wish to discuss your request, please contact this office at [TELEPHONE NUMBER] or via e-mail at [E-MAIL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Sincerely,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