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480" w:lineRule="auto"/>
        <w:jc w:val="center"/>
      </w:pPr>
      <w:r>
        <w:rPr>
          <w:rFonts w:ascii="Times New Roman" w:hAnsi="Times New Roman" w:eastAsia="Times New Roman" w:cs="Times New Roman"/>
          <w:b/>
          <w:sz w:val="24"/>
        </w:rPr>
        <w:t>GARAGE SALE RECEIPT</w:t>
      </w:r>
    </w:p>
    <w:p>
      <w:pPr>
        <w:spacing w:line="480" w:lineRule="auto"/>
      </w:pPr>
      <w:r>
        <w:rPr>
          <w:rFonts w:ascii="Times New Roman" w:hAnsi="Times New Roman" w:eastAsia="Times New Roman" w:cs="Times New Roman"/>
          <w:sz w:val="24"/>
        </w:rPr>
        <w:t>Date: _______________________</w:t>
      </w:r>
    </w:p>
    <w:p>
      <w:pPr>
        <w:spacing w:line="480" w:lineRule="auto"/>
      </w:pPr>
    </w:p>
    <w:p>
      <w:pPr>
        <w:spacing w:line="480" w:lineRule="auto"/>
      </w:pPr>
      <w:r>
        <w:rPr>
          <w:rFonts w:ascii="Times New Roman" w:hAnsi="Times New Roman" w:eastAsia="Times New Roman" w:cs="Times New Roman"/>
          <w:b/>
          <w:sz w:val="24"/>
        </w:rPr>
        <w:t>Seller</w:t>
      </w:r>
      <w:r>
        <w:rPr>
          <w:rFonts w:ascii="Times New Roman" w:hAnsi="Times New Roman" w:eastAsia="Times New Roman" w:cs="Times New Roman"/>
          <w:sz w:val="24"/>
        </w:rPr>
        <w:t>:</w:t>
        <w:tab/>
        <w:tab/>
        <w:tab/>
        <w:tab/>
        <w:tab/>
        <w:tab/>
      </w:r>
      <w:r>
        <w:rPr>
          <w:rFonts w:ascii="Times New Roman" w:hAnsi="Times New Roman" w:eastAsia="Times New Roman" w:cs="Times New Roman"/>
          <w:b/>
          <w:sz w:val="24"/>
        </w:rPr>
        <w:t>Buyer</w:t>
      </w:r>
      <w:r>
        <w:rPr>
          <w:rFonts w:ascii="Times New Roman" w:hAnsi="Times New Roman" w:eastAsia="Times New Roman" w:cs="Times New Roman"/>
          <w:sz w:val="24"/>
        </w:rPr>
        <w:t>:</w:t>
      </w:r>
    </w:p>
    <w:p>
      <w:pPr>
        <w:spacing w:line="480" w:lineRule="auto"/>
      </w:pPr>
      <w:r>
        <w:rPr>
          <w:rFonts w:ascii="Times New Roman" w:hAnsi="Times New Roman" w:eastAsia="Times New Roman" w:cs="Times New Roman"/>
          <w:sz w:val="24"/>
        </w:rPr>
        <w:t>Name _______________________</w:t>
        <w:tab/>
        <w:tab/>
        <w:t>Name _______________________</w:t>
      </w:r>
    </w:p>
    <w:p>
      <w:pPr>
        <w:spacing w:line="480" w:lineRule="auto"/>
      </w:pPr>
      <w:r>
        <w:rPr>
          <w:rFonts w:ascii="Times New Roman" w:hAnsi="Times New Roman" w:eastAsia="Times New Roman" w:cs="Times New Roman"/>
          <w:sz w:val="24"/>
        </w:rPr>
        <w:t>Phone _______________________</w:t>
        <w:tab/>
        <w:tab/>
        <w:t>Phone _______________________</w:t>
        <w:tab/>
      </w:r>
    </w:p>
    <w:p>
      <w:pPr>
        <w:spacing w:line="480" w:lineRule="auto"/>
      </w:pPr>
      <w:r>
        <w:rPr>
          <w:rFonts w:ascii="Times New Roman" w:hAnsi="Times New Roman" w:eastAsia="Times New Roman" w:cs="Times New Roman"/>
          <w:sz w:val="24"/>
        </w:rPr>
        <w:t>Street Address _______________________</w:t>
        <w:tab/>
      </w:r>
    </w:p>
    <w:p>
      <w:pPr>
        <w:spacing w:line="480" w:lineRule="auto"/>
      </w:pPr>
      <w:r>
        <w:rPr>
          <w:rFonts w:ascii="Times New Roman" w:hAnsi="Times New Roman" w:eastAsia="Times New Roman" w:cs="Times New Roman"/>
          <w:sz w:val="24"/>
        </w:rPr>
        <w:t xml:space="preserve">City, State, Zip Code _________________________ </w:t>
      </w:r>
    </w:p>
    <w:p>
      <w:pPr>
        <w:spacing w:line="480" w:lineRule="auto"/>
        <w:jc w:val="center"/>
      </w:pPr>
      <w:r>
        <w:rPr>
          <w:rFonts w:ascii="Times New Roman" w:hAnsi="Times New Roman" w:eastAsia="Times New Roman" w:cs="Times New Roman"/>
          <w:b/>
          <w:sz w:val="24"/>
        </w:rPr>
        <w:t>Items Purchased</w:t>
      </w:r>
    </w:p>
    <w:p>
      <w:pPr/>
    </w:p>
    <w:p>
      <w:pPr>
        <w:spacing w:line="480" w:lineRule="auto"/>
      </w:pPr>
      <w:r>
        <w:rPr>
          <w:rFonts w:ascii="Times New Roman" w:hAnsi="Times New Roman" w:eastAsia="Times New Roman" w:cs="Times New Roman"/>
          <w:b/>
          <w:sz w:val="24"/>
        </w:rPr>
        <w:t>Total</w:t>
      </w:r>
      <w:r>
        <w:rPr>
          <w:rFonts w:ascii="Times New Roman" w:hAnsi="Times New Roman" w:eastAsia="Times New Roman" w:cs="Times New Roman"/>
          <w:sz w:val="24"/>
        </w:rPr>
        <w:t xml:space="preserve">: _______________________ Dollars ($_______________________) </w:t>
      </w:r>
    </w:p>
    <w:p>
      <w:pPr>
        <w:spacing w:line="480" w:lineRule="auto"/>
      </w:pPr>
      <w:r>
        <w:rPr>
          <w:rFonts w:ascii="Times New Roman" w:hAnsi="Times New Roman" w:eastAsia="Times New Roman" w:cs="Times New Roman"/>
          <w:sz w:val="24"/>
        </w:rPr>
        <w:t xml:space="preserve">Paid by: </w:t>
      </w:r>
      <w:r>
        <w:rPr>
          <w:rFonts w:ascii="Times New Roman" w:hAnsi="Times New Roman" w:eastAsia="Times New Roman" w:cs="Times New Roman"/>
          <w:sz w:val="24"/>
        </w:rPr>
        <w:t xml:space="preserve"> Cash </w:t>
      </w:r>
      <w:r>
        <w:rPr>
          <w:rFonts w:ascii="Times New Roman" w:hAnsi="Times New Roman" w:eastAsia="Times New Roman" w:cs="Times New Roman"/>
          <w:sz w:val="24"/>
        </w:rPr>
        <w:t xml:space="preserve"> Check  </w:t>
      </w:r>
      <w:r>
        <w:rPr>
          <w:rFonts w:ascii="Times New Roman" w:hAnsi="Times New Roman" w:eastAsia="Times New Roman" w:cs="Times New Roman"/>
          <w:sz w:val="24"/>
        </w:rPr>
        <w:t xml:space="preserve"> Credit Card </w:t>
      </w:r>
      <w:r>
        <w:rPr>
          <w:rFonts w:ascii="Times New Roman" w:hAnsi="Times New Roman" w:eastAsia="Times New Roman" w:cs="Times New Roman"/>
          <w:sz w:val="24"/>
        </w:rPr>
        <w:t xml:space="preserve"> Other _______________________</w:t>
      </w:r>
    </w:p>
    <w:p>
      <w:pPr/>
      <w:r>
        <w:rPr>
          <w:rFonts w:ascii="Times New Roman" w:hAnsi="Times New Roman" w:eastAsia="Times New Roman" w:cs="Times New Roman"/>
          <w:sz w:val="24"/>
        </w:rPr>
        <w:t>Check/Card #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_______________________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