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General Acknowledgment by Individual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On this [day] day of [month and year], before me personally came [name of person], to me known to be the individual described in and who executed the foregoing instrument, and (he/she) duly acknowledged to me that (he/she) executed the same.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Notary Public, State of New York 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County 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Commission Expires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