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NOTICE TO CEASE AND DESIST</w:t>
      </w:r>
    </w:p>
    <w:p>
      <w:pPr/>
    </w:p>
    <w:p>
      <w:pPr/>
    </w:p>
    <w:p>
      <w:pPr/>
      <w:r>
        <w:rPr>
          <w:rFonts w:ascii="Times New Roman" w:hAnsi="Times New Roman" w:eastAsia="Times New Roman" w:cs="Times New Roman"/>
          <w:sz w:val="24"/>
        </w:rPr>
        <w:t>From</w:t>
      </w:r>
    </w:p>
    <w:p>
      <w:pPr/>
      <w:r>
        <w:rPr>
          <w:rFonts w:ascii="Times New Roman" w:hAnsi="Times New Roman" w:eastAsia="Times New Roman" w:cs="Times New Roman"/>
          <w:sz w:val="24"/>
        </w:rPr>
        <w:t>[SENDER NAME]</w:t>
      </w:r>
    </w:p>
    <w:p>
      <w:pPr/>
      <w:r>
        <w:rPr>
          <w:rFonts w:ascii="Times New Roman" w:hAnsi="Times New Roman" w:eastAsia="Times New Roman" w:cs="Times New Roman"/>
          <w:sz w:val="24"/>
        </w:rPr>
        <w:t>[SENDER ADDRESS]</w:t>
      </w:r>
    </w:p>
    <w:p>
      <w:pP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Re: Notice to Cease and Desist for Specific Activity</w:t>
      </w:r>
    </w:p>
    <w:p>
      <w:pP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 NAME]</w:t>
      </w:r>
      <w:r>
        <w:rPr>
          <w:rFonts w:ascii="Times New Roman" w:hAnsi="Times New Roman" w:eastAsia="Times New Roman" w:cs="Times New Roman"/>
          <w:sz w:val="24"/>
        </w:rPr>
        <w:t>,</w:t>
      </w:r>
    </w:p>
    <w:p>
      <w:pPr/>
    </w:p>
    <w:p>
      <w:pPr>
        <w:spacing w:before="0" w:after="0"/>
      </w:pPr>
    </w:p>
    <w:p>
      <w:pPr>
        <w:spacing w:before="0" w:after="0"/>
      </w:pPr>
      <w:r>
        <w:rPr>
          <w:rFonts w:ascii="Times New Roman" w:hAnsi="Times New Roman" w:eastAsia="Times New Roman" w:cs="Times New Roman"/>
          <w:sz w:val="24"/>
        </w:rPr>
        <w:t xml:space="preserve">This letter is served upon due to </w:t>
      </w:r>
      <w:r>
        <w:rPr>
          <w:rFonts w:ascii="Times New Roman" w:hAnsi="Times New Roman" w:eastAsia="Times New Roman" w:cs="Times New Roman"/>
          <w:sz w:val="24"/>
        </w:rPr>
        <w:t>[DESCRIBE ACTIVITY]</w:t>
      </w:r>
      <w:r>
        <w:rPr>
          <w:rFonts w:ascii="Times New Roman" w:hAnsi="Times New Roman" w:eastAsia="Times New Roman" w:cs="Times New Roman"/>
          <w:sz w:val="24"/>
        </w:rPr>
        <w:t xml:space="preserve"> (“Activity”).</w:t>
      </w:r>
    </w:p>
    <w:p>
      <w:pPr>
        <w:spacing w:before="0" w:after="0"/>
      </w:pPr>
    </w:p>
    <w:p>
      <w:pPr>
        <w:spacing w:before="0" w:after="0"/>
      </w:pPr>
      <w:r>
        <w:rPr>
          <w:rFonts w:ascii="Times New Roman" w:hAnsi="Times New Roman" w:eastAsia="Times New Roman" w:cs="Times New Roman"/>
          <w:b/>
          <w:sz w:val="24"/>
        </w:rPr>
        <w:t>If you do not cease the aforementioned Activity a lawsuit will be commenced against you.</w:t>
      </w:r>
    </w:p>
    <w:p>
      <w:pPr>
        <w:spacing w:before="0" w:after="0"/>
      </w:pPr>
    </w:p>
    <w:p>
      <w:pPr>
        <w:spacing w:before="0" w:after="0"/>
      </w:pPr>
      <w:r>
        <w:rPr>
          <w:rFonts w:ascii="Times New Roman" w:hAnsi="Times New Roman" w:eastAsia="Times New Roman" w:cs="Times New Roman"/>
          <w:sz w:val="24"/>
        </w:rPr>
        <w:t>If the Activity continues we will immediately seek a temporary restraining order in the District Court against you and any accomplices in this matter. We will also seek monetary damages to be proved at trial. Hopefully this recourse is not necessary, we have our own interests to protect and will vigorously do so.</w:t>
      </w:r>
    </w:p>
    <w:p>
      <w:pPr>
        <w:spacing w:before="0" w:after="0"/>
      </w:pPr>
    </w:p>
    <w:p>
      <w:pPr>
        <w:spacing w:before="0" w:after="0"/>
      </w:pPr>
      <w:r>
        <w:rPr>
          <w:rFonts w:ascii="Times New Roman" w:hAnsi="Times New Roman" w:eastAsia="Times New Roman" w:cs="Times New Roman"/>
          <w:sz w:val="24"/>
        </w:rPr>
        <w:t xml:space="preserve">You will not receive another warning letter. If you do not confirm in writing to us by the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w:t>
      </w:r>
      <w:r>
        <w:rPr>
          <w:rFonts w:ascii="Times New Roman" w:hAnsi="Times New Roman" w:eastAsia="Times New Roman" w:cs="Times New Roman"/>
          <w:sz w:val="24"/>
        </w:rPr>
        <w:t>[YEAR]</w:t>
      </w:r>
      <w:r>
        <w:rPr>
          <w:rFonts w:ascii="Times New Roman" w:hAnsi="Times New Roman" w:eastAsia="Times New Roman" w:cs="Times New Roman"/>
          <w:sz w:val="24"/>
        </w:rPr>
        <w:t xml:space="preserve"> that you will cease violating our Agreement a lawsuit will be commenced immediately.</w:t>
      </w:r>
    </w:p>
    <w:p>
      <w:pPr>
        <w:spacing w:before="0" w:after="0"/>
      </w:pPr>
    </w:p>
    <w:p>
      <w:pPr>
        <w:spacing w:before="0" w:after="0"/>
      </w:pPr>
    </w:p>
    <w:p>
      <w:pPr>
        <w:spacing w:before="0" w:after="0"/>
      </w:pPr>
      <w:r>
        <w:rPr>
          <w:rFonts w:ascii="Times New Roman" w:hAnsi="Times New Roman" w:eastAsia="Times New Roman" w:cs="Times New Roman"/>
          <w:sz w:val="24"/>
        </w:rPr>
        <w:t>Sincerely,</w:t>
      </w:r>
    </w:p>
    <w:p>
      <w:pPr>
        <w:spacing w:before="0" w:after="0"/>
      </w:pPr>
    </w:p>
    <w:p>
      <w:pPr>
        <w:spacing w:before="0" w:after="0"/>
      </w:pPr>
    </w:p>
    <w:p>
      <w:pPr/>
      <w:r>
        <w:rPr>
          <w:rFonts w:ascii="Times New Roman" w:hAnsi="Times New Roman" w:eastAsia="Times New Roman" w:cs="Times New Roman"/>
          <w:sz w:val="24"/>
        </w:rPr>
        <w:t>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