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General Contractor’s Certificate</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THIS GENERAL CONTRACTOR’S CERTIFICATE</w:t>
      </w:r>
      <w:r>
        <w:rPr>
          <w:rFonts w:ascii="Times New Roman" w:hAnsi="Times New Roman" w:eastAsia="Times New Roman" w:cs="Times New Roman"/>
          <w:b w:val="0"/>
          <w:sz w:val="24"/>
        </w:rPr>
        <w:t xml:space="preserve"> (hereinafter, this "</w:t>
      </w:r>
      <w:r>
        <w:rPr>
          <w:rFonts w:ascii="Times New Roman" w:hAnsi="Times New Roman" w:eastAsia="Times New Roman" w:cs="Times New Roman"/>
          <w:b/>
          <w:sz w:val="24"/>
        </w:rPr>
        <w:t>Certificate</w:t>
      </w:r>
      <w:r>
        <w:rPr>
          <w:rFonts w:ascii="Times New Roman" w:hAnsi="Times New Roman" w:eastAsia="Times New Roman" w:cs="Times New Roman"/>
          <w:b w:val="0"/>
          <w:sz w:val="24"/>
        </w:rPr>
        <w:t xml:space="preserve">") is dated as of [ date], by [ name of general contractor],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 jurisdiction of organization of general contractor] ("</w:t>
      </w:r>
      <w:r>
        <w:rPr>
          <w:rFonts w:ascii="Times New Roman" w:hAnsi="Times New Roman" w:eastAsia="Times New Roman" w:cs="Times New Roman"/>
          <w:b/>
          <w:sz w:val="24"/>
        </w:rPr>
        <w:t>Contractor</w:t>
      </w:r>
      <w:r>
        <w:rPr>
          <w:rFonts w:ascii="Times New Roman" w:hAnsi="Times New Roman" w:eastAsia="Times New Roman" w:cs="Times New Roman"/>
          <w:b w:val="0"/>
          <w:sz w:val="24"/>
        </w:rPr>
        <w:t xml:space="preserve">"), to and for the benefit of [name of lender],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 jurisdiction of lender's organization] (together with its successors and assigns, "</w:t>
      </w:r>
      <w:r>
        <w:rPr>
          <w:rFonts w:ascii="Times New Roman" w:hAnsi="Times New Roman" w:eastAsia="Times New Roman" w:cs="Times New Roman"/>
          <w:b/>
          <w:sz w:val="24"/>
        </w:rPr>
        <w:t>Lender</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Lender has agreed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(the "</w:t>
      </w:r>
      <w:r>
        <w:rPr>
          <w:rFonts w:ascii="Times New Roman" w:hAnsi="Times New Roman" w:eastAsia="Times New Roman" w:cs="Times New Roman"/>
          <w:b/>
          <w:sz w:val="24"/>
        </w:rPr>
        <w:t>Loan</w:t>
      </w:r>
      <w:r>
        <w:rPr>
          <w:rFonts w:ascii="Times New Roman" w:hAnsi="Times New Roman" w:eastAsia="Times New Roman" w:cs="Times New Roman"/>
          <w:b w:val="0"/>
          <w:sz w:val="24"/>
        </w:rPr>
        <w:t xml:space="preserve">") in the aggregate stated principal amount of $[ amount of loan] to [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 jurisdiction of borrower's organization] ("</w:t>
      </w:r>
      <w:r>
        <w:rPr>
          <w:rFonts w:ascii="Times New Roman" w:hAnsi="Times New Roman" w:eastAsia="Times New Roman" w:cs="Times New Roman"/>
          <w:b/>
          <w:sz w:val="24"/>
        </w:rPr>
        <w:t>Borrower</w:t>
      </w:r>
      <w:r>
        <w:rPr>
          <w:rFonts w:ascii="Times New Roman" w:hAnsi="Times New Roman" w:eastAsia="Times New Roman" w:cs="Times New Roman"/>
          <w:b w:val="0"/>
          <w:sz w:val="24"/>
        </w:rPr>
        <w:t>"), pursuant to the terms and conditions of that certain Building Loan Agreement dated [ date of loan agreement] (as amended or otherwise modified,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 by and between Lender and Borrower;</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Borrower owns [fee simple title] to the real property (the "</w:t>
      </w:r>
      <w:r>
        <w:rPr>
          <w:rFonts w:ascii="Times New Roman" w:hAnsi="Times New Roman" w:eastAsia="Times New Roman" w:cs="Times New Roman"/>
          <w:b/>
          <w:sz w:val="24"/>
        </w:rPr>
        <w:t>Property</w:t>
      </w:r>
      <w:r>
        <w:rPr>
          <w:rFonts w:ascii="Times New Roman" w:hAnsi="Times New Roman" w:eastAsia="Times New Roman" w:cs="Times New Roman"/>
          <w:b w:val="0"/>
          <w:sz w:val="24"/>
        </w:rPr>
        <w:t xml:space="preserve">") located in [ location of the property], and further and more particularly described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Borrower, as owner, has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agreement (the "</w:t>
      </w:r>
      <w:r>
        <w:rPr>
          <w:rFonts w:ascii="Times New Roman" w:hAnsi="Times New Roman" w:eastAsia="Times New Roman" w:cs="Times New Roman"/>
          <w:b/>
          <w:sz w:val="24"/>
        </w:rPr>
        <w:t>Contract</w:t>
      </w:r>
      <w:r>
        <w:rPr>
          <w:rFonts w:ascii="Times New Roman" w:hAnsi="Times New Roman" w:eastAsia="Times New Roman" w:cs="Times New Roman"/>
          <w:b w:val="0"/>
          <w:sz w:val="24"/>
        </w:rPr>
        <w:t>") with Contractor, dated [ date of the Contract], pursuant to which Contractor has agreed to perform general contracting services in connection with the construction of certain improvements to the Property (collectively, the "</w:t>
      </w:r>
      <w:r>
        <w:rPr>
          <w:rFonts w:ascii="Times New Roman" w:hAnsi="Times New Roman" w:eastAsia="Times New Roman" w:cs="Times New Roman"/>
          <w:b/>
          <w:sz w:val="24"/>
        </w:rPr>
        <w:t>Improvements</w:t>
      </w:r>
      <w:r>
        <w:rPr>
          <w:rFonts w:ascii="Times New Roman" w:hAnsi="Times New Roman" w:eastAsia="Times New Roman" w:cs="Times New Roman"/>
          <w:b w:val="0"/>
          <w:sz w:val="24"/>
        </w:rPr>
        <w:t>") as further described in the Contract and the Loan Agreement and pursuant to the plans and specifications prepared by [ name of architect], (the "</w:t>
      </w:r>
      <w:r>
        <w:rPr>
          <w:rFonts w:ascii="Times New Roman" w:hAnsi="Times New Roman" w:eastAsia="Times New Roman" w:cs="Times New Roman"/>
          <w:b/>
          <w:sz w:val="24"/>
        </w:rPr>
        <w:t>Plans and Specifications</w:t>
      </w:r>
      <w:r>
        <w:rPr>
          <w:rFonts w:ascii="Times New Roman" w:hAnsi="Times New Roman" w:eastAsia="Times New Roman" w:cs="Times New Roman"/>
          <w:b w:val="0"/>
          <w:sz w:val="24"/>
        </w:rPr>
        <w:t>"). Construction of the improvements on the Property is hereinafter referred to as the "</w:t>
      </w:r>
      <w:r>
        <w:rPr>
          <w:rFonts w:ascii="Times New Roman" w:hAnsi="Times New Roman" w:eastAsia="Times New Roman" w:cs="Times New Roman"/>
          <w:b/>
          <w:sz w:val="24"/>
        </w:rPr>
        <w:t>Project</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Borrower, has collaterally assigned the Contract to Lender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Collateral Assignment of Development Agreement dated [ date of the Collateral Assignment] and Contractor has consented to this assignment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of General Contractor dated [ date of the Consent];</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Contractor will benefit if the Loan is made to Borrower,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proceeds of the Loan will be used to pay Project costs, including but not limited to amounts due and payable to Contractor under the Contract.</w:t>
      </w:r>
    </w:p>
    <w:p>
      <w:pPr>
        <w:keepNext w:val="0"/>
        <w:spacing w:before="200" w:after="0" w:line="260" w:lineRule="exact"/>
        <w:ind w:left="36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foregoing and other good and valuable consideration, the receipt and sufficiency of which are hereby acknowledged, Contractor hereby represents and warrants to Lender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Contractor has reviewed the Plans and Specifications and agrees to construct the Project as set forth in the final Plans and Specifications.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Contractor has no knowledge of any reason or condition that would prevent or delay the issuance of permits, licenses, certificates and approvals required for the construction of the Project, including, without limitation, building permits, curb-cut permits, permits relating to the use of utilities, and permits required under the Federal Clean Air Act, as amended, the Federal Water Pollution Control Act, as amended, and by state laws and regulations consistent with the requirements of said Acts, have been validly issued by the appropriate authorities and are now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Contractor represents and warrants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as of the date hereof, no party is in default under the Contract and there are no circumstances that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thereunder upon the passage of time, the giving of notice, or both, (b) as of the date hereof, Contractor has no counterclaim, right of set-off or other defense to performance by Contractor under the Contract, and (c) Borrower has satisfied all conditions precedent, if any, to commencement of performance by Contractor under the Contract.</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Contractor’s knowledge, as of the date hereof, no mechanic’s or other liens in favor of Contractor, any of its subcontractors, or any other contractor hired by Borrower to perform work and/or supply labor and/or materials at the Project have been filed against the Project.</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Contractor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formed and validly existing [ entity type] in good standing under the laws of the State of [ state] and has full power and authority to execute and deliver this Certificate.</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Contractor is duly licensed to conduct its business in the County of [ county], in the State of [ state] and has full authority under all applicable laws and regulations to perform all of its obligations under the Contract and will maintain said license in full force and effect throughout the term of the Contract.</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Certificate and all rights and obligations hereunder, including matters of construction, validity and performance, shall be governed by the laws of the State of [ state of applicable law]. This Certificate shall be binding upon and inure to the benefit of Lender, Lender Related Entities (as hereinafter defined), Contractor and their respective successors and permitted assigns. As used herein, "</w:t>
      </w:r>
      <w:r>
        <w:rPr>
          <w:rFonts w:ascii="Times New Roman" w:hAnsi="Times New Roman" w:eastAsia="Times New Roman" w:cs="Times New Roman"/>
          <w:b/>
          <w:sz w:val="24"/>
        </w:rPr>
        <w:t>Lender Related Entities</w:t>
      </w:r>
      <w:r>
        <w:rPr>
          <w:rFonts w:ascii="Times New Roman" w:hAnsi="Times New Roman" w:eastAsia="Times New Roman" w:cs="Times New Roman"/>
          <w:b w:val="0"/>
          <w:sz w:val="24"/>
        </w:rPr>
        <w:t xml:space="preserve">" shall mean any receiver in possession of the Property, any purchaser upon foreclosure of Lender's security or grantee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in lieu conveyance, or any nominee formed by or on Lender's behalf to own, operate or otherwise deal with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to this Certificate by electronic transmission shall constitute effective delivery thereof.</w:t>
      </w:r>
    </w:p>
    <w:p>
      <w:pPr>
        <w:keepNext w:val="0"/>
        <w:spacing w:before="200" w:after="0" w:line="260" w:lineRule="exact"/>
        <w:ind w:left="360" w:right="0" w:firstLine="0"/>
        <w:jc w:val="both"/>
      </w:pPr>
      <w:r>
        <w:rPr>
          <w:rFonts w:ascii="Times New Roman" w:hAnsi="Times New Roman" w:eastAsia="Times New Roman" w:cs="Times New Roman"/>
          <w:b w:val="0"/>
          <w:sz w:val="24"/>
        </w:rPr>
        <w:t>[Rest of page left intentionally blank; Signature page follows]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this Certificate has been executed and delivered as of the date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 name of Contractor]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 title of signatory]</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sz w:val="24"/>
        </w:rPr>
        <w:t>LEGAL DESCRIPTION OF PROPERTY</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720" w:right="0" w:firstLine="0"/>
        <w:jc w:val="both"/>
      </w:pPr>
      <w:r>
        <w:rPr>
          <w:rFonts w:ascii="Times New Roman" w:hAnsi="Times New Roman" w:eastAsia="Times New Roman" w:cs="Times New Roman"/>
          <w:b/>
          <w:sz w:val="24"/>
        </w:rPr>
        <w:t>COPY OF CONTRACT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