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GENERAL RELEASE OF LIABILITY</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This General Release of Liability (“Release”) made on the undersigned date below is by and between:</w:t>
      </w:r>
    </w:p>
    <w:p>
      <w:pPr/>
    </w:p>
    <w:p>
      <w:pPr/>
      <w:r>
        <w:rPr>
          <w:rFonts w:ascii="Times New Roman" w:hAnsi="Times New Roman" w:eastAsia="Times New Roman" w:cs="Times New Roman"/>
          <w:sz w:val="24"/>
        </w:rPr>
        <w:t>Releasor</w:t>
      </w:r>
      <w:r>
        <w:rPr>
          <w:rFonts w:ascii="Times New Roman" w:hAnsi="Times New Roman" w:eastAsia="Times New Roman" w:cs="Times New Roman"/>
          <w:sz w:val="24"/>
        </w:rPr>
        <w:t xml:space="preserve">: </w:t>
      </w:r>
      <w:r>
        <w:rPr>
          <w:rFonts w:ascii="Times New Roman" w:hAnsi="Times New Roman" w:eastAsia="Times New Roman" w:cs="Times New Roman"/>
          <w:sz w:val="24"/>
        </w:rPr>
        <w:t>[RELEASOR'S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[RELEASOR'S ADDRESS]</w:t>
      </w:r>
      <w:r>
        <w:rPr>
          <w:rFonts w:ascii="Times New Roman" w:hAnsi="Times New Roman" w:eastAsia="Times New Roman" w:cs="Times New Roman"/>
          <w:sz w:val="24"/>
        </w:rPr>
        <w:t xml:space="preserve"> (“Releasor”) hereby releases:</w:t>
      </w:r>
    </w:p>
    <w:p>
      <w:pPr/>
    </w:p>
    <w:p>
      <w:pPr/>
      <w:r>
        <w:rPr>
          <w:rFonts w:ascii="Times New Roman" w:hAnsi="Times New Roman" w:eastAsia="Times New Roman" w:cs="Times New Roman"/>
          <w:sz w:val="24"/>
        </w:rPr>
        <w:t>Releasee</w:t>
      </w:r>
      <w:r>
        <w:rPr>
          <w:rFonts w:ascii="Times New Roman" w:hAnsi="Times New Roman" w:eastAsia="Times New Roman" w:cs="Times New Roman"/>
          <w:sz w:val="24"/>
        </w:rPr>
        <w:t xml:space="preserve">: </w:t>
      </w:r>
      <w:r>
        <w:rPr>
          <w:rFonts w:ascii="Times New Roman" w:hAnsi="Times New Roman" w:eastAsia="Times New Roman" w:cs="Times New Roman"/>
          <w:sz w:val="24"/>
        </w:rPr>
        <w:t>[RELEASEE'S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[RELEASEE'S ADDRESS]</w:t>
      </w:r>
      <w:r>
        <w:rPr>
          <w:rFonts w:ascii="Times New Roman" w:hAnsi="Times New Roman" w:eastAsia="Times New Roman" w:cs="Times New Roman"/>
          <w:sz w:val="24"/>
        </w:rPr>
        <w:t xml:space="preserve"> (“Releasee”).</w:t>
      </w:r>
    </w:p>
    <w:p>
      <w:pPr/>
    </w:p>
    <w:p>
      <w:pPr/>
      <w:r>
        <w:rPr>
          <w:rFonts w:ascii="Times New Roman" w:hAnsi="Times New Roman" w:eastAsia="Times New Roman" w:cs="Times New Roman"/>
          <w:b/>
          <w:sz w:val="24"/>
        </w:rPr>
        <w:t>THE LIABILITY</w:t>
      </w:r>
      <w:r>
        <w:rPr>
          <w:rFonts w:ascii="Times New Roman" w:hAnsi="Times New Roman" w:eastAsia="Times New Roman" w:cs="Times New Roman"/>
          <w:sz w:val="24"/>
        </w:rPr>
        <w:t xml:space="preserve">. Under the terms of this Release and sufficiency of which is hereby acknowledged, the Releasor hereby releases and forever discharges the Releasee of: </w:t>
      </w:r>
    </w:p>
    <w:p>
      <w:pPr/>
    </w:p>
    <w:p>
      <w:pPr/>
      <w:r>
        <w:rPr>
          <w:rFonts w:ascii="Times New Roman" w:hAnsi="Times New Roman" w:eastAsia="Times New Roman" w:cs="Times New Roman"/>
          <w:sz w:val="24"/>
        </w:rPr>
        <w:t>[DESCRIBE THE LIABILITY EVENT]</w:t>
      </w:r>
    </w:p>
    <w:p>
      <w:pPr/>
    </w:p>
    <w:p>
      <w:pPr/>
      <w:r>
        <w:rPr>
          <w:rFonts w:ascii="Times New Roman" w:hAnsi="Times New Roman" w:eastAsia="Times New Roman" w:cs="Times New Roman"/>
          <w:b/>
          <w:sz w:val="24"/>
        </w:rPr>
        <w:t>PAYMENT</w:t>
      </w:r>
      <w:r>
        <w:rPr>
          <w:rFonts w:ascii="Times New Roman" w:hAnsi="Times New Roman" w:eastAsia="Times New Roman" w:cs="Times New Roman"/>
          <w:sz w:val="24"/>
        </w:rPr>
        <w:t>. As part of this Release, the Parties agrees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payment</w:t>
      </w:r>
      <w:r>
        <w:rPr>
          <w:rFonts w:ascii="Times New Roman" w:hAnsi="Times New Roman" w:eastAsia="Times New Roman" w:cs="Times New Roman"/>
          <w:sz w:val="24"/>
        </w:rPr>
        <w:t xml:space="preserve">. </w:t>
      </w:r>
      <w:r>
        <w:rPr>
          <w:rFonts w:ascii="Times New Roman" w:hAnsi="Times New Roman" w:eastAsia="Times New Roman" w:cs="Times New Roman"/>
          <w:sz w:val="24"/>
        </w:rPr>
        <w:t>No payment by the Releasee to the Releasor.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due by the Releasee.</w:t>
      </w:r>
    </w:p>
    <w:p>
      <w:pPr/>
    </w:p>
    <w:p>
      <w:pPr/>
      <w:r>
        <w:rPr>
          <w:rFonts w:ascii="Times New Roman" w:hAnsi="Times New Roman" w:eastAsia="Times New Roman" w:cs="Times New Roman"/>
          <w:b/>
          <w:sz w:val="24"/>
        </w:rPr>
        <w:t>RELEASE</w:t>
      </w:r>
      <w:r>
        <w:rPr>
          <w:rFonts w:ascii="Times New Roman" w:hAnsi="Times New Roman" w:eastAsia="Times New Roman" w:cs="Times New Roman"/>
          <w:sz w:val="24"/>
        </w:rPr>
        <w:t>. THEREFORE under the terms of this Agreement and sufficiency of which is hereby acknowledged, do hereby release and forever discharge the Releasee including their agents, employees, successors and assigns, and their respective heirs, personal representatives, affiliates, successors and assigns, and any and all persons, firms or corporations liable or who might be claimed to be liable, whether or not herein named, none of whom admit any liability to the undersigned, but all expressly denying liability, from any and all claims, demands, damages, actions, causes of action or suits of any kind or nature whatsoever, which now have or may hereafter have, arising out of or in any way relating to any and all injuries and damages of any and every kind, to both person and property, and also any and all injuries and damages that may develop in the future, as a result of or in any way relating to the liability. It is understood and agreed that this Release is made and received in full and complete settlement and satisfaction the causes of action, claims and demands mentioned herein; that this Release contains the entire agreement between the Releasor and Releasee; and that the terms of this Release are contractual and not merely a recital. This Release shall be binding upon the undersigned, and his respective heirs, executors, administrators, personal representatives, successors and assigns.</w:t>
      </w:r>
    </w:p>
    <w:p>
      <w:pPr/>
    </w:p>
    <w:p>
      <w:pPr/>
      <w:r>
        <w:rPr>
          <w:rFonts w:ascii="Times New Roman" w:hAnsi="Times New Roman" w:eastAsia="Times New Roman" w:cs="Times New Roman"/>
          <w:b/>
          <w:sz w:val="24"/>
        </w:rPr>
        <w:t>Releasor’s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b/>
          <w:sz w:val="24"/>
        </w:rPr>
        <w:t>Releasee’s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