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r>
        <w:rPr>
          <w:rFonts w:ascii="Times New Roman" w:hAnsi="Times New Roman" w:eastAsia="Times New Roman" w:cs="Times New Roman"/>
          <w:sz w:val="24"/>
        </w:rPr>
        <w:t>Space Above This Line for Recorder’s Use</w:t>
      </w:r>
    </w:p>
    <w:p>
      <w:pPr/>
    </w:p>
    <w:p>
      <w:pPr>
        <w:jc w:val="center"/>
      </w:pPr>
      <w:r>
        <w:rPr>
          <w:rFonts w:ascii="Times New Roman" w:hAnsi="Times New Roman" w:eastAsia="Times New Roman" w:cs="Times New Roman"/>
          <w:b/>
          <w:sz w:val="24"/>
        </w:rPr>
        <w:t>QUIT CLAIM DEED</w:t>
      </w:r>
    </w:p>
    <w:p>
      <w:pPr/>
    </w:p>
    <w:p>
      <w:pPr/>
      <w:r>
        <w:rPr>
          <w:rFonts w:ascii="Times New Roman" w:hAnsi="Times New Roman" w:eastAsia="Times New Roman" w:cs="Times New Roman"/>
          <w:sz w:val="24"/>
        </w:rPr>
        <w:t>STATE OF ___________________</w:t>
      </w:r>
    </w:p>
    <w:p>
      <w:pPr/>
    </w:p>
    <w:p>
      <w:pPr/>
      <w:r>
        <w:rPr>
          <w:rFonts w:ascii="Times New Roman" w:hAnsi="Times New Roman" w:eastAsia="Times New Roman" w:cs="Times New Roman"/>
          <w:sz w:val="24"/>
        </w:rPr>
        <w:t>____________________ COUNTY</w:t>
      </w:r>
    </w:p>
    <w:p>
      <w:pPr/>
    </w:p>
    <w:p>
      <w:pPr/>
    </w:p>
    <w:p>
      <w:pPr>
        <w:spacing w:line="276" w:lineRule="auto"/>
      </w:pPr>
      <w:r>
        <w:rPr>
          <w:rFonts w:ascii="Times New Roman" w:hAnsi="Times New Roman" w:eastAsia="Times New Roman" w:cs="Times New Roman"/>
          <w:sz w:val="24"/>
        </w:rPr>
        <w:t>KNOW ALL MEN BY THESE PRESENTS, That for and in consideration of the sum of</w:t>
      </w:r>
    </w:p>
    <w:p>
      <w:pPr>
        <w:spacing w:line="276" w:lineRule="auto"/>
      </w:pPr>
      <w:r>
        <w:rPr>
          <w:rFonts w:ascii="Times New Roman" w:hAnsi="Times New Roman" w:eastAsia="Times New Roman" w:cs="Times New Roman"/>
          <w:sz w:val="24"/>
        </w:rPr>
        <w:t>___________________________ ($__________________) in hand paid to _____________________, a _________________, residing at ___________________, County of ___________, City of _______________, State of _______________ (hereinafter known as the “Grantor(s)”) hereby remise, release and forever quitclaim to _____________________, a _________________, residing at ___________________, County of ___________, City of _______________, State of _______________ (hereinafter known as the “Grantee(s)”) all the rights, title, interest, and claim in or to the following described real estate, situated in _____________________ County, _______________, to-wit:</w:t>
      </w:r>
    </w:p>
    <w:p>
      <w:pPr>
        <w:spacing w:line="276"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jc w:val="center"/>
      </w:pPr>
      <w:r>
        <w:rPr>
          <w:rFonts w:ascii="Times New Roman" w:hAnsi="Times New Roman" w:eastAsia="Times New Roman" w:cs="Times New Roman"/>
          <w:b/>
          <w:sz w:val="24"/>
        </w:rPr>
        <w:t>[INSERT LEGAL DESCRIPTION HERE OR ATTACH AND INSERT]</w:t>
      </w:r>
    </w:p>
    <w:p>
      <w:pPr>
        <w:spacing w:line="360" w:lineRule="auto"/>
      </w:pPr>
    </w:p>
    <w:p>
      <w:pPr/>
      <w:r>
        <w:rPr>
          <w:rFonts w:ascii="Times New Roman" w:hAnsi="Times New Roman" w:eastAsia="Times New Roman" w:cs="Times New Roman"/>
          <w:b/>
          <w:sz w:val="24"/>
        </w:rPr>
        <w:t>To have and to hold</w:t>
      </w:r>
      <w:r>
        <w:rPr>
          <w:rFonts w:ascii="Times New Roman" w:hAnsi="Times New Roman" w:eastAsia="Times New Roman" w:cs="Times New Roman"/>
          <w:sz w:val="24"/>
        </w:rPr>
        <w:t>, the same together with all and singular the appurtenances thereunto belonging or in anywise appertaining, and all the estate, right, title, interest, lien, equity and claim whatsoever for the said first party, either in law or equity, to the only proper use, benefit and behoof of the said second party forever.</w:t>
      </w:r>
    </w:p>
    <w:p>
      <w:pPr/>
    </w:p>
    <w:p>
      <w:pPr/>
    </w:p>
    <w:p>
      <w:pPr/>
    </w:p>
    <w:p>
      <w:pPr/>
    </w:p>
    <w:p>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spacing w:line="360" w:lineRule="auto"/>
      </w:pPr>
      <w:r>
        <w:rPr>
          <w:rFonts w:ascii="Times New Roman" w:hAnsi="Times New Roman" w:eastAsia="Times New Roman" w:cs="Times New Roman"/>
          <w:b/>
          <w:sz w:val="24"/>
        </w:rPr>
        <w:t>In Witness Whereof,</w:t>
      </w:r>
    </w:p>
    <w:p>
      <w:pPr>
        <w:spacing w:line="360" w:lineRule="auto"/>
      </w:pPr>
    </w:p>
    <w:p>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w:t>
      </w:r>
    </w:p>
    <w:p>
      <w:pPr>
        <w:spacing w:line="360" w:lineRule="auto"/>
      </w:pPr>
      <w:r>
        <w:rPr>
          <w:rFonts w:ascii="Times New Roman" w:hAnsi="Times New Roman" w:eastAsia="Times New Roman" w:cs="Times New Roman"/>
          <w:sz w:val="24"/>
        </w:rPr>
        <w:t>Witness’s Signature                                             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ind w:firstLine="720"/>
      </w:pPr>
    </w:p>
    <w:p>
      <w:pPr/>
      <w:r>
        <w:rPr>
          <w:rFonts w:ascii="Times New Roman" w:hAnsi="Times New Roman" w:eastAsia="Times New Roman" w:cs="Times New Roman"/>
          <w:sz w:val="24"/>
        </w:rPr>
        <w:t>STATE OF ___________________)</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