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General Warranty Deed </w:t>
      </w:r>
    </w:p>
    <w:p>
      <w:pPr>
        <w:keepNext w:val="0"/>
        <w:spacing w:after="0" w:line="240" w:lineRule="exact"/>
        <w:ind w:right="0"/>
        <w:jc w:val="both"/>
      </w:pPr>
    </w:p>
    <w:p>
      <w:pPr>
        <w:spacing w:line="100" w:lineRule="exact"/>
      </w:pPr>
    </w:p>
    <w:p>
      <w:pPr>
        <w:keepNext w:val="0"/>
        <w:spacing w:before="120" w:after="0" w:line="260" w:lineRule="exact"/>
        <w:ind w:left="360" w:right="0" w:firstLine="0"/>
        <w:jc w:val="left"/>
      </w:pPr>
      <w:r>
        <w:rPr>
          <w:rFonts w:ascii="Times New Roman" w:hAnsi="Times New Roman" w:eastAsia="Times New Roman" w:cs="Times New Roman"/>
          <w:b/>
          <w:sz w:val="24"/>
        </w:rPr>
        <w:t>GENERAL WARRANTY DEED</w:t>
      </w:r>
    </w:p>
    <w:p>
      <w:pPr>
        <w:keepNext w:val="0"/>
        <w:spacing w:before="200" w:after="0" w:line="260" w:lineRule="exact"/>
        <w:ind w:left="720" w:right="0" w:firstLine="0"/>
        <w:jc w:val="both"/>
      </w:pPr>
      <w:r>
        <w:rPr>
          <w:rFonts w:ascii="Times New Roman" w:hAnsi="Times New Roman" w:eastAsia="Times New Roman" w:cs="Times New Roman"/>
          <w:b w:val="0"/>
          <w:sz w:val="24"/>
        </w:rPr>
        <w:t>STATE OF NEVADA</w:t>
      </w:r>
    </w:p>
    <w:p>
      <w:pPr>
        <w:keepNext w:val="0"/>
        <w:spacing w:before="200" w:after="0" w:line="260" w:lineRule="exact"/>
        <w:ind w:left="720" w:right="0" w:firstLine="0"/>
        <w:jc w:val="both"/>
      </w:pPr>
      <w:r>
        <w:rPr>
          <w:rFonts w:ascii="Times New Roman" w:hAnsi="Times New Roman" w:eastAsia="Times New Roman" w:cs="Times New Roman"/>
          <w:b w:val="0"/>
          <w:sz w:val="24"/>
        </w:rPr>
        <w:t>[COUNTY] COUNTY</w:t>
      </w:r>
    </w:p>
    <w:p>
      <w:pPr>
        <w:keepNext w:val="0"/>
        <w:spacing w:before="200" w:after="0" w:line="260" w:lineRule="exact"/>
        <w:ind w:left="720" w:right="0" w:firstLine="0"/>
        <w:jc w:val="both"/>
      </w:pPr>
      <w:r>
        <w:rPr>
          <w:rFonts w:ascii="Times New Roman" w:hAnsi="Times New Roman" w:eastAsia="Times New Roman" w:cs="Times New Roman"/>
          <w:b w:val="0"/>
          <w:sz w:val="24"/>
        </w:rPr>
        <w:t>KNOW ALL MEN BY THESE PRESENTS, That for and in consideration of the sum of [amount of consideration in words] ($[amount of consideration in words]) in hand paid, [seller],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[organized under the laws of the State of [state of formation or incorporation]], whose address is: [address] (“Grantor(s)”), hereby convey(s) and warrant(s) the title against all persons whomsoever to [buyer],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[organized under the laws of the State of [state of formation or incorporation]], whose address is: [address], (“Grantee(s)”), all rights, title, interest, and claim in or to the following described real estate, situate in [county] County, Nevada to wit:</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[[legal description] / See attached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 complete legal description]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TOGETHER WITH all the rights, members, and appurtenances to the above described real estate in anywise appertaining or belonging thereto. </w:t>
      </w:r>
    </w:p>
    <w:p>
      <w:pPr>
        <w:keepNext w:val="0"/>
        <w:spacing w:before="200" w:after="0" w:line="260" w:lineRule="exact"/>
        <w:ind w:left="720" w:right="0" w:firstLine="0"/>
        <w:jc w:val="both"/>
      </w:pPr>
      <w:r>
        <w:rPr>
          <w:rFonts w:ascii="Times New Roman" w:hAnsi="Times New Roman" w:eastAsia="Times New Roman" w:cs="Times New Roman"/>
          <w:b w:val="0"/>
          <w:sz w:val="24"/>
        </w:rPr>
        <w:t>TO HAVE AND TO HOLD, the tract or parcel of land above described together with all and singular the rights, privileges, tenements, appurtenances, and improvements unto the said Grantees, their heirs and assigns forever (collectively, the “Property”).</w:t>
      </w:r>
    </w:p>
    <w:p>
      <w:pPr>
        <w:keepNext w:val="0"/>
        <w:spacing w:before="200" w:after="0" w:line="260" w:lineRule="exact"/>
        <w:ind w:left="720" w:right="0" w:firstLine="0"/>
        <w:jc w:val="both"/>
      </w:pPr>
      <w:r>
        <w:rPr>
          <w:rFonts w:ascii="Times New Roman" w:hAnsi="Times New Roman" w:eastAsia="Times New Roman" w:cs="Times New Roman"/>
          <w:b w:val="0"/>
          <w:sz w:val="24"/>
        </w:rPr>
        <w:t>All said Grantors, for said Grantors, their heirs, successors, executors, and administrators, covenants with Grantees, and with their heirs and assigns, that Grantors are lawfully seized in fee simple of the said Property; that said Property is free and clear from all liens and encumbrances, except as hereinabove set forth, and except for taxes due for the current and subsequent years, and except for any restrictions pertaining to the Property of record in the Probate Office of said County; and that Grantors will, and their heirs, executors, and administrators shall, warrant and defend the same to said Grantees, and their heirs and assigns, forever against the lawful claims of all persons.</w:t>
      </w: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Grantor has executed and delivered this General Warranty Deed under seal as of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[seller’]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 [SEAL]</w:t>
      </w:r>
    </w:p>
    <w:p>
      <w:pPr>
        <w:keepNext w:val="0"/>
        <w:spacing w:before="120" w:after="0" w:line="260" w:lineRule="exact"/>
        <w:ind w:left="360" w:right="0" w:firstLine="0"/>
        <w:jc w:val="left"/>
      </w:pPr>
      <w:r>
        <w:rPr>
          <w:rFonts w:ascii="Times New Roman" w:hAnsi="Times New Roman" w:eastAsia="Times New Roman" w:cs="Times New Roman"/>
          <w:b w:val="0"/>
          <w:sz w:val="24"/>
        </w:rPr>
        <w:t>[signatory]</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By its: [signatory’s title] </w:t>
      </w:r>
    </w:p>
    <w:p>
      <w:pPr>
        <w:keepNext w:val="0"/>
        <w:spacing w:before="200" w:after="0" w:line="260" w:lineRule="exact"/>
        <w:ind w:left="720" w:right="0" w:firstLine="0"/>
        <w:jc w:val="both"/>
      </w:pPr>
      <w:r>
        <w:rPr>
          <w:rFonts w:ascii="Times New Roman" w:hAnsi="Times New Roman" w:eastAsia="Times New Roman" w:cs="Times New Roman"/>
          <w:b w:val="0"/>
          <w:sz w:val="24"/>
        </w:rPr>
        <w:t>STATE OF NEVADA</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This instrument was acknowledged before me on [date] by [party signing] as [office of person signing (e.g., officer, trustee, etc.)] of [seller entity].</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Printed Name: 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My Commission Expires: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w:t>
      </w:r>
    </w:p>
    <w:p>
      <w:pPr>
        <w:keepNext w:val="0"/>
        <w:spacing w:before="200" w:after="0" w:line="260" w:lineRule="exact"/>
        <w:ind w:left="360" w:right="0" w:firstLine="0"/>
        <w:jc w:val="center"/>
      </w:pPr>
      <w:r>
        <w:rPr>
          <w:rFonts w:ascii="Times New Roman" w:hAnsi="Times New Roman" w:eastAsia="Times New Roman" w:cs="Times New Roman"/>
          <w:b w:val="0"/>
          <w:sz w:val="24"/>
        </w:rPr>
        <w:t xml:space="preserve">[ADD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 LEGAL DESCRIPTION OF PROPERTY]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