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GEORGIA NOTICE TO QUIT (NON-COMPLIANCE)</w:t>
      </w:r>
    </w:p>
    <w:p>
      <w:pPr/>
    </w:p>
    <w:p>
      <w:pPr/>
    </w:p>
    <w:p>
      <w:pPr/>
      <w:r>
        <w:rPr>
          <w:rFonts w:ascii="Times New Roman" w:hAnsi="Times New Roman" w:eastAsia="Times New Roman" w:cs="Times New Roman"/>
          <w:sz w:val="24"/>
        </w:rPr>
        <w:t>Date: __________________, 20____</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____________________________________, and all occupants, residents, subtenants, and all those in possession or occupying the Premises.</w:t>
      </w:r>
    </w:p>
    <w:p>
      <w:pPr/>
    </w:p>
    <w:p>
      <w:pPr/>
      <w:r>
        <w:rPr>
          <w:rFonts w:ascii="Times New Roman" w:hAnsi="Times New Roman" w:eastAsia="Times New Roman" w:cs="Times New Roman"/>
          <w:b/>
          <w:sz w:val="24"/>
        </w:rPr>
        <w:t>PROPERTY LOCATION</w:t>
      </w:r>
      <w:r>
        <w:rPr>
          <w:rFonts w:ascii="Times New Roman" w:hAnsi="Times New Roman" w:eastAsia="Times New Roman" w:cs="Times New Roman"/>
          <w:sz w:val="24"/>
        </w:rPr>
        <w:t>: ____________________________________ (“Premises”).</w:t>
      </w:r>
    </w:p>
    <w:p>
      <w:pPr/>
    </w:p>
    <w:p>
      <w:pPr/>
      <w:r>
        <w:rPr>
          <w:rFonts w:ascii="Times New Roman" w:hAnsi="Times New Roman" w:eastAsia="Times New Roman" w:cs="Times New Roman"/>
          <w:sz w:val="24"/>
        </w:rPr>
        <w:t>In accordance with the lease signed on ____________________, 20____, and with local and State laws, the landlord hereby gives official notice to quit for the following violation:</w:t>
      </w:r>
    </w:p>
    <w:p>
      <w:pPr/>
    </w:p>
    <w:p>
      <w:pPr/>
      <w:r>
        <w:rPr>
          <w:rFonts w:ascii="Times New Roman" w:hAnsi="Times New Roman" w:eastAsia="Times New Roman" w:cs="Times New Roman"/>
          <w:b/>
          <w:sz w:val="24"/>
        </w:rPr>
        <w:t>NON-COMPLIANCE</w:t>
      </w:r>
      <w:r>
        <w:rPr>
          <w:rFonts w:ascii="Times New Roman" w:hAnsi="Times New Roman" w:eastAsia="Times New Roman" w:cs="Times New Roman"/>
          <w:sz w:val="24"/>
        </w:rPr>
        <w:t xml:space="preserve">. Within ____ days, you shall remedy the following lease violation: ________________________________________________________________________ </w:t>
      </w:r>
    </w:p>
    <w:p>
      <w:pPr/>
      <w:r>
        <w:rPr>
          <w:rFonts w:ascii="Times New Roman" w:hAnsi="Times New Roman" w:eastAsia="Times New Roman" w:cs="Times New Roman"/>
          <w:sz w:val="24"/>
        </w:rPr>
        <w:t>________________________________________________________________________________________________________________________________________________</w:t>
      </w:r>
    </w:p>
    <w:p>
      <w:pPr/>
    </w:p>
    <w:p>
      <w:pPr/>
      <w:r>
        <w:rPr>
          <w:rFonts w:ascii="Times New Roman" w:hAnsi="Times New Roman" w:eastAsia="Times New Roman" w:cs="Times New Roman"/>
          <w:sz w:val="24"/>
        </w:rPr>
        <w:t>This is in non-compliance with your lease agreement. You shall notify the landlord by the end of the notice period that the violation has been cured or quit and deliver the possession of the Premises.</w:t>
      </w:r>
    </w:p>
    <w:p>
      <w:pPr/>
    </w:p>
    <w:p>
      <w:pPr/>
      <w:r>
        <w:rPr>
          <w:rFonts w:ascii="Times New Roman" w:hAnsi="Times New Roman" w:eastAsia="Times New Roman" w:cs="Times New Roman"/>
          <w:b/>
          <w:sz w:val="24"/>
        </w:rPr>
        <w:t>YOU ARE FURTHER NOTIFIED THAT</w:t>
      </w:r>
      <w:r>
        <w:rPr>
          <w:rFonts w:ascii="Times New Roman" w:hAnsi="Times New Roman" w:eastAsia="Times New Roman" w:cs="Times New Roman"/>
          <w:sz w:val="24"/>
        </w:rPr>
        <w:t>, the owner</w:t>
      </w:r>
      <w:r>
        <w:rPr>
          <w:rFonts w:ascii="Times New Roman" w:hAnsi="Times New Roman" w:eastAsia="Times New Roman" w:cs="Times New Roman"/>
          <w:sz w:val="24"/>
        </w:rPr>
        <w:t xml:space="preserve">/landlord does hereby elect to declare that forfeiture of your lease or rental agreement under which you hold possession of the above-described Premises if you fail to perform or otherwise comply, will institute legal proceedings to recover rent and possession of said Premises which would result in a judgment against you including costs and necessary disbursements together with possible statutory damages as allowed by law for such unlawful detention. </w:t>
      </w:r>
    </w:p>
    <w:p>
      <w:pPr/>
    </w:p>
    <w:p>
      <w:pPr/>
    </w:p>
    <w:p>
      <w:pPr/>
      <w:r>
        <w:rPr>
          <w:rFonts w:ascii="Times New Roman" w:hAnsi="Times New Roman" w:eastAsia="Times New Roman" w:cs="Times New Roman"/>
          <w:b/>
          <w:sz w:val="24"/>
        </w:rPr>
        <w:t>Landlord/Agent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p>
    <w:p>
      <w:pPr/>
    </w:p>
    <w:p>
      <w:pPr/>
      <w:r>
        <w:rPr>
          <w:rFonts w:ascii="Times New Roman" w:hAnsi="Times New Roman" w:eastAsia="Times New Roman" w:cs="Times New Roman"/>
          <w:sz w:val="24"/>
        </w:rPr>
        <w:t>Print Name: ___________________________</w:t>
      </w:r>
    </w:p>
    <w:p>
      <w:pPr/>
    </w:p>
    <w:p>
      <w:pPr/>
    </w:p>
    <w:p>
      <w:pPr>
        <w:spacing w:before="0" w:after="0"/>
        <w:jc w:val="center"/>
      </w:pPr>
      <w:r>
        <w:rPr>
          <w:rFonts w:ascii="Times New Roman" w:hAnsi="Times New Roman" w:eastAsia="Times New Roman" w:cs="Times New Roman"/>
          <w:b/>
          <w:sz w:val="24"/>
        </w:rPr>
        <w:t>AFFIDAVIT OF SERVICE</w:t>
      </w:r>
    </w:p>
    <w:p>
      <w:pPr/>
    </w:p>
    <w:p>
      <w:pPr/>
      <w:r>
        <w:rPr>
          <w:rFonts w:ascii="Times New Roman" w:hAnsi="Times New Roman" w:eastAsia="Times New Roman" w:cs="Times New Roman"/>
          <w:sz w:val="24"/>
        </w:rPr>
        <w:t>County of ___________________</w:t>
      </w:r>
    </w:p>
    <w:p>
      <w:pPr/>
      <w:r>
        <w:rPr>
          <w:rFonts w:ascii="Times New Roman" w:hAnsi="Times New Roman" w:eastAsia="Times New Roman" w:cs="Times New Roman"/>
          <w:sz w:val="24"/>
        </w:rPr>
        <w:t>State of _____________________</w:t>
      </w:r>
    </w:p>
    <w:p>
      <w:pPr/>
    </w:p>
    <w:p>
      <w:pPr/>
      <w:r>
        <w:rPr>
          <w:rFonts w:ascii="Times New Roman" w:hAnsi="Times New Roman" w:eastAsia="Times New Roman" w:cs="Times New Roman"/>
          <w:sz w:val="24"/>
        </w:rPr>
        <w:t>Date: ___________________</w:t>
      </w:r>
    </w:p>
    <w:p>
      <w:pPr/>
    </w:p>
    <w:p>
      <w:pPr/>
      <w:r>
        <w:rPr>
          <w:rFonts w:ascii="Times New Roman" w:hAnsi="Times New Roman" w:eastAsia="Times New Roman" w:cs="Times New Roman"/>
          <w:b/>
          <w:sz w:val="24"/>
        </w:rPr>
        <w:t>I. SERVER</w:t>
      </w:r>
      <w:r>
        <w:rPr>
          <w:rFonts w:ascii="Times New Roman" w:hAnsi="Times New Roman" w:eastAsia="Times New Roman" w:cs="Times New Roman"/>
          <w:sz w:val="24"/>
        </w:rPr>
        <w:t>. I, ___________________ (“Server”), declare under penalty of perjury that a notice for eviction was delivered and served in the following manner:</w:t>
      </w:r>
    </w:p>
    <w:p>
      <w:pPr/>
    </w:p>
    <w:p>
      <w:pPr/>
      <w:r>
        <w:rPr>
          <w:rFonts w:ascii="Times New Roman" w:hAnsi="Times New Roman" w:eastAsia="Times New Roman" w:cs="Times New Roman"/>
          <w:b/>
          <w:sz w:val="24"/>
        </w:rPr>
        <w:t>II. RECIPIENT</w:t>
      </w:r>
      <w:r>
        <w:rPr>
          <w:rFonts w:ascii="Times New Roman" w:hAnsi="Times New Roman" w:eastAsia="Times New Roman" w:cs="Times New Roman"/>
          <w:sz w:val="24"/>
        </w:rPr>
        <w:t>. The notice was delivered to:</w:t>
      </w:r>
    </w:p>
    <w:p>
      <w:pPr/>
      <w:r>
        <w:rPr>
          <w:rFonts w:ascii="Times New Roman" w:hAnsi="Times New Roman" w:eastAsia="Times New Roman" w:cs="Times New Roman"/>
          <w:sz w:val="24"/>
        </w:rPr>
        <w:t>Defendant/Respondent: ____________________________________ (“Recipient”)</w:t>
      </w:r>
    </w:p>
    <w:p>
      <w:pPr/>
      <w:r>
        <w:rPr>
          <w:rFonts w:ascii="Times New Roman" w:hAnsi="Times New Roman" w:eastAsia="Times New Roman" w:cs="Times New Roman"/>
          <w:sz w:val="24"/>
        </w:rPr>
        <w:t>Address/Location: _________________________________________ (“Premises”)</w:t>
      </w:r>
    </w:p>
    <w:p>
      <w:pPr/>
      <w:r>
        <w:rPr>
          <w:rFonts w:ascii="Times New Roman" w:hAnsi="Times New Roman" w:eastAsia="Times New Roman" w:cs="Times New Roman"/>
          <w:sz w:val="24"/>
        </w:rPr>
        <w:t xml:space="preserve">Date: ___________________ Time: ___________________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p>
    <w:p>
      <w:pPr/>
      <w:r>
        <w:rPr>
          <w:rFonts w:ascii="Times New Roman" w:hAnsi="Times New Roman" w:eastAsia="Times New Roman" w:cs="Times New Roman"/>
          <w:b/>
          <w:sz w:val="24"/>
        </w:rPr>
        <w:t>III. DELIVERY</w:t>
      </w:r>
      <w:r>
        <w:rPr>
          <w:rFonts w:ascii="Times New Roman" w:hAnsi="Times New Roman" w:eastAsia="Times New Roman" w:cs="Times New Roman"/>
          <w:sz w:val="24"/>
        </w:rPr>
        <w:t xml:space="preserve">. The Recipient received the notice by: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Posting</w:t>
      </w:r>
      <w:r>
        <w:rPr>
          <w:rFonts w:ascii="Times New Roman" w:hAnsi="Times New Roman" w:eastAsia="Times New Roman" w:cs="Times New Roman"/>
          <w:sz w:val="24"/>
        </w:rPr>
        <w:t>. The Server posted the notice inside a sealed envelope conspicuously on the door of the Premises.</w:t>
      </w:r>
    </w:p>
    <w:p>
      <w:pPr/>
    </w:p>
    <w:p>
      <w:pPr/>
      <w:r>
        <w:rPr>
          <w:rFonts w:ascii="Times New Roman" w:hAnsi="Times New Roman" w:eastAsia="Times New Roman" w:cs="Times New Roman"/>
          <w:sz w:val="24"/>
        </w:rPr>
        <w:t>AND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notice in the mail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notice to a person identified as the Recipient.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The Server handed the notice to someone who identified as living at the residence and stated their name is: 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The Server handed the notice to someone who identified to be the Recipient’s co-worker and stated their name is: 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attempted to deliver the notice in-person, but the Recipient refused to accept delivery.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_______________________________________________________.</w:t>
      </w:r>
    </w:p>
    <w:p>
      <w:pPr/>
    </w:p>
    <w:p>
      <w:pPr/>
      <w:r>
        <w:rPr>
          <w:rFonts w:ascii="Times New Roman" w:hAnsi="Times New Roman" w:eastAsia="Times New Roman" w:cs="Times New Roman"/>
          <w:b/>
          <w:sz w:val="24"/>
        </w:rPr>
        <w:t>IV. VERIFICATION</w:t>
      </w:r>
      <w:r>
        <w:rPr>
          <w:rFonts w:ascii="Times New Roman" w:hAnsi="Times New Roman" w:eastAsia="Times New Roman" w:cs="Times New Roman"/>
          <w:sz w:val="24"/>
        </w:rPr>
        <w:t>. I declare under penalty of perjury under the laws of Georgia that the foregoing is true and correct.</w:t>
      </w:r>
    </w:p>
    <w:p>
      <w:pPr/>
    </w:p>
    <w:p>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